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10103"/>
      </w:tblGrid>
      <w:tr w:rsidR="002516E4" w14:paraId="15E5B0CE" w14:textId="77777777">
        <w:tc>
          <w:tcPr>
            <w:tcW w:w="10103" w:type="dxa"/>
            <w:shd w:val="clear" w:color="auto" w:fill="111111"/>
          </w:tcPr>
          <w:p w14:paraId="6648E77E" w14:textId="77777777" w:rsidR="002516E4" w:rsidRDefault="00A3491C">
            <w:pPr>
              <w:spacing w:before="20" w:after="20" w:line="240" w:lineRule="auto"/>
            </w:pPr>
            <w:r>
              <w:rPr>
                <w:b/>
                <w:color w:val="FFFFFF"/>
                <w:sz w:val="18"/>
              </w:rPr>
              <w:t>BUSINESS AND ECONOMICS  |  GCSE AND YEAR 12</w:t>
            </w:r>
          </w:p>
        </w:tc>
      </w:tr>
    </w:tbl>
    <w:p w14:paraId="27BC951F" w14:textId="77777777" w:rsidR="002516E4" w:rsidRDefault="002516E4">
      <w:pPr>
        <w:spacing w:after="520"/>
      </w:pPr>
    </w:p>
    <w:p w14:paraId="08B18847" w14:textId="77777777" w:rsidR="002516E4" w:rsidRDefault="00A3491C">
      <w:pPr>
        <w:spacing w:after="200"/>
      </w:pPr>
      <w:r>
        <w:rPr>
          <w:b/>
          <w:sz w:val="66"/>
        </w:rPr>
        <w:t>YOUR FIRST HALF TERM OF STARTERS</w:t>
      </w:r>
    </w:p>
    <w:p w14:paraId="1DC5C03F" w14:textId="77777777" w:rsidR="002516E4" w:rsidRDefault="00A3491C">
      <w:pPr>
        <w:spacing w:after="480"/>
      </w:pPr>
      <w:r>
        <w:rPr>
          <w:sz w:val="27"/>
        </w:rPr>
        <w:t>Seven weeks of retrieval starters for the first half term back, both subjects, all answers included.</w:t>
      </w:r>
    </w:p>
    <w:tbl>
      <w:tblPr>
        <w:tblW w:w="0" w:type="auto"/>
        <w:tblLayout w:type="fixed"/>
        <w:tblLook w:val="04A0" w:firstRow="1" w:lastRow="0" w:firstColumn="1" w:lastColumn="0" w:noHBand="0" w:noVBand="1"/>
      </w:tblPr>
      <w:tblGrid>
        <w:gridCol w:w="4932"/>
        <w:gridCol w:w="4932"/>
      </w:tblGrid>
      <w:tr w:rsidR="002516E4" w14:paraId="7C1E138B" w14:textId="77777777">
        <w:trPr>
          <w:cantSplit/>
        </w:trPr>
        <w:tc>
          <w:tcPr>
            <w:tcW w:w="4932" w:type="dxa"/>
            <w:shd w:val="clear" w:color="auto" w:fill="ECECEC"/>
          </w:tcPr>
          <w:p w14:paraId="466CEA0F" w14:textId="77777777" w:rsidR="002516E4" w:rsidRDefault="002516E4">
            <w:pPr>
              <w:spacing w:after="0" w:line="240" w:lineRule="auto"/>
            </w:pPr>
          </w:p>
          <w:p w14:paraId="5B5C0BA0" w14:textId="77777777" w:rsidR="002516E4" w:rsidRDefault="00A3491C">
            <w:pPr>
              <w:spacing w:after="60" w:line="240" w:lineRule="auto"/>
              <w:jc w:val="center"/>
            </w:pPr>
            <w:r>
              <w:rPr>
                <w:b/>
                <w:sz w:val="29"/>
              </w:rPr>
              <w:t>42 STARTERS</w:t>
            </w:r>
          </w:p>
          <w:p w14:paraId="7536F295" w14:textId="77777777" w:rsidR="002516E4" w:rsidRDefault="00A3491C">
            <w:pPr>
              <w:spacing w:after="60" w:line="240" w:lineRule="auto"/>
              <w:jc w:val="center"/>
            </w:pPr>
            <w:r>
              <w:rPr>
                <w:b/>
                <w:sz w:val="29"/>
              </w:rPr>
              <w:t>210 QUESTIONS</w:t>
            </w:r>
          </w:p>
          <w:p w14:paraId="580528D3" w14:textId="77777777" w:rsidR="002516E4" w:rsidRDefault="002516E4">
            <w:pPr>
              <w:spacing w:after="0" w:line="240" w:lineRule="auto"/>
            </w:pPr>
          </w:p>
        </w:tc>
        <w:tc>
          <w:tcPr>
            <w:tcW w:w="4932" w:type="dxa"/>
            <w:shd w:val="clear" w:color="auto" w:fill="ECECEC"/>
          </w:tcPr>
          <w:p w14:paraId="58FC19AB" w14:textId="77777777" w:rsidR="002516E4" w:rsidRDefault="002516E4">
            <w:pPr>
              <w:spacing w:after="0" w:line="240" w:lineRule="auto"/>
            </w:pPr>
          </w:p>
          <w:p w14:paraId="5A7187FE" w14:textId="77777777" w:rsidR="002516E4" w:rsidRDefault="00A3491C">
            <w:pPr>
              <w:spacing w:after="60" w:line="240" w:lineRule="auto"/>
              <w:jc w:val="center"/>
            </w:pPr>
            <w:r>
              <w:rPr>
                <w:b/>
                <w:sz w:val="29"/>
              </w:rPr>
              <w:t>ANSWERS UNDER</w:t>
            </w:r>
          </w:p>
          <w:p w14:paraId="507AF111" w14:textId="77777777" w:rsidR="002516E4" w:rsidRDefault="00A3491C">
            <w:pPr>
              <w:spacing w:after="60" w:line="240" w:lineRule="auto"/>
              <w:jc w:val="center"/>
            </w:pPr>
            <w:r>
              <w:rPr>
                <w:b/>
                <w:sz w:val="29"/>
              </w:rPr>
              <w:t>EVERY SET</w:t>
            </w:r>
          </w:p>
          <w:p w14:paraId="177EF232" w14:textId="77777777" w:rsidR="002516E4" w:rsidRDefault="002516E4">
            <w:pPr>
              <w:spacing w:after="0" w:line="240" w:lineRule="auto"/>
            </w:pPr>
          </w:p>
        </w:tc>
      </w:tr>
    </w:tbl>
    <w:p w14:paraId="28E0C238" w14:textId="77777777" w:rsidR="002516E4" w:rsidRDefault="002516E4">
      <w:pPr>
        <w:spacing w:after="480"/>
      </w:pPr>
    </w:p>
    <w:p w14:paraId="5187A899" w14:textId="77777777" w:rsidR="002516E4" w:rsidRDefault="00A3491C">
      <w:pPr>
        <w:spacing w:after="180"/>
      </w:pPr>
      <w:r>
        <w:rPr>
          <w:b/>
          <w:sz w:val="25"/>
        </w:rPr>
        <w:t>WHAT IS INSIDE</w:t>
      </w:r>
    </w:p>
    <w:p w14:paraId="5C5BCFA5" w14:textId="77777777" w:rsidR="002516E4" w:rsidRDefault="00A3491C">
      <w:pPr>
        <w:spacing w:after="160"/>
      </w:pPr>
      <w:r>
        <w:rPr>
          <w:sz w:val="23"/>
        </w:rPr>
        <w:t>Seven weeks of starters, three a week for Business and three a week for Economics</w:t>
      </w:r>
    </w:p>
    <w:p w14:paraId="4939D385" w14:textId="77777777" w:rsidR="002516E4" w:rsidRDefault="00A3491C">
      <w:pPr>
        <w:spacing w:after="160"/>
      </w:pPr>
      <w:r>
        <w:rPr>
          <w:sz w:val="23"/>
        </w:rPr>
        <w:t>Five questions a set, answered from memory with no notes, inside four minutes</w:t>
      </w:r>
    </w:p>
    <w:p w14:paraId="4A746258" w14:textId="77777777" w:rsidR="002516E4" w:rsidRDefault="00A3491C">
      <w:pPr>
        <w:spacing w:after="160"/>
      </w:pPr>
      <w:r>
        <w:rPr>
          <w:sz w:val="23"/>
        </w:rPr>
        <w:t>Answers directly under every set, in wording a student can reproduce</w:t>
      </w:r>
    </w:p>
    <w:p w14:paraId="6DED9951" w14:textId="77777777" w:rsidR="002516E4" w:rsidRDefault="00A3491C">
      <w:pPr>
        <w:spacing w:after="160"/>
      </w:pPr>
      <w:r>
        <w:rPr>
          <w:sz w:val="23"/>
        </w:rPr>
        <w:t>Deliberate recall: from week three, two questions in every set come from earlier weeks</w:t>
      </w:r>
    </w:p>
    <w:p w14:paraId="4F1F9FFA" w14:textId="77777777" w:rsidR="002516E4" w:rsidRDefault="00A3491C">
      <w:pPr>
        <w:spacing w:after="160"/>
      </w:pPr>
      <w:r>
        <w:rPr>
          <w:sz w:val="23"/>
        </w:rPr>
        <w:t>Every set carries a level tag, so you know what suits GCSE and what suits the start of Year 12</w:t>
      </w:r>
    </w:p>
    <w:p w14:paraId="0B4914DD" w14:textId="77777777" w:rsidR="002516E4" w:rsidRDefault="00A3491C">
      <w:pPr>
        <w:spacing w:after="160"/>
      </w:pPr>
      <w:r>
        <w:rPr>
          <w:sz w:val="23"/>
        </w:rPr>
        <w:t>A class tracking sheet and the intervention rule that goes with it</w:t>
      </w:r>
    </w:p>
    <w:p w14:paraId="0DB20A00" w14:textId="77777777" w:rsidR="002516E4" w:rsidRDefault="002516E4">
      <w:pPr>
        <w:spacing w:after="2960"/>
      </w:pPr>
    </w:p>
    <w:p w14:paraId="02365FD2" w14:textId="77777777" w:rsidR="002516E4" w:rsidRDefault="00A3491C">
      <w:pPr>
        <w:spacing w:after="120"/>
      </w:pPr>
      <w:r>
        <w:rPr>
          <w:b/>
          <w:sz w:val="20"/>
        </w:rPr>
        <w:t>Built from content common to the early units of the main specifications. Business: AQA, Edexcel, OCR, Eduqas and Cambridge. Economics: AQA and OCR.</w:t>
      </w:r>
    </w:p>
    <w:p w14:paraId="7B06A924" w14:textId="77777777" w:rsidR="002516E4" w:rsidRDefault="00A3491C">
      <w:pPr>
        <w:spacing w:after="120"/>
      </w:pPr>
      <w:r>
        <w:rPr>
          <w:color w:val="555555"/>
          <w:sz w:val="20"/>
        </w:rPr>
        <w:t>Every answer in this pack is the author's own wording. It is not an exam board mark scheme and no board has endorsed it.</w:t>
      </w:r>
    </w:p>
    <w:p w14:paraId="4993D094" w14:textId="77777777" w:rsidR="002516E4" w:rsidRDefault="00A3491C">
      <w:pPr>
        <w:spacing w:after="0"/>
      </w:pPr>
      <w:r>
        <w:rPr>
          <w:color w:val="555555"/>
          <w:sz w:val="20"/>
        </w:rPr>
        <w:t>Sakari Laajoki, TBS Education Ltd Oy</w:t>
      </w:r>
    </w:p>
    <w:p w14:paraId="46B589F8" w14:textId="77777777" w:rsidR="002516E4" w:rsidRDefault="00A3491C">
      <w:pPr>
        <w:keepNext/>
        <w:pageBreakBefore/>
        <w:spacing w:after="140"/>
      </w:pPr>
      <w:r>
        <w:rPr>
          <w:b/>
          <w:sz w:val="30"/>
        </w:rPr>
        <w:lastRenderedPageBreak/>
        <w:t>How to run one of these in five minutes</w:t>
      </w:r>
    </w:p>
    <w:p w14:paraId="3D7ABE85" w14:textId="77777777" w:rsidR="002516E4" w:rsidRDefault="00A3491C">
      <w:pPr>
        <w:keepNext/>
        <w:spacing w:before="60" w:after="120"/>
      </w:pPr>
      <w:r>
        <w:rPr>
          <w:b/>
          <w:sz w:val="24"/>
        </w:rPr>
        <w:t>The routine</w:t>
      </w:r>
    </w:p>
    <w:p w14:paraId="28EBBC79" w14:textId="77777777" w:rsidR="002516E4" w:rsidRDefault="00A3491C">
      <w:pPr>
        <w:spacing w:after="100" w:line="240" w:lineRule="auto"/>
      </w:pPr>
      <w:r>
        <w:rPr>
          <w:b/>
        </w:rPr>
        <w:t xml:space="preserve">1. </w:t>
      </w:r>
      <w:r>
        <w:t>Starter on the board before the door opens. Timer up, set to four minutes, not started.</w:t>
      </w:r>
    </w:p>
    <w:p w14:paraId="76AA44B9" w14:textId="77777777" w:rsidR="002516E4" w:rsidRDefault="00A3491C">
      <w:pPr>
        <w:spacing w:after="100" w:line="240" w:lineRule="auto"/>
      </w:pPr>
      <w:r>
        <w:rPr>
          <w:b/>
        </w:rPr>
        <w:t xml:space="preserve">2. </w:t>
      </w:r>
      <w:r>
        <w:t>Books open, pens out, no notes and no textbook. Start the timer when the last student sits down.</w:t>
      </w:r>
    </w:p>
    <w:p w14:paraId="7D1B5415" w14:textId="77777777" w:rsidR="002516E4" w:rsidRDefault="00A3491C">
      <w:pPr>
        <w:spacing w:after="100" w:line="240" w:lineRule="auto"/>
      </w:pPr>
      <w:r>
        <w:rPr>
          <w:b/>
        </w:rPr>
        <w:t xml:space="preserve">3. </w:t>
      </w:r>
      <w:r>
        <w:t>Four minutes. Five numbered answers. Anyone who finishes early writes one more thing they remember about the same topic.</w:t>
      </w:r>
    </w:p>
    <w:p w14:paraId="1C75929B" w14:textId="77777777" w:rsidR="002516E4" w:rsidRDefault="00A3491C">
      <w:pPr>
        <w:spacing w:after="100" w:line="240" w:lineRule="auto"/>
      </w:pPr>
      <w:r>
        <w:rPr>
          <w:b/>
        </w:rPr>
        <w:t xml:space="preserve">4. </w:t>
      </w:r>
      <w:r>
        <w:t>Timer goes. Pens down. Second colour out. Read the answer block aloud, one line per question. Five answers take about forty-five seconds.</w:t>
      </w:r>
    </w:p>
    <w:p w14:paraId="65860A37" w14:textId="77777777" w:rsidR="002516E4" w:rsidRDefault="00A3491C">
      <w:pPr>
        <w:spacing w:after="100" w:line="240" w:lineRule="auto"/>
      </w:pPr>
      <w:r>
        <w:rPr>
          <w:b/>
        </w:rPr>
        <w:t xml:space="preserve">5. </w:t>
      </w:r>
      <w:r>
        <w:t>Students write their score out of five in the margin and circle the number of any question they got wrong.</w:t>
      </w:r>
    </w:p>
    <w:p w14:paraId="6242CBE0" w14:textId="77777777" w:rsidR="002516E4" w:rsidRDefault="00A3491C">
      <w:pPr>
        <w:spacing w:after="100" w:line="240" w:lineRule="auto"/>
      </w:pPr>
      <w:r>
        <w:rPr>
          <w:b/>
        </w:rPr>
        <w:t xml:space="preserve">6. </w:t>
      </w:r>
      <w:r>
        <w:t>Hands up for the question the most people lost. Reteach that one point for sixty seconds. Then move on.</w:t>
      </w:r>
    </w:p>
    <w:p w14:paraId="37943FCB" w14:textId="77777777" w:rsidR="002516E4" w:rsidRDefault="00A3491C">
      <w:pPr>
        <w:keepNext/>
        <w:spacing w:before="240" w:after="120"/>
      </w:pPr>
      <w:r>
        <w:rPr>
          <w:b/>
          <w:sz w:val="24"/>
        </w:rPr>
        <w:t>What to say</w:t>
      </w:r>
    </w:p>
    <w:tbl>
      <w:tblPr>
        <w:tblStyle w:val="TableGrid"/>
        <w:tblW w:w="0" w:type="auto"/>
        <w:tblLayout w:type="fixed"/>
        <w:tblLook w:val="04A0" w:firstRow="1" w:lastRow="0" w:firstColumn="1" w:lastColumn="0" w:noHBand="0" w:noVBand="1"/>
      </w:tblPr>
      <w:tblGrid>
        <w:gridCol w:w="2268"/>
        <w:gridCol w:w="7835"/>
      </w:tblGrid>
      <w:tr w:rsidR="002516E4" w14:paraId="423C4112" w14:textId="77777777">
        <w:trPr>
          <w:cantSplit/>
        </w:trPr>
        <w:tc>
          <w:tcPr>
            <w:tcW w:w="2268" w:type="dxa"/>
            <w:shd w:val="clear" w:color="auto" w:fill="EFEFEF"/>
          </w:tcPr>
          <w:p w14:paraId="4D602C68" w14:textId="77777777" w:rsidR="002516E4" w:rsidRDefault="00A3491C">
            <w:pPr>
              <w:spacing w:after="40" w:line="240" w:lineRule="auto"/>
            </w:pPr>
            <w:r>
              <w:rPr>
                <w:b/>
                <w:sz w:val="20"/>
              </w:rPr>
              <w:t>Moment</w:t>
            </w:r>
          </w:p>
        </w:tc>
        <w:tc>
          <w:tcPr>
            <w:tcW w:w="7835" w:type="dxa"/>
            <w:shd w:val="clear" w:color="auto" w:fill="EFEFEF"/>
          </w:tcPr>
          <w:p w14:paraId="7D946D91" w14:textId="77777777" w:rsidR="002516E4" w:rsidRDefault="00A3491C">
            <w:pPr>
              <w:spacing w:after="40" w:line="240" w:lineRule="auto"/>
            </w:pPr>
            <w:r>
              <w:rPr>
                <w:b/>
                <w:sz w:val="20"/>
              </w:rPr>
              <w:t>Say this</w:t>
            </w:r>
          </w:p>
        </w:tc>
      </w:tr>
      <w:tr w:rsidR="002516E4" w14:paraId="3583041A" w14:textId="77777777">
        <w:trPr>
          <w:cantSplit/>
        </w:trPr>
        <w:tc>
          <w:tcPr>
            <w:tcW w:w="2268" w:type="dxa"/>
          </w:tcPr>
          <w:p w14:paraId="1C9930E0" w14:textId="77777777" w:rsidR="002516E4" w:rsidRDefault="00A3491C">
            <w:pPr>
              <w:spacing w:after="40" w:line="240" w:lineRule="auto"/>
            </w:pPr>
            <w:r>
              <w:rPr>
                <w:sz w:val="20"/>
              </w:rPr>
              <w:t>As they come in</w:t>
            </w:r>
          </w:p>
        </w:tc>
        <w:tc>
          <w:tcPr>
            <w:tcW w:w="7835" w:type="dxa"/>
          </w:tcPr>
          <w:p w14:paraId="3BF4B2FA" w14:textId="77777777" w:rsidR="002516E4" w:rsidRDefault="00A3491C">
            <w:pPr>
              <w:spacing w:after="40" w:line="240" w:lineRule="auto"/>
            </w:pPr>
            <w:r>
              <w:rPr>
                <w:sz w:val="20"/>
              </w:rPr>
              <w:t>Five questions on the board. Four minutes. Books open, notes away.</w:t>
            </w:r>
          </w:p>
        </w:tc>
      </w:tr>
      <w:tr w:rsidR="002516E4" w14:paraId="5A6AA286" w14:textId="77777777">
        <w:trPr>
          <w:cantSplit/>
        </w:trPr>
        <w:tc>
          <w:tcPr>
            <w:tcW w:w="2268" w:type="dxa"/>
          </w:tcPr>
          <w:p w14:paraId="7E4126C5" w14:textId="77777777" w:rsidR="002516E4" w:rsidRDefault="00A3491C">
            <w:pPr>
              <w:spacing w:after="40" w:line="240" w:lineRule="auto"/>
            </w:pPr>
            <w:r>
              <w:rPr>
                <w:sz w:val="20"/>
              </w:rPr>
              <w:t>Starting the timer</w:t>
            </w:r>
          </w:p>
        </w:tc>
        <w:tc>
          <w:tcPr>
            <w:tcW w:w="7835" w:type="dxa"/>
          </w:tcPr>
          <w:p w14:paraId="24793ECA" w14:textId="77777777" w:rsidR="002516E4" w:rsidRDefault="00A3491C">
            <w:pPr>
              <w:spacing w:after="40" w:line="240" w:lineRule="auto"/>
            </w:pPr>
            <w:r>
              <w:rPr>
                <w:sz w:val="20"/>
              </w:rPr>
              <w:t>If you do not know one, leave a gap and move on. Do not sit on it.</w:t>
            </w:r>
          </w:p>
        </w:tc>
      </w:tr>
      <w:tr w:rsidR="002516E4" w14:paraId="4E96B66A" w14:textId="77777777">
        <w:trPr>
          <w:cantSplit/>
        </w:trPr>
        <w:tc>
          <w:tcPr>
            <w:tcW w:w="2268" w:type="dxa"/>
          </w:tcPr>
          <w:p w14:paraId="47E9D209" w14:textId="77777777" w:rsidR="002516E4" w:rsidRDefault="00A3491C">
            <w:pPr>
              <w:spacing w:after="40" w:line="240" w:lineRule="auto"/>
            </w:pPr>
            <w:r>
              <w:rPr>
                <w:sz w:val="20"/>
              </w:rPr>
              <w:t>Timer goes</w:t>
            </w:r>
          </w:p>
        </w:tc>
        <w:tc>
          <w:tcPr>
            <w:tcW w:w="7835" w:type="dxa"/>
          </w:tcPr>
          <w:p w14:paraId="702B7790" w14:textId="77777777" w:rsidR="002516E4" w:rsidRDefault="00A3491C">
            <w:pPr>
              <w:spacing w:after="40" w:line="240" w:lineRule="auto"/>
            </w:pPr>
            <w:r>
              <w:rPr>
                <w:sz w:val="20"/>
              </w:rPr>
              <w:t>Pens down, second colour. Mark it honestly. You are the only person who loses if you do not.</w:t>
            </w:r>
          </w:p>
        </w:tc>
      </w:tr>
      <w:tr w:rsidR="002516E4" w14:paraId="1A2D7541" w14:textId="77777777">
        <w:trPr>
          <w:cantSplit/>
        </w:trPr>
        <w:tc>
          <w:tcPr>
            <w:tcW w:w="2268" w:type="dxa"/>
          </w:tcPr>
          <w:p w14:paraId="06E0D7F4" w14:textId="77777777" w:rsidR="002516E4" w:rsidRDefault="00A3491C">
            <w:pPr>
              <w:spacing w:after="40" w:line="240" w:lineRule="auto"/>
            </w:pPr>
            <w:r>
              <w:rPr>
                <w:sz w:val="20"/>
              </w:rPr>
              <w:t>On a recall question</w:t>
            </w:r>
          </w:p>
        </w:tc>
        <w:tc>
          <w:tcPr>
            <w:tcW w:w="7835" w:type="dxa"/>
          </w:tcPr>
          <w:p w14:paraId="7AC95E24" w14:textId="77777777" w:rsidR="002516E4" w:rsidRDefault="00A3491C">
            <w:pPr>
              <w:spacing w:after="40" w:line="240" w:lineRule="auto"/>
            </w:pPr>
            <w:r>
              <w:rPr>
                <w:sz w:val="20"/>
              </w:rPr>
              <w:t>Question four is from three weeks ago. If you got it, it has stuck. If you did not, it had not, and now it will.</w:t>
            </w:r>
          </w:p>
        </w:tc>
      </w:tr>
      <w:tr w:rsidR="002516E4" w14:paraId="3EDB8249" w14:textId="77777777">
        <w:trPr>
          <w:cantSplit/>
        </w:trPr>
        <w:tc>
          <w:tcPr>
            <w:tcW w:w="2268" w:type="dxa"/>
          </w:tcPr>
          <w:p w14:paraId="5CF800EC" w14:textId="77777777" w:rsidR="002516E4" w:rsidRDefault="00A3491C">
            <w:pPr>
              <w:spacing w:after="40" w:line="240" w:lineRule="auto"/>
            </w:pPr>
            <w:r>
              <w:rPr>
                <w:sz w:val="20"/>
              </w:rPr>
              <w:t>After the count</w:t>
            </w:r>
          </w:p>
        </w:tc>
        <w:tc>
          <w:tcPr>
            <w:tcW w:w="7835" w:type="dxa"/>
          </w:tcPr>
          <w:p w14:paraId="3148546C" w14:textId="77777777" w:rsidR="002516E4" w:rsidRDefault="00A3491C">
            <w:pPr>
              <w:spacing w:after="40" w:line="240" w:lineRule="auto"/>
            </w:pPr>
            <w:r>
              <w:rPr>
                <w:sz w:val="20"/>
              </w:rPr>
              <w:t>Hands up if you lost the mark on question four. Right, sixty seconds on that and then we move on.</w:t>
            </w:r>
          </w:p>
        </w:tc>
      </w:tr>
    </w:tbl>
    <w:p w14:paraId="0621F633" w14:textId="77777777" w:rsidR="002516E4" w:rsidRDefault="00A3491C">
      <w:pPr>
        <w:keepNext/>
        <w:spacing w:before="240" w:after="120"/>
      </w:pPr>
      <w:r>
        <w:rPr>
          <w:b/>
          <w:sz w:val="24"/>
        </w:rPr>
        <w:t>How to mark it in thirty seconds</w:t>
      </w:r>
    </w:p>
    <w:p w14:paraId="5FEEC789" w14:textId="77777777" w:rsidR="002516E4" w:rsidRDefault="00A3491C">
      <w:pPr>
        <w:spacing w:after="100" w:line="240" w:lineRule="auto"/>
      </w:pPr>
      <w:r>
        <w:rPr>
          <w:b/>
        </w:rPr>
        <w:t xml:space="preserve">You do not mark these. </w:t>
      </w:r>
      <w:r>
        <w:t>The students mark them from the answer block while you read it out. Your thirty seconds is one walk down the room, reading the number in the margin, and writing down the two or three names sitting below three out of five.</w:t>
      </w:r>
    </w:p>
    <w:p w14:paraId="6669B7C5" w14:textId="77777777" w:rsidR="002516E4" w:rsidRDefault="00A3491C">
      <w:pPr>
        <w:spacing w:after="100" w:line="240" w:lineRule="auto"/>
      </w:pPr>
      <w:r>
        <w:rPr>
          <w:b/>
        </w:rPr>
        <w:t xml:space="preserve">One mark per question, no half marks. </w:t>
      </w:r>
      <w:r>
        <w:t>Where a question asks for two things, both are needed for the mark. Say that in week one and it cannot be argued about in week five.</w:t>
      </w:r>
    </w:p>
    <w:p w14:paraId="00BBFB14" w14:textId="77777777" w:rsidR="002516E4" w:rsidRDefault="00A3491C">
      <w:pPr>
        <w:spacing w:after="100" w:line="240" w:lineRule="auto"/>
      </w:pPr>
      <w:r>
        <w:rPr>
          <w:b/>
        </w:rPr>
        <w:t xml:space="preserve">Project it, do not print it, if you want the answers hidden. </w:t>
      </w:r>
      <w:r>
        <w:t>The answer box sits directly under the questions. Zoom to fit width so the answers fall below the bottom of the screen, and scroll down when the timer goes.</w:t>
      </w:r>
    </w:p>
    <w:p w14:paraId="469BE111" w14:textId="77777777" w:rsidR="002516E4" w:rsidRDefault="00A3491C">
      <w:pPr>
        <w:keepNext/>
        <w:spacing w:before="240" w:after="120"/>
      </w:pPr>
      <w:r>
        <w:rPr>
          <w:b/>
          <w:sz w:val="24"/>
        </w:rPr>
        <w:t>Four other ways to use the same file</w:t>
      </w:r>
    </w:p>
    <w:tbl>
      <w:tblPr>
        <w:tblStyle w:val="TableGrid"/>
        <w:tblW w:w="0" w:type="auto"/>
        <w:tblLayout w:type="fixed"/>
        <w:tblLook w:val="04A0" w:firstRow="1" w:lastRow="0" w:firstColumn="1" w:lastColumn="0" w:noHBand="0" w:noVBand="1"/>
      </w:tblPr>
      <w:tblGrid>
        <w:gridCol w:w="2268"/>
        <w:gridCol w:w="7835"/>
      </w:tblGrid>
      <w:tr w:rsidR="002516E4" w14:paraId="5B380EB3" w14:textId="77777777">
        <w:trPr>
          <w:cantSplit/>
        </w:trPr>
        <w:tc>
          <w:tcPr>
            <w:tcW w:w="2268" w:type="dxa"/>
            <w:shd w:val="clear" w:color="auto" w:fill="EFEFEF"/>
          </w:tcPr>
          <w:p w14:paraId="651628DC" w14:textId="77777777" w:rsidR="002516E4" w:rsidRDefault="00A3491C">
            <w:pPr>
              <w:spacing w:after="40" w:line="240" w:lineRule="auto"/>
            </w:pPr>
            <w:r>
              <w:rPr>
                <w:b/>
                <w:sz w:val="20"/>
              </w:rPr>
              <w:t>Use</w:t>
            </w:r>
          </w:p>
        </w:tc>
        <w:tc>
          <w:tcPr>
            <w:tcW w:w="7835" w:type="dxa"/>
            <w:shd w:val="clear" w:color="auto" w:fill="EFEFEF"/>
          </w:tcPr>
          <w:p w14:paraId="1E2A6381" w14:textId="77777777" w:rsidR="002516E4" w:rsidRDefault="00A3491C">
            <w:pPr>
              <w:spacing w:after="40" w:line="240" w:lineRule="auto"/>
            </w:pPr>
            <w:r>
              <w:rPr>
                <w:b/>
                <w:sz w:val="20"/>
              </w:rPr>
              <w:t>How</w:t>
            </w:r>
          </w:p>
        </w:tc>
      </w:tr>
      <w:tr w:rsidR="002516E4" w14:paraId="0A9269DF" w14:textId="77777777">
        <w:trPr>
          <w:cantSplit/>
        </w:trPr>
        <w:tc>
          <w:tcPr>
            <w:tcW w:w="2268" w:type="dxa"/>
          </w:tcPr>
          <w:p w14:paraId="1098C3C5" w14:textId="77777777" w:rsidR="002516E4" w:rsidRDefault="00A3491C">
            <w:pPr>
              <w:spacing w:after="40" w:line="240" w:lineRule="auto"/>
            </w:pPr>
            <w:r>
              <w:rPr>
                <w:sz w:val="20"/>
              </w:rPr>
              <w:t>Homework</w:t>
            </w:r>
          </w:p>
        </w:tc>
        <w:tc>
          <w:tcPr>
            <w:tcW w:w="7835" w:type="dxa"/>
          </w:tcPr>
          <w:p w14:paraId="4F9B0EC5" w14:textId="77777777" w:rsidR="002516E4" w:rsidRDefault="00A3491C">
            <w:pPr>
              <w:spacing w:after="40" w:line="240" w:lineRule="auto"/>
            </w:pPr>
            <w:r>
              <w:rPr>
                <w:sz w:val="20"/>
              </w:rPr>
              <w:t>Set one week's three starters as a self-marked homework sheet.</w:t>
            </w:r>
          </w:p>
        </w:tc>
      </w:tr>
      <w:tr w:rsidR="002516E4" w14:paraId="1F928768" w14:textId="77777777">
        <w:trPr>
          <w:cantSplit/>
        </w:trPr>
        <w:tc>
          <w:tcPr>
            <w:tcW w:w="2268" w:type="dxa"/>
          </w:tcPr>
          <w:p w14:paraId="2DF43C5F" w14:textId="77777777" w:rsidR="002516E4" w:rsidRDefault="00A3491C">
            <w:pPr>
              <w:spacing w:after="40" w:line="240" w:lineRule="auto"/>
            </w:pPr>
            <w:r>
              <w:rPr>
                <w:sz w:val="20"/>
              </w:rPr>
              <w:t>Cover lesson</w:t>
            </w:r>
          </w:p>
        </w:tc>
        <w:tc>
          <w:tcPr>
            <w:tcW w:w="7835" w:type="dxa"/>
          </w:tcPr>
          <w:p w14:paraId="0DBCD05F" w14:textId="77777777" w:rsidR="002516E4" w:rsidRDefault="00A3491C">
            <w:pPr>
              <w:spacing w:after="40" w:line="240" w:lineRule="auto"/>
            </w:pPr>
            <w:r>
              <w:rPr>
                <w:sz w:val="20"/>
              </w:rPr>
              <w:t>Any set can be run by someone who has never taught the subject, because the answers are complete and in plain English.</w:t>
            </w:r>
          </w:p>
        </w:tc>
      </w:tr>
      <w:tr w:rsidR="002516E4" w14:paraId="0811679F" w14:textId="77777777">
        <w:trPr>
          <w:cantSplit/>
        </w:trPr>
        <w:tc>
          <w:tcPr>
            <w:tcW w:w="2268" w:type="dxa"/>
          </w:tcPr>
          <w:p w14:paraId="536171C7" w14:textId="77777777" w:rsidR="002516E4" w:rsidRDefault="00A3491C">
            <w:pPr>
              <w:spacing w:after="40" w:line="240" w:lineRule="auto"/>
            </w:pPr>
            <w:r>
              <w:rPr>
                <w:sz w:val="20"/>
              </w:rPr>
              <w:t>Intervention</w:t>
            </w:r>
          </w:p>
        </w:tc>
        <w:tc>
          <w:tcPr>
            <w:tcW w:w="7835" w:type="dxa"/>
          </w:tcPr>
          <w:p w14:paraId="5C56C6B1" w14:textId="77777777" w:rsidR="002516E4" w:rsidRDefault="00A3491C">
            <w:pPr>
              <w:spacing w:after="40" w:line="240" w:lineRule="auto"/>
            </w:pPr>
            <w:r>
              <w:rPr>
                <w:sz w:val="20"/>
              </w:rPr>
              <w:t>Take the sets covering the topics a group scored worst on and run them again in a fortnight.</w:t>
            </w:r>
          </w:p>
        </w:tc>
      </w:tr>
      <w:tr w:rsidR="002516E4" w14:paraId="7C96673E" w14:textId="77777777">
        <w:trPr>
          <w:cantSplit/>
        </w:trPr>
        <w:tc>
          <w:tcPr>
            <w:tcW w:w="2268" w:type="dxa"/>
          </w:tcPr>
          <w:p w14:paraId="1EC0E0C8" w14:textId="77777777" w:rsidR="002516E4" w:rsidRDefault="00A3491C">
            <w:pPr>
              <w:spacing w:after="40" w:line="240" w:lineRule="auto"/>
            </w:pPr>
            <w:r>
              <w:rPr>
                <w:sz w:val="20"/>
              </w:rPr>
              <w:t>Second half term</w:t>
            </w:r>
          </w:p>
        </w:tc>
        <w:tc>
          <w:tcPr>
            <w:tcW w:w="7835" w:type="dxa"/>
          </w:tcPr>
          <w:p w14:paraId="687C1DF6" w14:textId="77777777" w:rsidR="002516E4" w:rsidRDefault="00A3491C">
            <w:pPr>
              <w:spacing w:after="40" w:line="240" w:lineRule="auto"/>
            </w:pPr>
            <w:r>
              <w:rPr>
                <w:sz w:val="20"/>
              </w:rPr>
              <w:t>Run the week seven review sets again in November as a cold check on what survived.</w:t>
            </w:r>
          </w:p>
        </w:tc>
      </w:tr>
    </w:tbl>
    <w:p w14:paraId="31039F8C" w14:textId="77777777" w:rsidR="002516E4" w:rsidRDefault="00A3491C">
      <w:pPr>
        <w:keepNext/>
        <w:pageBreakBefore/>
        <w:spacing w:after="100"/>
      </w:pPr>
      <w:r>
        <w:rPr>
          <w:b/>
          <w:sz w:val="30"/>
        </w:rPr>
        <w:lastRenderedPageBreak/>
        <w:t>Why the questions repeat</w:t>
      </w:r>
    </w:p>
    <w:p w14:paraId="730C9898" w14:textId="77777777" w:rsidR="002516E4" w:rsidRDefault="00A3491C">
      <w:pPr>
        <w:spacing w:after="120"/>
      </w:pPr>
      <w:r>
        <w:t>Week one asks about week one only, because there is nothing behind it yet. In week two, question five reaches back to week one. From week three, questions one to three are this week and questions four and five are marked BACK TO WEEK n.</w:t>
      </w:r>
    </w:p>
    <w:p w14:paraId="4546FE26" w14:textId="77777777" w:rsidR="002516E4" w:rsidRDefault="00A3491C">
      <w:pPr>
        <w:spacing w:after="120"/>
      </w:pPr>
      <w:r>
        <w:t>The gap is the point. Something recalled after a fortnight is being pulled out of memory rather than out of the short-term echo of the lesson, and that is the version that lasts. A class getting the BACK questions wrong is not a sign the pack is too hard. It is the diagnosis, delivered in four minutes, for nothing, in week five instead of in the mock.</w:t>
      </w:r>
    </w:p>
    <w:p w14:paraId="4F90C641" w14:textId="77777777" w:rsidR="002516E4" w:rsidRDefault="00A3491C">
      <w:pPr>
        <w:spacing w:after="120"/>
      </w:pPr>
      <w:r>
        <w:t>Please do not cut the BACK questions to save time. They are the part doing the work, and cutting them leaves you with a quiz. One line worth saying out loud in week three: these repeat on purpose, and the ones you get wrong are the ones this is for.</w:t>
      </w:r>
    </w:p>
    <w:p w14:paraId="00128C46" w14:textId="77777777" w:rsidR="002516E4" w:rsidRDefault="00A3491C">
      <w:pPr>
        <w:spacing w:after="120"/>
      </w:pPr>
      <w:r>
        <w:t>One more thing, and it is the reason this pack starts where it does. A class in the first week of September has had six weeks away from the subject, and what they have lost is not the same as what they never learned. Week one and week two are deliberately gentle, because you are re-opening a drawer rather than filling it. The load rises from week three, once there is something behind the questions to reach for.</w:t>
      </w:r>
    </w:p>
    <w:p w14:paraId="629C190B" w14:textId="77777777" w:rsidR="002516E4" w:rsidRDefault="00A3491C">
      <w:pPr>
        <w:keepNext/>
        <w:spacing w:before="200"/>
      </w:pPr>
      <w:r>
        <w:rPr>
          <w:b/>
          <w:sz w:val="23"/>
        </w:rPr>
        <w:t>The seven-week map</w:t>
      </w:r>
    </w:p>
    <w:tbl>
      <w:tblPr>
        <w:tblStyle w:val="TableGrid"/>
        <w:tblW w:w="0" w:type="auto"/>
        <w:tblLayout w:type="fixed"/>
        <w:tblLook w:val="04A0" w:firstRow="1" w:lastRow="0" w:firstColumn="1" w:lastColumn="0" w:noHBand="0" w:noVBand="1"/>
      </w:tblPr>
      <w:tblGrid>
        <w:gridCol w:w="850"/>
        <w:gridCol w:w="3458"/>
        <w:gridCol w:w="3742"/>
        <w:gridCol w:w="2052"/>
      </w:tblGrid>
      <w:tr w:rsidR="002516E4" w14:paraId="17F5A389" w14:textId="77777777">
        <w:trPr>
          <w:cantSplit/>
        </w:trPr>
        <w:tc>
          <w:tcPr>
            <w:tcW w:w="850" w:type="dxa"/>
            <w:shd w:val="clear" w:color="auto" w:fill="EFEFEF"/>
          </w:tcPr>
          <w:p w14:paraId="19799D02" w14:textId="77777777" w:rsidR="002516E4" w:rsidRDefault="00A3491C">
            <w:pPr>
              <w:spacing w:after="40" w:line="240" w:lineRule="auto"/>
            </w:pPr>
            <w:r>
              <w:rPr>
                <w:b/>
                <w:sz w:val="19"/>
              </w:rPr>
              <w:t>Week</w:t>
            </w:r>
          </w:p>
        </w:tc>
        <w:tc>
          <w:tcPr>
            <w:tcW w:w="3458" w:type="dxa"/>
            <w:shd w:val="clear" w:color="auto" w:fill="EFEFEF"/>
          </w:tcPr>
          <w:p w14:paraId="698906F4" w14:textId="77777777" w:rsidR="002516E4" w:rsidRDefault="00A3491C">
            <w:pPr>
              <w:spacing w:after="40" w:line="240" w:lineRule="auto"/>
            </w:pPr>
            <w:r>
              <w:rPr>
                <w:b/>
                <w:sz w:val="19"/>
              </w:rPr>
              <w:t>Business focus</w:t>
            </w:r>
          </w:p>
        </w:tc>
        <w:tc>
          <w:tcPr>
            <w:tcW w:w="3742" w:type="dxa"/>
            <w:shd w:val="clear" w:color="auto" w:fill="EFEFEF"/>
          </w:tcPr>
          <w:p w14:paraId="48DCA571" w14:textId="77777777" w:rsidR="002516E4" w:rsidRDefault="00A3491C">
            <w:pPr>
              <w:spacing w:after="40" w:line="240" w:lineRule="auto"/>
            </w:pPr>
            <w:r>
              <w:rPr>
                <w:b/>
                <w:sz w:val="19"/>
              </w:rPr>
              <w:t>Economics focus</w:t>
            </w:r>
          </w:p>
        </w:tc>
        <w:tc>
          <w:tcPr>
            <w:tcW w:w="2052" w:type="dxa"/>
            <w:shd w:val="clear" w:color="auto" w:fill="EFEFEF"/>
          </w:tcPr>
          <w:p w14:paraId="53C3C1FB" w14:textId="77777777" w:rsidR="002516E4" w:rsidRDefault="00A3491C">
            <w:pPr>
              <w:spacing w:after="40" w:line="240" w:lineRule="auto"/>
            </w:pPr>
            <w:r>
              <w:rPr>
                <w:b/>
                <w:sz w:val="19"/>
              </w:rPr>
              <w:t>Reaches back to</w:t>
            </w:r>
          </w:p>
        </w:tc>
      </w:tr>
      <w:tr w:rsidR="002516E4" w14:paraId="112E8032" w14:textId="77777777">
        <w:trPr>
          <w:cantSplit/>
        </w:trPr>
        <w:tc>
          <w:tcPr>
            <w:tcW w:w="850" w:type="dxa"/>
          </w:tcPr>
          <w:p w14:paraId="458F8115" w14:textId="77777777" w:rsidR="002516E4" w:rsidRDefault="00A3491C">
            <w:pPr>
              <w:spacing w:after="40" w:line="240" w:lineRule="auto"/>
            </w:pPr>
            <w:r>
              <w:rPr>
                <w:sz w:val="19"/>
              </w:rPr>
              <w:t>W1</w:t>
            </w:r>
          </w:p>
        </w:tc>
        <w:tc>
          <w:tcPr>
            <w:tcW w:w="3458" w:type="dxa"/>
          </w:tcPr>
          <w:p w14:paraId="2D57D2F4" w14:textId="77777777" w:rsidR="002516E4" w:rsidRDefault="00A3491C">
            <w:pPr>
              <w:spacing w:after="40" w:line="240" w:lineRule="auto"/>
            </w:pPr>
            <w:r>
              <w:rPr>
                <w:sz w:val="19"/>
              </w:rPr>
              <w:t>The nature and purpose of business</w:t>
            </w:r>
          </w:p>
        </w:tc>
        <w:tc>
          <w:tcPr>
            <w:tcW w:w="3742" w:type="dxa"/>
          </w:tcPr>
          <w:p w14:paraId="1D44A9B1" w14:textId="77777777" w:rsidR="002516E4" w:rsidRDefault="00A3491C">
            <w:pPr>
              <w:spacing w:after="40" w:line="240" w:lineRule="auto"/>
            </w:pPr>
            <w:r>
              <w:rPr>
                <w:sz w:val="19"/>
              </w:rPr>
              <w:t>The economic problem and scarcity</w:t>
            </w:r>
          </w:p>
        </w:tc>
        <w:tc>
          <w:tcPr>
            <w:tcW w:w="2052" w:type="dxa"/>
          </w:tcPr>
          <w:p w14:paraId="6E2EB6FA" w14:textId="77777777" w:rsidR="002516E4" w:rsidRDefault="00A3491C">
            <w:pPr>
              <w:spacing w:after="40" w:line="240" w:lineRule="auto"/>
            </w:pPr>
            <w:r>
              <w:rPr>
                <w:sz w:val="19"/>
              </w:rPr>
              <w:t>nothing yet</w:t>
            </w:r>
          </w:p>
        </w:tc>
      </w:tr>
      <w:tr w:rsidR="002516E4" w14:paraId="329482F0" w14:textId="77777777">
        <w:trPr>
          <w:cantSplit/>
        </w:trPr>
        <w:tc>
          <w:tcPr>
            <w:tcW w:w="850" w:type="dxa"/>
          </w:tcPr>
          <w:p w14:paraId="3FF8BCE1" w14:textId="77777777" w:rsidR="002516E4" w:rsidRDefault="00A3491C">
            <w:pPr>
              <w:spacing w:after="40" w:line="240" w:lineRule="auto"/>
            </w:pPr>
            <w:r>
              <w:rPr>
                <w:sz w:val="19"/>
              </w:rPr>
              <w:t>W2</w:t>
            </w:r>
          </w:p>
        </w:tc>
        <w:tc>
          <w:tcPr>
            <w:tcW w:w="3458" w:type="dxa"/>
          </w:tcPr>
          <w:p w14:paraId="4472DEDA" w14:textId="77777777" w:rsidR="002516E4" w:rsidRDefault="00A3491C">
            <w:pPr>
              <w:spacing w:after="40" w:line="240" w:lineRule="auto"/>
            </w:pPr>
            <w:r>
              <w:rPr>
                <w:sz w:val="19"/>
              </w:rPr>
              <w:t>Enterprise and entrepreneurship</w:t>
            </w:r>
          </w:p>
        </w:tc>
        <w:tc>
          <w:tcPr>
            <w:tcW w:w="3742" w:type="dxa"/>
          </w:tcPr>
          <w:p w14:paraId="05DC263E" w14:textId="77777777" w:rsidR="002516E4" w:rsidRDefault="00A3491C">
            <w:pPr>
              <w:spacing w:after="40" w:line="240" w:lineRule="auto"/>
            </w:pPr>
            <w:r>
              <w:rPr>
                <w:sz w:val="19"/>
              </w:rPr>
              <w:t>Opportunity cost, and the production possibility diagram at Year 12</w:t>
            </w:r>
          </w:p>
        </w:tc>
        <w:tc>
          <w:tcPr>
            <w:tcW w:w="2052" w:type="dxa"/>
          </w:tcPr>
          <w:p w14:paraId="69B3D237" w14:textId="77777777" w:rsidR="002516E4" w:rsidRDefault="00A3491C">
            <w:pPr>
              <w:spacing w:after="40" w:line="240" w:lineRule="auto"/>
            </w:pPr>
            <w:r>
              <w:rPr>
                <w:sz w:val="19"/>
              </w:rPr>
              <w:t>Week 1</w:t>
            </w:r>
          </w:p>
        </w:tc>
      </w:tr>
      <w:tr w:rsidR="002516E4" w14:paraId="77DC4110" w14:textId="77777777">
        <w:trPr>
          <w:cantSplit/>
        </w:trPr>
        <w:tc>
          <w:tcPr>
            <w:tcW w:w="850" w:type="dxa"/>
          </w:tcPr>
          <w:p w14:paraId="06700DCD" w14:textId="77777777" w:rsidR="002516E4" w:rsidRDefault="00A3491C">
            <w:pPr>
              <w:spacing w:after="40" w:line="240" w:lineRule="auto"/>
            </w:pPr>
            <w:r>
              <w:rPr>
                <w:sz w:val="19"/>
              </w:rPr>
              <w:t>W3</w:t>
            </w:r>
          </w:p>
        </w:tc>
        <w:tc>
          <w:tcPr>
            <w:tcW w:w="3458" w:type="dxa"/>
          </w:tcPr>
          <w:p w14:paraId="13CE386F" w14:textId="77777777" w:rsidR="002516E4" w:rsidRDefault="00A3491C">
            <w:pPr>
              <w:spacing w:after="40" w:line="240" w:lineRule="auto"/>
            </w:pPr>
            <w:r>
              <w:rPr>
                <w:sz w:val="19"/>
              </w:rPr>
              <w:t>Ownership, liability and choosing a structure</w:t>
            </w:r>
          </w:p>
        </w:tc>
        <w:tc>
          <w:tcPr>
            <w:tcW w:w="3742" w:type="dxa"/>
          </w:tcPr>
          <w:p w14:paraId="6957AE52" w14:textId="77777777" w:rsidR="002516E4" w:rsidRDefault="00A3491C">
            <w:pPr>
              <w:spacing w:after="40" w:line="240" w:lineRule="auto"/>
            </w:pPr>
            <w:r>
              <w:rPr>
                <w:sz w:val="19"/>
              </w:rPr>
              <w:t>Specialisation, money, and economic systems at Year 12</w:t>
            </w:r>
          </w:p>
        </w:tc>
        <w:tc>
          <w:tcPr>
            <w:tcW w:w="2052" w:type="dxa"/>
          </w:tcPr>
          <w:p w14:paraId="63C7823D" w14:textId="77777777" w:rsidR="002516E4" w:rsidRDefault="00A3491C">
            <w:pPr>
              <w:spacing w:after="40" w:line="240" w:lineRule="auto"/>
            </w:pPr>
            <w:r>
              <w:rPr>
                <w:sz w:val="19"/>
              </w:rPr>
              <w:t>Weeks 1 and 2</w:t>
            </w:r>
          </w:p>
        </w:tc>
      </w:tr>
      <w:tr w:rsidR="002516E4" w14:paraId="59037CB4" w14:textId="77777777">
        <w:trPr>
          <w:cantSplit/>
        </w:trPr>
        <w:tc>
          <w:tcPr>
            <w:tcW w:w="850" w:type="dxa"/>
          </w:tcPr>
          <w:p w14:paraId="57B8FA06" w14:textId="77777777" w:rsidR="002516E4" w:rsidRDefault="00A3491C">
            <w:pPr>
              <w:spacing w:after="40" w:line="240" w:lineRule="auto"/>
            </w:pPr>
            <w:r>
              <w:rPr>
                <w:sz w:val="19"/>
              </w:rPr>
              <w:t>W4</w:t>
            </w:r>
          </w:p>
        </w:tc>
        <w:tc>
          <w:tcPr>
            <w:tcW w:w="3458" w:type="dxa"/>
          </w:tcPr>
          <w:p w14:paraId="6E5C91B7" w14:textId="77777777" w:rsidR="002516E4" w:rsidRDefault="00A3491C">
            <w:pPr>
              <w:spacing w:after="40" w:line="240" w:lineRule="auto"/>
            </w:pPr>
            <w:r>
              <w:rPr>
                <w:sz w:val="19"/>
              </w:rPr>
              <w:t>Aims, objectives and stakeholders</w:t>
            </w:r>
          </w:p>
        </w:tc>
        <w:tc>
          <w:tcPr>
            <w:tcW w:w="3742" w:type="dxa"/>
          </w:tcPr>
          <w:p w14:paraId="704F1C01" w14:textId="77777777" w:rsidR="002516E4" w:rsidRDefault="00A3491C">
            <w:pPr>
              <w:spacing w:after="40" w:line="240" w:lineRule="auto"/>
            </w:pPr>
            <w:r>
              <w:rPr>
                <w:sz w:val="19"/>
              </w:rPr>
              <w:t>Demand</w:t>
            </w:r>
          </w:p>
        </w:tc>
        <w:tc>
          <w:tcPr>
            <w:tcW w:w="2052" w:type="dxa"/>
          </w:tcPr>
          <w:p w14:paraId="25F23C64" w14:textId="77777777" w:rsidR="002516E4" w:rsidRDefault="00A3491C">
            <w:pPr>
              <w:spacing w:after="40" w:line="240" w:lineRule="auto"/>
            </w:pPr>
            <w:r>
              <w:rPr>
                <w:sz w:val="19"/>
              </w:rPr>
              <w:t>Weeks 2 and 3</w:t>
            </w:r>
          </w:p>
        </w:tc>
      </w:tr>
      <w:tr w:rsidR="002516E4" w14:paraId="1B96677C" w14:textId="77777777">
        <w:trPr>
          <w:cantSplit/>
        </w:trPr>
        <w:tc>
          <w:tcPr>
            <w:tcW w:w="850" w:type="dxa"/>
          </w:tcPr>
          <w:p w14:paraId="75D3DDF4" w14:textId="77777777" w:rsidR="002516E4" w:rsidRDefault="00A3491C">
            <w:pPr>
              <w:spacing w:after="40" w:line="240" w:lineRule="auto"/>
            </w:pPr>
            <w:r>
              <w:rPr>
                <w:sz w:val="19"/>
              </w:rPr>
              <w:t>W5</w:t>
            </w:r>
          </w:p>
        </w:tc>
        <w:tc>
          <w:tcPr>
            <w:tcW w:w="3458" w:type="dxa"/>
          </w:tcPr>
          <w:p w14:paraId="5BF6CE4D" w14:textId="77777777" w:rsidR="002516E4" w:rsidRDefault="00A3491C">
            <w:pPr>
              <w:spacing w:after="40" w:line="240" w:lineRule="auto"/>
            </w:pPr>
            <w:r>
              <w:rPr>
                <w:sz w:val="19"/>
              </w:rPr>
              <w:t>The market, customers and segmentation</w:t>
            </w:r>
          </w:p>
        </w:tc>
        <w:tc>
          <w:tcPr>
            <w:tcW w:w="3742" w:type="dxa"/>
          </w:tcPr>
          <w:p w14:paraId="26555922" w14:textId="77777777" w:rsidR="002516E4" w:rsidRDefault="00A3491C">
            <w:pPr>
              <w:spacing w:after="40" w:line="240" w:lineRule="auto"/>
            </w:pPr>
            <w:r>
              <w:rPr>
                <w:sz w:val="19"/>
              </w:rPr>
              <w:t>Supply and market equilibrium</w:t>
            </w:r>
          </w:p>
        </w:tc>
        <w:tc>
          <w:tcPr>
            <w:tcW w:w="2052" w:type="dxa"/>
          </w:tcPr>
          <w:p w14:paraId="33493C2D" w14:textId="77777777" w:rsidR="002516E4" w:rsidRDefault="00A3491C">
            <w:pPr>
              <w:spacing w:after="40" w:line="240" w:lineRule="auto"/>
            </w:pPr>
            <w:r>
              <w:rPr>
                <w:sz w:val="19"/>
              </w:rPr>
              <w:t>Weeks 3 and 4</w:t>
            </w:r>
          </w:p>
        </w:tc>
      </w:tr>
      <w:tr w:rsidR="002516E4" w14:paraId="01A3DF38" w14:textId="77777777">
        <w:trPr>
          <w:cantSplit/>
        </w:trPr>
        <w:tc>
          <w:tcPr>
            <w:tcW w:w="850" w:type="dxa"/>
          </w:tcPr>
          <w:p w14:paraId="740CD16B" w14:textId="77777777" w:rsidR="002516E4" w:rsidRDefault="00A3491C">
            <w:pPr>
              <w:spacing w:after="40" w:line="240" w:lineRule="auto"/>
            </w:pPr>
            <w:r>
              <w:rPr>
                <w:sz w:val="19"/>
              </w:rPr>
              <w:t>W6</w:t>
            </w:r>
          </w:p>
        </w:tc>
        <w:tc>
          <w:tcPr>
            <w:tcW w:w="3458" w:type="dxa"/>
          </w:tcPr>
          <w:p w14:paraId="2ACAD9C1" w14:textId="77777777" w:rsidR="002516E4" w:rsidRDefault="00A3491C">
            <w:pPr>
              <w:spacing w:after="40" w:line="240" w:lineRule="auto"/>
            </w:pPr>
            <w:r>
              <w:rPr>
                <w:sz w:val="19"/>
              </w:rPr>
              <w:t>Market research</w:t>
            </w:r>
          </w:p>
        </w:tc>
        <w:tc>
          <w:tcPr>
            <w:tcW w:w="3742" w:type="dxa"/>
          </w:tcPr>
          <w:p w14:paraId="43107989" w14:textId="77777777" w:rsidR="002516E4" w:rsidRDefault="00A3491C">
            <w:pPr>
              <w:spacing w:after="40" w:line="240" w:lineRule="auto"/>
            </w:pPr>
            <w:r>
              <w:rPr>
                <w:sz w:val="19"/>
              </w:rPr>
              <w:t>Elasticity</w:t>
            </w:r>
          </w:p>
        </w:tc>
        <w:tc>
          <w:tcPr>
            <w:tcW w:w="2052" w:type="dxa"/>
          </w:tcPr>
          <w:p w14:paraId="6A134DFD" w14:textId="77777777" w:rsidR="002516E4" w:rsidRDefault="00A3491C">
            <w:pPr>
              <w:spacing w:after="40" w:line="240" w:lineRule="auto"/>
            </w:pPr>
            <w:r>
              <w:rPr>
                <w:sz w:val="19"/>
              </w:rPr>
              <w:t>Weeks 4 and 5</w:t>
            </w:r>
          </w:p>
        </w:tc>
      </w:tr>
      <w:tr w:rsidR="002516E4" w14:paraId="6205F9FF" w14:textId="77777777">
        <w:trPr>
          <w:cantSplit/>
        </w:trPr>
        <w:tc>
          <w:tcPr>
            <w:tcW w:w="850" w:type="dxa"/>
          </w:tcPr>
          <w:p w14:paraId="06B727F0" w14:textId="77777777" w:rsidR="002516E4" w:rsidRDefault="00A3491C">
            <w:pPr>
              <w:spacing w:after="40" w:line="240" w:lineRule="auto"/>
            </w:pPr>
            <w:r>
              <w:rPr>
                <w:sz w:val="19"/>
              </w:rPr>
              <w:t>W7</w:t>
            </w:r>
          </w:p>
        </w:tc>
        <w:tc>
          <w:tcPr>
            <w:tcW w:w="3458" w:type="dxa"/>
          </w:tcPr>
          <w:p w14:paraId="3B83C555" w14:textId="77777777" w:rsidR="002516E4" w:rsidRDefault="00A3491C">
            <w:pPr>
              <w:spacing w:after="40" w:line="240" w:lineRule="auto"/>
            </w:pPr>
            <w:r>
              <w:rPr>
                <w:sz w:val="19"/>
              </w:rPr>
              <w:t>Business plans, risk, and the half term review</w:t>
            </w:r>
          </w:p>
        </w:tc>
        <w:tc>
          <w:tcPr>
            <w:tcW w:w="3742" w:type="dxa"/>
          </w:tcPr>
          <w:p w14:paraId="49361420" w14:textId="77777777" w:rsidR="002516E4" w:rsidRDefault="00A3491C">
            <w:pPr>
              <w:spacing w:after="40" w:line="240" w:lineRule="auto"/>
            </w:pPr>
            <w:r>
              <w:rPr>
                <w:sz w:val="19"/>
              </w:rPr>
              <w:t>Markets in action, and the half term review</w:t>
            </w:r>
          </w:p>
        </w:tc>
        <w:tc>
          <w:tcPr>
            <w:tcW w:w="2052" w:type="dxa"/>
          </w:tcPr>
          <w:p w14:paraId="3AAEE14C" w14:textId="77777777" w:rsidR="002516E4" w:rsidRDefault="00A3491C">
            <w:pPr>
              <w:spacing w:after="40" w:line="240" w:lineRule="auto"/>
            </w:pPr>
            <w:r>
              <w:rPr>
                <w:sz w:val="19"/>
              </w:rPr>
              <w:t>Weeks 1 to 6</w:t>
            </w:r>
          </w:p>
        </w:tc>
      </w:tr>
    </w:tbl>
    <w:p w14:paraId="1A54A03A" w14:textId="77777777" w:rsidR="002516E4" w:rsidRDefault="00A3491C">
      <w:pPr>
        <w:keepNext/>
        <w:spacing w:before="180" w:after="60"/>
      </w:pPr>
      <w:r>
        <w:rPr>
          <w:b/>
          <w:sz w:val="22"/>
        </w:rPr>
        <w:t>If your scheme of work runs in a different order</w:t>
      </w:r>
    </w:p>
    <w:p w14:paraId="3B939CD3" w14:textId="77777777" w:rsidR="002516E4" w:rsidRDefault="00A3491C">
      <w:pPr>
        <w:spacing w:after="60"/>
      </w:pPr>
      <w:r>
        <w:t>Move the weeks to match your own order and keep the BACK questions attached to the topic they name. The shortest gap in this pack is one week and the longest is six. Keep at least a week between teaching a topic and asking it back, because a question asked in the same week is testing the lesson rather than the memory.</w:t>
      </w:r>
    </w:p>
    <w:p w14:paraId="28F416A2" w14:textId="77777777" w:rsidR="002516E4" w:rsidRDefault="00A3491C">
      <w:pPr>
        <w:keepNext/>
        <w:spacing w:before="180" w:after="60"/>
      </w:pPr>
      <w:r>
        <w:rPr>
          <w:b/>
          <w:sz w:val="22"/>
        </w:rPr>
        <w:t>If you teach the subject twice a week</w:t>
      </w:r>
    </w:p>
    <w:p w14:paraId="3714FF5F" w14:textId="77777777" w:rsidR="002516E4" w:rsidRDefault="00A3491C">
      <w:pPr>
        <w:spacing w:after="60"/>
      </w:pPr>
      <w:r>
        <w:t>Use starters A and B in the week and carry C into the following week, or set C as the homework. Seven weeks of three is written for a three-lesson week.</w:t>
      </w:r>
    </w:p>
    <w:p w14:paraId="3B95B408" w14:textId="77777777" w:rsidR="002516E4" w:rsidRDefault="00A3491C">
      <w:pPr>
        <w:keepNext/>
        <w:spacing w:before="180"/>
      </w:pPr>
      <w:r>
        <w:rPr>
          <w:b/>
          <w:sz w:val="23"/>
        </w:rPr>
        <w:t>Three ways teachers lose the benefit of this</w:t>
      </w:r>
    </w:p>
    <w:tbl>
      <w:tblPr>
        <w:tblStyle w:val="TableGrid"/>
        <w:tblW w:w="0" w:type="auto"/>
        <w:tblLayout w:type="fixed"/>
        <w:tblLook w:val="04A0" w:firstRow="1" w:lastRow="0" w:firstColumn="1" w:lastColumn="0" w:noHBand="0" w:noVBand="1"/>
      </w:tblPr>
      <w:tblGrid>
        <w:gridCol w:w="3628"/>
        <w:gridCol w:w="6474"/>
      </w:tblGrid>
      <w:tr w:rsidR="002516E4" w14:paraId="0BEBEC1D" w14:textId="77777777">
        <w:trPr>
          <w:cantSplit/>
        </w:trPr>
        <w:tc>
          <w:tcPr>
            <w:tcW w:w="3628" w:type="dxa"/>
            <w:shd w:val="clear" w:color="auto" w:fill="EFEFEF"/>
          </w:tcPr>
          <w:p w14:paraId="79286C8C" w14:textId="77777777" w:rsidR="002516E4" w:rsidRDefault="00A3491C">
            <w:pPr>
              <w:spacing w:after="40" w:line="240" w:lineRule="auto"/>
            </w:pPr>
            <w:r>
              <w:rPr>
                <w:b/>
                <w:sz w:val="19"/>
              </w:rPr>
              <w:t>What happens</w:t>
            </w:r>
          </w:p>
        </w:tc>
        <w:tc>
          <w:tcPr>
            <w:tcW w:w="6474" w:type="dxa"/>
            <w:shd w:val="clear" w:color="auto" w:fill="EFEFEF"/>
          </w:tcPr>
          <w:p w14:paraId="1ED9284E" w14:textId="77777777" w:rsidR="002516E4" w:rsidRDefault="00A3491C">
            <w:pPr>
              <w:spacing w:after="40" w:line="240" w:lineRule="auto"/>
            </w:pPr>
            <w:r>
              <w:rPr>
                <w:b/>
                <w:sz w:val="19"/>
              </w:rPr>
              <w:t>What it costs you</w:t>
            </w:r>
          </w:p>
        </w:tc>
      </w:tr>
      <w:tr w:rsidR="002516E4" w14:paraId="0BA4978D" w14:textId="77777777">
        <w:trPr>
          <w:cantSplit/>
        </w:trPr>
        <w:tc>
          <w:tcPr>
            <w:tcW w:w="3628" w:type="dxa"/>
          </w:tcPr>
          <w:p w14:paraId="74CDDBB7" w14:textId="77777777" w:rsidR="002516E4" w:rsidRDefault="00A3491C">
            <w:pPr>
              <w:spacing w:after="40" w:line="240" w:lineRule="auto"/>
            </w:pPr>
            <w:r>
              <w:rPr>
                <w:sz w:val="19"/>
              </w:rPr>
              <w:t>Cutting the BACK questions when the lesson is tight</w:t>
            </w:r>
          </w:p>
        </w:tc>
        <w:tc>
          <w:tcPr>
            <w:tcW w:w="6474" w:type="dxa"/>
          </w:tcPr>
          <w:p w14:paraId="1872EAC0" w14:textId="77777777" w:rsidR="002516E4" w:rsidRDefault="00A3491C">
            <w:pPr>
              <w:spacing w:after="40" w:line="240" w:lineRule="auto"/>
            </w:pPr>
            <w:r>
              <w:rPr>
                <w:sz w:val="19"/>
              </w:rPr>
              <w:t>You keep the four minutes and lose the reason for them. Cut a question one to three instead and run the set as a four.</w:t>
            </w:r>
          </w:p>
        </w:tc>
      </w:tr>
      <w:tr w:rsidR="002516E4" w14:paraId="38256061" w14:textId="77777777">
        <w:trPr>
          <w:cantSplit/>
        </w:trPr>
        <w:tc>
          <w:tcPr>
            <w:tcW w:w="3628" w:type="dxa"/>
          </w:tcPr>
          <w:p w14:paraId="4456C0DB" w14:textId="77777777" w:rsidR="002516E4" w:rsidRDefault="00A3491C">
            <w:pPr>
              <w:spacing w:after="40" w:line="240" w:lineRule="auto"/>
            </w:pPr>
            <w:r>
              <w:rPr>
                <w:sz w:val="19"/>
              </w:rPr>
              <w:t>Letting books or notes stay open</w:t>
            </w:r>
          </w:p>
        </w:tc>
        <w:tc>
          <w:tcPr>
            <w:tcW w:w="6474" w:type="dxa"/>
          </w:tcPr>
          <w:p w14:paraId="4F317A15" w14:textId="77777777" w:rsidR="002516E4" w:rsidRDefault="00A3491C">
            <w:pPr>
              <w:spacing w:after="40" w:line="240" w:lineRule="auto"/>
            </w:pPr>
            <w:r>
              <w:rPr>
                <w:sz w:val="19"/>
              </w:rPr>
              <w:t>Reading is not recall. A student copying an answer out of their book scores five and has learned nothing, and your tracking sheet now lies to you.</w:t>
            </w:r>
          </w:p>
        </w:tc>
      </w:tr>
      <w:tr w:rsidR="002516E4" w14:paraId="6CC7EB4B" w14:textId="77777777">
        <w:trPr>
          <w:cantSplit/>
        </w:trPr>
        <w:tc>
          <w:tcPr>
            <w:tcW w:w="3628" w:type="dxa"/>
          </w:tcPr>
          <w:p w14:paraId="0CEF4088" w14:textId="77777777" w:rsidR="002516E4" w:rsidRDefault="00A3491C">
            <w:pPr>
              <w:spacing w:after="40" w:line="240" w:lineRule="auto"/>
            </w:pPr>
            <w:r>
              <w:rPr>
                <w:sz w:val="19"/>
              </w:rPr>
              <w:t>Marking them yourself</w:t>
            </w:r>
          </w:p>
        </w:tc>
        <w:tc>
          <w:tcPr>
            <w:tcW w:w="6474" w:type="dxa"/>
          </w:tcPr>
          <w:p w14:paraId="518B6C55" w14:textId="77777777" w:rsidR="002516E4" w:rsidRDefault="00A3491C">
            <w:pPr>
              <w:spacing w:after="40" w:line="240" w:lineRule="auto"/>
            </w:pPr>
            <w:r>
              <w:rPr>
                <w:sz w:val="19"/>
              </w:rPr>
              <w:t>It costs you an evening a week and gives the student the feedback a day late. They mark their own in the forty-five seconds it takes you to read the answers out.</w:t>
            </w:r>
          </w:p>
        </w:tc>
      </w:tr>
    </w:tbl>
    <w:p w14:paraId="4C9A8419" w14:textId="77777777" w:rsidR="002516E4" w:rsidRDefault="00A3491C">
      <w:pPr>
        <w:keepNext/>
        <w:pageBreakBefore/>
        <w:spacing w:after="100"/>
      </w:pPr>
      <w:r>
        <w:rPr>
          <w:b/>
          <w:sz w:val="30"/>
        </w:rPr>
        <w:lastRenderedPageBreak/>
        <w:t>Levels, boards and the seven sets that need a swap</w:t>
      </w:r>
    </w:p>
    <w:p w14:paraId="5ECA83A1" w14:textId="77777777" w:rsidR="002516E4" w:rsidRDefault="00A3491C">
      <w:pPr>
        <w:keepNext/>
      </w:pPr>
      <w:r>
        <w:rPr>
          <w:b/>
          <w:sz w:val="22"/>
        </w:rPr>
        <w:t>The level key. There are only two tags in this pack.</w:t>
      </w:r>
    </w:p>
    <w:tbl>
      <w:tblPr>
        <w:tblStyle w:val="TableGrid"/>
        <w:tblW w:w="0" w:type="auto"/>
        <w:tblLayout w:type="fixed"/>
        <w:tblLook w:val="04A0" w:firstRow="1" w:lastRow="0" w:firstColumn="1" w:lastColumn="0" w:noHBand="0" w:noVBand="1"/>
      </w:tblPr>
      <w:tblGrid>
        <w:gridCol w:w="1928"/>
        <w:gridCol w:w="8175"/>
      </w:tblGrid>
      <w:tr w:rsidR="002516E4" w14:paraId="0BC78312" w14:textId="77777777">
        <w:trPr>
          <w:cantSplit/>
        </w:trPr>
        <w:tc>
          <w:tcPr>
            <w:tcW w:w="1928" w:type="dxa"/>
            <w:shd w:val="clear" w:color="auto" w:fill="EFEFEF"/>
          </w:tcPr>
          <w:p w14:paraId="1A289B72" w14:textId="77777777" w:rsidR="002516E4" w:rsidRDefault="00A3491C">
            <w:pPr>
              <w:spacing w:after="40" w:line="240" w:lineRule="auto"/>
            </w:pPr>
            <w:r>
              <w:rPr>
                <w:b/>
                <w:sz w:val="19"/>
              </w:rPr>
              <w:t>Tag</w:t>
            </w:r>
          </w:p>
        </w:tc>
        <w:tc>
          <w:tcPr>
            <w:tcW w:w="8175" w:type="dxa"/>
            <w:shd w:val="clear" w:color="auto" w:fill="EFEFEF"/>
          </w:tcPr>
          <w:p w14:paraId="22E023BB" w14:textId="77777777" w:rsidR="002516E4" w:rsidRDefault="00A3491C">
            <w:pPr>
              <w:spacing w:after="40" w:line="240" w:lineRule="auto"/>
            </w:pPr>
            <w:r>
              <w:rPr>
                <w:b/>
                <w:sz w:val="19"/>
              </w:rPr>
              <w:t>What it means</w:t>
            </w:r>
          </w:p>
        </w:tc>
      </w:tr>
      <w:tr w:rsidR="002516E4" w14:paraId="28A9784B" w14:textId="77777777">
        <w:trPr>
          <w:cantSplit/>
        </w:trPr>
        <w:tc>
          <w:tcPr>
            <w:tcW w:w="1928" w:type="dxa"/>
          </w:tcPr>
          <w:p w14:paraId="7FFBFD9C" w14:textId="77777777" w:rsidR="002516E4" w:rsidRDefault="00A3491C">
            <w:pPr>
              <w:spacing w:after="40" w:line="240" w:lineRule="auto"/>
            </w:pPr>
            <w:r>
              <w:rPr>
                <w:sz w:val="19"/>
              </w:rPr>
              <w:t>GCSE and Y12</w:t>
            </w:r>
          </w:p>
        </w:tc>
        <w:tc>
          <w:tcPr>
            <w:tcW w:w="8175" w:type="dxa"/>
          </w:tcPr>
          <w:p w14:paraId="013D5318" w14:textId="77777777" w:rsidR="002516E4" w:rsidRDefault="00A3491C">
            <w:pPr>
              <w:spacing w:after="40" w:line="240" w:lineRule="auto"/>
            </w:pPr>
            <w:r>
              <w:rPr>
                <w:sz w:val="19"/>
              </w:rPr>
              <w:t>Works from Year 10 to the first weeks of Year 12. Thirty-five of the forty-two sets carry this tag. Year 12 students should be answering in fuller sentences, not answering different questions.</w:t>
            </w:r>
          </w:p>
        </w:tc>
      </w:tr>
      <w:tr w:rsidR="002516E4" w14:paraId="2FB01584" w14:textId="77777777">
        <w:trPr>
          <w:cantSplit/>
        </w:trPr>
        <w:tc>
          <w:tcPr>
            <w:tcW w:w="1928" w:type="dxa"/>
          </w:tcPr>
          <w:p w14:paraId="08788E0C" w14:textId="77777777" w:rsidR="002516E4" w:rsidRDefault="00A3491C">
            <w:pPr>
              <w:spacing w:after="40" w:line="240" w:lineRule="auto"/>
            </w:pPr>
            <w:r>
              <w:rPr>
                <w:sz w:val="19"/>
              </w:rPr>
              <w:t>Y12</w:t>
            </w:r>
          </w:p>
        </w:tc>
        <w:tc>
          <w:tcPr>
            <w:tcW w:w="8175" w:type="dxa"/>
          </w:tcPr>
          <w:p w14:paraId="13EE1534" w14:textId="77777777" w:rsidR="002516E4" w:rsidRDefault="00A3491C">
            <w:pPr>
              <w:spacing w:after="40" w:line="240" w:lineRule="auto"/>
            </w:pPr>
            <w:r>
              <w:rPr>
                <w:sz w:val="19"/>
              </w:rPr>
              <w:t>Needs content a GCSE class will not have met. Seven sets carry this tag, all seven of them Economics, and every one of them carries a GCSE swap printed underneath it.</w:t>
            </w:r>
          </w:p>
        </w:tc>
      </w:tr>
    </w:tbl>
    <w:p w14:paraId="11362BD4" w14:textId="77777777" w:rsidR="002516E4" w:rsidRDefault="00A3491C">
      <w:pPr>
        <w:keepNext/>
        <w:spacing w:before="180"/>
      </w:pPr>
      <w:r>
        <w:rPr>
          <w:b/>
          <w:sz w:val="23"/>
        </w:rPr>
        <w:t>The seven Year 12 sets, and their swaps</w:t>
      </w:r>
    </w:p>
    <w:tbl>
      <w:tblPr>
        <w:tblStyle w:val="TableGrid"/>
        <w:tblW w:w="0" w:type="auto"/>
        <w:tblLayout w:type="fixed"/>
        <w:tblLook w:val="04A0" w:firstRow="1" w:lastRow="0" w:firstColumn="1" w:lastColumn="0" w:noHBand="0" w:noVBand="1"/>
      </w:tblPr>
      <w:tblGrid>
        <w:gridCol w:w="3061"/>
        <w:gridCol w:w="7041"/>
      </w:tblGrid>
      <w:tr w:rsidR="002516E4" w14:paraId="6EDE1B74" w14:textId="77777777">
        <w:trPr>
          <w:cantSplit/>
        </w:trPr>
        <w:tc>
          <w:tcPr>
            <w:tcW w:w="3061" w:type="dxa"/>
            <w:shd w:val="clear" w:color="auto" w:fill="EFEFEF"/>
          </w:tcPr>
          <w:p w14:paraId="663C2F0E" w14:textId="77777777" w:rsidR="002516E4" w:rsidRDefault="00A3491C">
            <w:pPr>
              <w:spacing w:after="40" w:line="240" w:lineRule="auto"/>
            </w:pPr>
            <w:r>
              <w:rPr>
                <w:b/>
                <w:sz w:val="19"/>
              </w:rPr>
              <w:t>Set</w:t>
            </w:r>
          </w:p>
        </w:tc>
        <w:tc>
          <w:tcPr>
            <w:tcW w:w="7041" w:type="dxa"/>
            <w:shd w:val="clear" w:color="auto" w:fill="EFEFEF"/>
          </w:tcPr>
          <w:p w14:paraId="2DE615C6" w14:textId="77777777" w:rsidR="002516E4" w:rsidRDefault="00A3491C">
            <w:pPr>
              <w:spacing w:after="40" w:line="240" w:lineRule="auto"/>
            </w:pPr>
            <w:r>
              <w:rPr>
                <w:b/>
                <w:sz w:val="19"/>
              </w:rPr>
              <w:t>What makes it Year 12 content</w:t>
            </w:r>
          </w:p>
        </w:tc>
      </w:tr>
      <w:tr w:rsidR="002516E4" w14:paraId="4D2C76B3" w14:textId="77777777">
        <w:trPr>
          <w:cantSplit/>
        </w:trPr>
        <w:tc>
          <w:tcPr>
            <w:tcW w:w="3061" w:type="dxa"/>
          </w:tcPr>
          <w:p w14:paraId="59D018C4" w14:textId="77777777" w:rsidR="002516E4" w:rsidRDefault="00A3491C">
            <w:pPr>
              <w:spacing w:after="40" w:line="240" w:lineRule="auto"/>
            </w:pPr>
            <w:r>
              <w:rPr>
                <w:sz w:val="19"/>
              </w:rPr>
              <w:t>Economics, Week 2, Starter B</w:t>
            </w:r>
          </w:p>
        </w:tc>
        <w:tc>
          <w:tcPr>
            <w:tcW w:w="7041" w:type="dxa"/>
          </w:tcPr>
          <w:p w14:paraId="1F52F923" w14:textId="77777777" w:rsidR="002516E4" w:rsidRDefault="00A3491C">
            <w:pPr>
              <w:spacing w:after="40" w:line="240" w:lineRule="auto"/>
            </w:pPr>
            <w:r>
              <w:rPr>
                <w:sz w:val="19"/>
              </w:rPr>
              <w:t>The production possibility diagram, which is A level content only</w:t>
            </w:r>
          </w:p>
        </w:tc>
      </w:tr>
      <w:tr w:rsidR="002516E4" w14:paraId="0CC16189" w14:textId="77777777">
        <w:trPr>
          <w:cantSplit/>
        </w:trPr>
        <w:tc>
          <w:tcPr>
            <w:tcW w:w="3061" w:type="dxa"/>
          </w:tcPr>
          <w:p w14:paraId="3DD299B4" w14:textId="77777777" w:rsidR="002516E4" w:rsidRDefault="00A3491C">
            <w:pPr>
              <w:spacing w:after="40" w:line="240" w:lineRule="auto"/>
            </w:pPr>
            <w:r>
              <w:rPr>
                <w:sz w:val="19"/>
              </w:rPr>
              <w:t>Economics, Week 2, Starter C</w:t>
            </w:r>
          </w:p>
        </w:tc>
        <w:tc>
          <w:tcPr>
            <w:tcW w:w="7041" w:type="dxa"/>
          </w:tcPr>
          <w:p w14:paraId="535F5EB7" w14:textId="77777777" w:rsidR="002516E4" w:rsidRDefault="00A3491C">
            <w:pPr>
              <w:spacing w:after="40" w:line="240" w:lineRule="auto"/>
            </w:pPr>
            <w:r>
              <w:rPr>
                <w:sz w:val="19"/>
              </w:rPr>
              <w:t>Shifts of the production possibility diagram, and capital goods</w:t>
            </w:r>
          </w:p>
        </w:tc>
      </w:tr>
      <w:tr w:rsidR="002516E4" w14:paraId="773D4C13" w14:textId="77777777">
        <w:trPr>
          <w:cantSplit/>
        </w:trPr>
        <w:tc>
          <w:tcPr>
            <w:tcW w:w="3061" w:type="dxa"/>
          </w:tcPr>
          <w:p w14:paraId="71C76A15" w14:textId="77777777" w:rsidR="002516E4" w:rsidRDefault="00A3491C">
            <w:pPr>
              <w:spacing w:after="40" w:line="240" w:lineRule="auto"/>
            </w:pPr>
            <w:r>
              <w:rPr>
                <w:sz w:val="19"/>
              </w:rPr>
              <w:t>Economics, Week 3, Starter C</w:t>
            </w:r>
          </w:p>
        </w:tc>
        <w:tc>
          <w:tcPr>
            <w:tcW w:w="7041" w:type="dxa"/>
          </w:tcPr>
          <w:p w14:paraId="0A3D9301" w14:textId="77777777" w:rsidR="002516E4" w:rsidRDefault="00A3491C">
            <w:pPr>
              <w:spacing w:after="40" w:line="240" w:lineRule="auto"/>
            </w:pPr>
            <w:r>
              <w:rPr>
                <w:sz w:val="19"/>
              </w:rPr>
              <w:t>Free market, command and mixed economies, which are A level only</w:t>
            </w:r>
          </w:p>
        </w:tc>
      </w:tr>
      <w:tr w:rsidR="002516E4" w14:paraId="78F37636" w14:textId="77777777">
        <w:trPr>
          <w:cantSplit/>
        </w:trPr>
        <w:tc>
          <w:tcPr>
            <w:tcW w:w="3061" w:type="dxa"/>
          </w:tcPr>
          <w:p w14:paraId="059C7662" w14:textId="77777777" w:rsidR="002516E4" w:rsidRDefault="00A3491C">
            <w:pPr>
              <w:spacing w:after="40" w:line="240" w:lineRule="auto"/>
            </w:pPr>
            <w:r>
              <w:rPr>
                <w:sz w:val="19"/>
              </w:rPr>
              <w:t>Economics, Week 4, Starter C</w:t>
            </w:r>
          </w:p>
        </w:tc>
        <w:tc>
          <w:tcPr>
            <w:tcW w:w="7041" w:type="dxa"/>
          </w:tcPr>
          <w:p w14:paraId="5E763C48" w14:textId="77777777" w:rsidR="002516E4" w:rsidRDefault="00A3491C">
            <w:pPr>
              <w:spacing w:after="40" w:line="240" w:lineRule="auto"/>
            </w:pPr>
            <w:r>
              <w:rPr>
                <w:sz w:val="19"/>
              </w:rPr>
              <w:t>Individual and market demand, the income and substitution effects</w:t>
            </w:r>
          </w:p>
        </w:tc>
      </w:tr>
      <w:tr w:rsidR="002516E4" w14:paraId="375B8448" w14:textId="77777777">
        <w:trPr>
          <w:cantSplit/>
        </w:trPr>
        <w:tc>
          <w:tcPr>
            <w:tcW w:w="3061" w:type="dxa"/>
          </w:tcPr>
          <w:p w14:paraId="2F0AF093" w14:textId="77777777" w:rsidR="002516E4" w:rsidRDefault="00A3491C">
            <w:pPr>
              <w:spacing w:after="40" w:line="240" w:lineRule="auto"/>
            </w:pPr>
            <w:r>
              <w:rPr>
                <w:sz w:val="19"/>
              </w:rPr>
              <w:t>Economics, Week 5, Starter C</w:t>
            </w:r>
          </w:p>
        </w:tc>
        <w:tc>
          <w:tcPr>
            <w:tcW w:w="7041" w:type="dxa"/>
          </w:tcPr>
          <w:p w14:paraId="51BC1416" w14:textId="77777777" w:rsidR="002516E4" w:rsidRDefault="00A3491C">
            <w:pPr>
              <w:spacing w:after="40" w:line="240" w:lineRule="auto"/>
            </w:pPr>
            <w:r>
              <w:rPr>
                <w:sz w:val="19"/>
              </w:rPr>
              <w:t>The rationing, incentive and signalling functions of the price mechanism</w:t>
            </w:r>
          </w:p>
        </w:tc>
      </w:tr>
      <w:tr w:rsidR="002516E4" w14:paraId="186E4C57" w14:textId="77777777">
        <w:trPr>
          <w:cantSplit/>
        </w:trPr>
        <w:tc>
          <w:tcPr>
            <w:tcW w:w="3061" w:type="dxa"/>
          </w:tcPr>
          <w:p w14:paraId="4CEE9466" w14:textId="77777777" w:rsidR="002516E4" w:rsidRDefault="00A3491C">
            <w:pPr>
              <w:spacing w:after="40" w:line="240" w:lineRule="auto"/>
            </w:pPr>
            <w:r>
              <w:rPr>
                <w:sz w:val="19"/>
              </w:rPr>
              <w:t>Economics, Week 6, Starter C</w:t>
            </w:r>
          </w:p>
        </w:tc>
        <w:tc>
          <w:tcPr>
            <w:tcW w:w="7041" w:type="dxa"/>
          </w:tcPr>
          <w:p w14:paraId="77BFE983" w14:textId="77777777" w:rsidR="002516E4" w:rsidRDefault="00A3491C">
            <w:pPr>
              <w:spacing w:after="40" w:line="240" w:lineRule="auto"/>
            </w:pPr>
            <w:r>
              <w:rPr>
                <w:sz w:val="19"/>
              </w:rPr>
              <w:t>Income elasticity and cross elasticity</w:t>
            </w:r>
          </w:p>
        </w:tc>
      </w:tr>
      <w:tr w:rsidR="002516E4" w14:paraId="3749CE76" w14:textId="77777777">
        <w:trPr>
          <w:cantSplit/>
        </w:trPr>
        <w:tc>
          <w:tcPr>
            <w:tcW w:w="3061" w:type="dxa"/>
          </w:tcPr>
          <w:p w14:paraId="5A7361EC" w14:textId="77777777" w:rsidR="002516E4" w:rsidRDefault="00A3491C">
            <w:pPr>
              <w:spacing w:after="40" w:line="240" w:lineRule="auto"/>
            </w:pPr>
            <w:r>
              <w:rPr>
                <w:sz w:val="19"/>
              </w:rPr>
              <w:t>Economics, Week 7, Starter B</w:t>
            </w:r>
          </w:p>
        </w:tc>
        <w:tc>
          <w:tcPr>
            <w:tcW w:w="7041" w:type="dxa"/>
          </w:tcPr>
          <w:p w14:paraId="17807D0B" w14:textId="77777777" w:rsidR="002516E4" w:rsidRDefault="00A3491C">
            <w:pPr>
              <w:spacing w:after="40" w:line="240" w:lineRule="auto"/>
            </w:pPr>
            <w:r>
              <w:rPr>
                <w:sz w:val="19"/>
              </w:rPr>
              <w:t>Consumer and producer surplus</w:t>
            </w:r>
          </w:p>
        </w:tc>
      </w:tr>
    </w:tbl>
    <w:p w14:paraId="258258F0" w14:textId="77777777" w:rsidR="002516E4" w:rsidRDefault="00A3491C">
      <w:pPr>
        <w:spacing w:before="60"/>
      </w:pPr>
      <w:r>
        <w:rPr>
          <w:sz w:val="20"/>
        </w:rPr>
        <w:t>Each swap replaces questions one to three with GCSE level questions on the same idea, and carries its own answers. The BACK questions are unchanged, because recall does not need the harder content.</w:t>
      </w:r>
    </w:p>
    <w:p w14:paraId="149AC163" w14:textId="77777777" w:rsidR="002516E4" w:rsidRDefault="00A3491C">
      <w:pPr>
        <w:keepNext/>
        <w:spacing w:before="160"/>
      </w:pPr>
      <w:r>
        <w:rPr>
          <w:b/>
          <w:sz w:val="23"/>
        </w:rPr>
        <w:t>How to read a starter block</w:t>
      </w:r>
    </w:p>
    <w:tbl>
      <w:tblPr>
        <w:tblStyle w:val="TableGrid"/>
        <w:tblW w:w="0" w:type="auto"/>
        <w:tblLayout w:type="fixed"/>
        <w:tblLook w:val="04A0" w:firstRow="1" w:lastRow="0" w:firstColumn="1" w:lastColumn="0" w:noHBand="0" w:noVBand="1"/>
      </w:tblPr>
      <w:tblGrid>
        <w:gridCol w:w="3061"/>
        <w:gridCol w:w="7041"/>
      </w:tblGrid>
      <w:tr w:rsidR="002516E4" w14:paraId="5E9DAC0E" w14:textId="77777777">
        <w:trPr>
          <w:cantSplit/>
        </w:trPr>
        <w:tc>
          <w:tcPr>
            <w:tcW w:w="3061" w:type="dxa"/>
            <w:shd w:val="clear" w:color="auto" w:fill="EFEFEF"/>
          </w:tcPr>
          <w:p w14:paraId="0FF9B069" w14:textId="77777777" w:rsidR="002516E4" w:rsidRDefault="00A3491C">
            <w:pPr>
              <w:spacing w:after="40" w:line="240" w:lineRule="auto"/>
            </w:pPr>
            <w:r>
              <w:rPr>
                <w:b/>
                <w:sz w:val="19"/>
              </w:rPr>
              <w:t>Part of the block</w:t>
            </w:r>
          </w:p>
        </w:tc>
        <w:tc>
          <w:tcPr>
            <w:tcW w:w="7041" w:type="dxa"/>
            <w:shd w:val="clear" w:color="auto" w:fill="EFEFEF"/>
          </w:tcPr>
          <w:p w14:paraId="78F15D85" w14:textId="77777777" w:rsidR="002516E4" w:rsidRDefault="00A3491C">
            <w:pPr>
              <w:spacing w:after="40" w:line="240" w:lineRule="auto"/>
            </w:pPr>
            <w:r>
              <w:rPr>
                <w:b/>
                <w:sz w:val="19"/>
              </w:rPr>
              <w:t>What it is for</w:t>
            </w:r>
          </w:p>
        </w:tc>
      </w:tr>
      <w:tr w:rsidR="002516E4" w14:paraId="49319DF5" w14:textId="77777777">
        <w:trPr>
          <w:cantSplit/>
        </w:trPr>
        <w:tc>
          <w:tcPr>
            <w:tcW w:w="3061" w:type="dxa"/>
          </w:tcPr>
          <w:p w14:paraId="61DE6EEC" w14:textId="77777777" w:rsidR="002516E4" w:rsidRDefault="00A3491C">
            <w:pPr>
              <w:spacing w:after="40" w:line="240" w:lineRule="auto"/>
            </w:pPr>
            <w:r>
              <w:rPr>
                <w:sz w:val="19"/>
              </w:rPr>
              <w:t>The header line</w:t>
            </w:r>
          </w:p>
        </w:tc>
        <w:tc>
          <w:tcPr>
            <w:tcW w:w="7041" w:type="dxa"/>
          </w:tcPr>
          <w:p w14:paraId="2D524BC5" w14:textId="77777777" w:rsidR="002516E4" w:rsidRDefault="00A3491C">
            <w:pPr>
              <w:spacing w:after="40" w:line="240" w:lineRule="auto"/>
            </w:pPr>
            <w:r>
              <w:rPr>
                <w:sz w:val="19"/>
              </w:rPr>
              <w:t>WEEK 3, BUSINESS, STARTER B, then the level tag. Read it before you project so you know which class it suits.</w:t>
            </w:r>
          </w:p>
        </w:tc>
      </w:tr>
      <w:tr w:rsidR="002516E4" w14:paraId="63D4B26A" w14:textId="77777777">
        <w:trPr>
          <w:cantSplit/>
        </w:trPr>
        <w:tc>
          <w:tcPr>
            <w:tcW w:w="3061" w:type="dxa"/>
          </w:tcPr>
          <w:p w14:paraId="0F858E3B" w14:textId="77777777" w:rsidR="002516E4" w:rsidRDefault="00A3491C">
            <w:pPr>
              <w:spacing w:after="40" w:line="240" w:lineRule="auto"/>
            </w:pPr>
            <w:r>
              <w:rPr>
                <w:sz w:val="19"/>
              </w:rPr>
              <w:t>The topic line</w:t>
            </w:r>
          </w:p>
        </w:tc>
        <w:tc>
          <w:tcPr>
            <w:tcW w:w="7041" w:type="dxa"/>
          </w:tcPr>
          <w:p w14:paraId="11AE3930" w14:textId="77777777" w:rsidR="002516E4" w:rsidRDefault="00A3491C">
            <w:pPr>
              <w:spacing w:after="40" w:line="240" w:lineRule="auto"/>
            </w:pPr>
            <w:r>
              <w:rPr>
                <w:sz w:val="19"/>
              </w:rPr>
              <w:t>One line in bold saying what the five questions are about. Say it out loud. Students recall better when they know which drawer to open.</w:t>
            </w:r>
          </w:p>
        </w:tc>
      </w:tr>
      <w:tr w:rsidR="002516E4" w14:paraId="6BEB7F79" w14:textId="77777777">
        <w:trPr>
          <w:cantSplit/>
        </w:trPr>
        <w:tc>
          <w:tcPr>
            <w:tcW w:w="3061" w:type="dxa"/>
          </w:tcPr>
          <w:p w14:paraId="71CD6D63" w14:textId="77777777" w:rsidR="002516E4" w:rsidRDefault="00A3491C">
            <w:pPr>
              <w:spacing w:after="40" w:line="240" w:lineRule="auto"/>
            </w:pPr>
            <w:r>
              <w:rPr>
                <w:sz w:val="19"/>
              </w:rPr>
              <w:t>A question tagged BACK TO WEEK n</w:t>
            </w:r>
          </w:p>
        </w:tc>
        <w:tc>
          <w:tcPr>
            <w:tcW w:w="7041" w:type="dxa"/>
          </w:tcPr>
          <w:p w14:paraId="70EA69D8" w14:textId="77777777" w:rsidR="002516E4" w:rsidRDefault="00A3491C">
            <w:pPr>
              <w:spacing w:after="40" w:line="240" w:lineRule="auto"/>
            </w:pPr>
            <w:r>
              <w:rPr>
                <w:sz w:val="19"/>
              </w:rPr>
              <w:t>Recall from an earlier week. Do not swap it for something newer. It is the question the whole design rests on.</w:t>
            </w:r>
          </w:p>
        </w:tc>
      </w:tr>
      <w:tr w:rsidR="002516E4" w14:paraId="3D00EC5E" w14:textId="77777777">
        <w:trPr>
          <w:cantSplit/>
        </w:trPr>
        <w:tc>
          <w:tcPr>
            <w:tcW w:w="3061" w:type="dxa"/>
          </w:tcPr>
          <w:p w14:paraId="44863679" w14:textId="77777777" w:rsidR="002516E4" w:rsidRDefault="00A3491C">
            <w:pPr>
              <w:spacing w:after="40" w:line="240" w:lineRule="auto"/>
            </w:pPr>
            <w:r>
              <w:rPr>
                <w:sz w:val="19"/>
              </w:rPr>
              <w:t>The shaded box underneath</w:t>
            </w:r>
          </w:p>
        </w:tc>
        <w:tc>
          <w:tcPr>
            <w:tcW w:w="7041" w:type="dxa"/>
          </w:tcPr>
          <w:p w14:paraId="6BE4A0FD" w14:textId="77777777" w:rsidR="002516E4" w:rsidRDefault="00A3491C">
            <w:pPr>
              <w:spacing w:after="40" w:line="240" w:lineRule="auto"/>
            </w:pPr>
            <w:r>
              <w:rPr>
                <w:sz w:val="19"/>
              </w:rPr>
              <w:t>The answers, numbered to match. Read them out at the end of the four minutes and let the class mark their own.</w:t>
            </w:r>
          </w:p>
        </w:tc>
      </w:tr>
    </w:tbl>
    <w:p w14:paraId="67789FB2" w14:textId="77777777" w:rsidR="002516E4" w:rsidRDefault="00A3491C">
      <w:pPr>
        <w:keepNext/>
        <w:spacing w:before="160" w:after="60"/>
      </w:pPr>
      <w:r>
        <w:rPr>
          <w:b/>
          <w:sz w:val="23"/>
        </w:rPr>
        <w:t>Boards</w:t>
      </w:r>
    </w:p>
    <w:p w14:paraId="19936FCB" w14:textId="77777777" w:rsidR="002516E4" w:rsidRDefault="00A3491C">
      <w:r>
        <w:rPr>
          <w:sz w:val="20"/>
        </w:rPr>
        <w:t>This pack does not follow one specification. On the Business side it uses content common to the early units of AQA 8132 and 7138, Edexcel 1BS0 and 9BS0, OCR J204 and H436, Eduqas, and Cambridge IGCSE 0450. AQA 7138 and OCR H436 are for first teaching in September 2026, and a Year 13 group is finishing AQA 7132 or OCR H431, so the content used here is common to both. On the Economics side it uses content common to the early units of AQA 8136 and 7136, OCR J205 and H460, and Edexcel 9EC0 at A level only. Pear</w:t>
      </w:r>
      <w:r>
        <w:rPr>
          <w:sz w:val="20"/>
        </w:rPr>
        <w:t>son Edexcel does not offer a GCSE Economics in England, so the GCSE Economics line carries no Edexcel code. The Edexcel International GCSE in Economics is a separate qualification and is not what this pack is written against. No board prescribes the order any of it is taught in. Check the order against your own scheme of work rather than against this pack.</w:t>
      </w:r>
    </w:p>
    <w:p w14:paraId="48348973" w14:textId="77777777" w:rsidR="002516E4" w:rsidRDefault="00A3491C">
      <w:pPr>
        <w:keepNext/>
        <w:spacing w:before="100" w:after="60"/>
      </w:pPr>
      <w:r>
        <w:rPr>
          <w:b/>
          <w:sz w:val="23"/>
        </w:rPr>
        <w:t>Accuracy</w:t>
      </w:r>
    </w:p>
    <w:p w14:paraId="2289DE4A" w14:textId="77777777" w:rsidR="002516E4" w:rsidRDefault="00A3491C">
      <w:r>
        <w:rPr>
          <w:sz w:val="20"/>
        </w:rPr>
        <w:t>Every answer here is the author's own wording, written so a student can reproduce it under time. It is not a mark scheme, it does not quote one, and no exam board has endorsed it. Where a calculation appears, the figures are made up for the question and the arithmetic can be checked with a calculator. Where more than one answer is right, the answer block says any two of and then lists them.</w:t>
      </w:r>
    </w:p>
    <w:p w14:paraId="1E218ABC" w14:textId="77777777" w:rsidR="002516E4" w:rsidRDefault="00A3491C">
      <w:pPr>
        <w:spacing w:after="40"/>
      </w:pPr>
      <w:r>
        <w:rPr>
          <w:b/>
          <w:sz w:val="20"/>
        </w:rPr>
        <w:t>Every week is two pages. The three Business starters are on the first page and the three Economics starters are on the second, so you can print only your own subject, and one week is one sheet printed double sided.</w:t>
      </w:r>
    </w:p>
    <w:p w14:paraId="07D41D93" w14:textId="77777777" w:rsidR="002516E4" w:rsidRDefault="00A3491C">
      <w:pPr>
        <w:keepNext/>
        <w:pageBreakBefore/>
        <w:spacing w:after="40"/>
      </w:pPr>
      <w:r>
        <w:rPr>
          <w:b/>
          <w:sz w:val="25"/>
        </w:rPr>
        <w:lastRenderedPageBreak/>
        <w:t>WEEK 1. Business: the nature and purpose of business. Economics: the economic problem.</w:t>
      </w:r>
    </w:p>
    <w:p w14:paraId="6F7F4A9E" w14:textId="77777777" w:rsidR="002516E4" w:rsidRDefault="00A3491C">
      <w:pPr>
        <w:keepNext/>
      </w:pPr>
      <w:r>
        <w:rPr>
          <w:i/>
          <w:color w:val="555555"/>
          <w:sz w:val="20"/>
        </w:rPr>
        <w:t>No recall questions this week. There is nothing behind them yet. Question five starts reaching back in week two, and from week three there are two recall questions in every set.</w:t>
      </w:r>
    </w:p>
    <w:tbl>
      <w:tblPr>
        <w:tblStyle w:val="TableGrid"/>
        <w:tblW w:w="0" w:type="auto"/>
        <w:tblLayout w:type="fixed"/>
        <w:tblLook w:val="04A0" w:firstRow="1" w:lastRow="0" w:firstColumn="1" w:lastColumn="0" w:noHBand="0" w:noVBand="1"/>
      </w:tblPr>
      <w:tblGrid>
        <w:gridCol w:w="10103"/>
      </w:tblGrid>
      <w:tr w:rsidR="002516E4" w14:paraId="50AEA9F5" w14:textId="77777777">
        <w:trPr>
          <w:cantSplit/>
        </w:trPr>
        <w:tc>
          <w:tcPr>
            <w:tcW w:w="10103" w:type="dxa"/>
          </w:tcPr>
          <w:p w14:paraId="015E94C6" w14:textId="77777777" w:rsidR="002516E4" w:rsidRDefault="00A3491C">
            <w:pPr>
              <w:keepNext/>
              <w:spacing w:after="24" w:line="240" w:lineRule="auto"/>
            </w:pPr>
            <w:r>
              <w:rPr>
                <w:b/>
                <w:sz w:val="18"/>
              </w:rPr>
              <w:t>WEEK 1  ·  BUSINESS  ·  STARTER A      Level: GCSE and Y12</w:t>
            </w:r>
          </w:p>
          <w:p w14:paraId="247E2FB2" w14:textId="77777777" w:rsidR="002516E4" w:rsidRDefault="00A3491C">
            <w:pPr>
              <w:keepNext/>
              <w:spacing w:after="30" w:line="240" w:lineRule="auto"/>
            </w:pPr>
            <w:r>
              <w:rPr>
                <w:b/>
                <w:sz w:val="20"/>
              </w:rPr>
              <w:t>The purpose of a business</w:t>
            </w:r>
          </w:p>
          <w:p w14:paraId="17F8893F" w14:textId="77777777" w:rsidR="002516E4" w:rsidRDefault="00A3491C">
            <w:pPr>
              <w:keepNext/>
              <w:spacing w:after="20" w:line="240" w:lineRule="auto"/>
            </w:pPr>
            <w:r>
              <w:rPr>
                <w:b/>
                <w:sz w:val="19"/>
              </w:rPr>
              <w:t xml:space="preserve">1. </w:t>
            </w:r>
            <w:r>
              <w:rPr>
                <w:sz w:val="19"/>
              </w:rPr>
              <w:t>What is the difference between a need and a want?</w:t>
            </w:r>
          </w:p>
          <w:p w14:paraId="34B6031A" w14:textId="77777777" w:rsidR="002516E4" w:rsidRDefault="00A3491C">
            <w:pPr>
              <w:keepNext/>
              <w:spacing w:after="20" w:line="240" w:lineRule="auto"/>
            </w:pPr>
            <w:r>
              <w:rPr>
                <w:b/>
                <w:sz w:val="19"/>
              </w:rPr>
              <w:t xml:space="preserve">2. </w:t>
            </w:r>
            <w:r>
              <w:rPr>
                <w:sz w:val="19"/>
              </w:rPr>
              <w:t>Give one example of a good and one example of a service.</w:t>
            </w:r>
          </w:p>
          <w:p w14:paraId="45A1CA09" w14:textId="77777777" w:rsidR="002516E4" w:rsidRDefault="00A3491C">
            <w:pPr>
              <w:keepNext/>
              <w:spacing w:after="20" w:line="240" w:lineRule="auto"/>
            </w:pPr>
            <w:r>
              <w:rPr>
                <w:b/>
                <w:sz w:val="19"/>
              </w:rPr>
              <w:t xml:space="preserve">3. </w:t>
            </w:r>
            <w:r>
              <w:rPr>
                <w:sz w:val="19"/>
              </w:rPr>
              <w:t>What does a business do with the resources it buys in?</w:t>
            </w:r>
          </w:p>
          <w:p w14:paraId="6AD08555" w14:textId="77777777" w:rsidR="002516E4" w:rsidRDefault="00A3491C">
            <w:pPr>
              <w:keepNext/>
              <w:spacing w:after="20" w:line="240" w:lineRule="auto"/>
            </w:pPr>
            <w:r>
              <w:rPr>
                <w:b/>
                <w:sz w:val="19"/>
              </w:rPr>
              <w:t xml:space="preserve">4. </w:t>
            </w:r>
            <w:r>
              <w:rPr>
                <w:sz w:val="19"/>
              </w:rPr>
              <w:t>Name the four factors of production.</w:t>
            </w:r>
          </w:p>
          <w:p w14:paraId="5C98101A" w14:textId="77777777" w:rsidR="002516E4" w:rsidRDefault="00A3491C">
            <w:pPr>
              <w:keepNext/>
              <w:spacing w:after="20" w:line="240" w:lineRule="auto"/>
            </w:pPr>
            <w:r>
              <w:rPr>
                <w:b/>
                <w:sz w:val="19"/>
              </w:rPr>
              <w:t xml:space="preserve">5. </w:t>
            </w:r>
            <w:r>
              <w:rPr>
                <w:sz w:val="19"/>
              </w:rPr>
              <w:t>A sandwich shop buys bread, cheese and ham for 90p and sells the sandwich for £3.50. How much value has it added?</w:t>
            </w:r>
          </w:p>
        </w:tc>
      </w:tr>
      <w:tr w:rsidR="002516E4" w14:paraId="0DC5EE06" w14:textId="77777777">
        <w:trPr>
          <w:cantSplit/>
        </w:trPr>
        <w:tc>
          <w:tcPr>
            <w:tcW w:w="10103" w:type="dxa"/>
            <w:shd w:val="clear" w:color="auto" w:fill="F0F0F0"/>
          </w:tcPr>
          <w:p w14:paraId="57BB0726" w14:textId="77777777" w:rsidR="002516E4" w:rsidRDefault="00A3491C">
            <w:pPr>
              <w:keepNext/>
              <w:spacing w:after="24" w:line="240" w:lineRule="auto"/>
            </w:pPr>
            <w:r>
              <w:rPr>
                <w:b/>
                <w:sz w:val="18"/>
              </w:rPr>
              <w:t>ANSWERS  1A</w:t>
            </w:r>
          </w:p>
          <w:p w14:paraId="3D0E3344" w14:textId="77777777" w:rsidR="002516E4" w:rsidRDefault="00A3491C">
            <w:pPr>
              <w:keepNext/>
              <w:spacing w:after="14" w:line="240" w:lineRule="auto"/>
            </w:pPr>
            <w:r>
              <w:rPr>
                <w:b/>
                <w:sz w:val="18"/>
              </w:rPr>
              <w:t xml:space="preserve">1. </w:t>
            </w:r>
            <w:r>
              <w:rPr>
                <w:sz w:val="18"/>
              </w:rPr>
              <w:t>A need is something you cannot manage without, such as food, water or shelter. A want is something you would like but could live without.</w:t>
            </w:r>
          </w:p>
          <w:p w14:paraId="64D19835" w14:textId="77777777" w:rsidR="002516E4" w:rsidRDefault="00A3491C">
            <w:pPr>
              <w:keepNext/>
              <w:spacing w:after="14" w:line="240" w:lineRule="auto"/>
            </w:pPr>
            <w:r>
              <w:rPr>
                <w:b/>
                <w:sz w:val="18"/>
              </w:rPr>
              <w:t xml:space="preserve">2. </w:t>
            </w:r>
            <w:r>
              <w:rPr>
                <w:sz w:val="18"/>
              </w:rPr>
              <w:t>A good is a physical item, for example a pair of trainers. A service is work done for you, for example a haircut.</w:t>
            </w:r>
          </w:p>
          <w:p w14:paraId="57C927A8" w14:textId="77777777" w:rsidR="002516E4" w:rsidRDefault="00A3491C">
            <w:pPr>
              <w:keepNext/>
              <w:spacing w:after="14" w:line="240" w:lineRule="auto"/>
            </w:pPr>
            <w:r>
              <w:rPr>
                <w:b/>
                <w:sz w:val="18"/>
              </w:rPr>
              <w:t xml:space="preserve">3. </w:t>
            </w:r>
            <w:r>
              <w:rPr>
                <w:sz w:val="18"/>
              </w:rPr>
              <w:t>It combines them and turns them into something customers will pay more for. That difference is added value.</w:t>
            </w:r>
          </w:p>
          <w:p w14:paraId="5B034247" w14:textId="77777777" w:rsidR="002516E4" w:rsidRDefault="00A3491C">
            <w:pPr>
              <w:keepNext/>
              <w:spacing w:after="14" w:line="240" w:lineRule="auto"/>
            </w:pPr>
            <w:r>
              <w:rPr>
                <w:b/>
                <w:sz w:val="18"/>
              </w:rPr>
              <w:t xml:space="preserve">4. </w:t>
            </w:r>
            <w:r>
              <w:rPr>
                <w:sz w:val="18"/>
              </w:rPr>
              <w:t>Land, labour, capital and enterprise.</w:t>
            </w:r>
          </w:p>
          <w:p w14:paraId="27128D5D" w14:textId="77777777" w:rsidR="002516E4" w:rsidRDefault="00A3491C">
            <w:pPr>
              <w:spacing w:after="14" w:line="240" w:lineRule="auto"/>
            </w:pPr>
            <w:r>
              <w:rPr>
                <w:b/>
                <w:sz w:val="18"/>
              </w:rPr>
              <w:t xml:space="preserve">5. </w:t>
            </w:r>
            <w:r>
              <w:rPr>
                <w:sz w:val="18"/>
              </w:rPr>
              <w:t>£3.50 minus £0.90 = £2.60 of added value per sandwich.</w:t>
            </w:r>
          </w:p>
        </w:tc>
      </w:tr>
    </w:tbl>
    <w:p w14:paraId="7D49095C"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6E509C1C" w14:textId="77777777">
        <w:trPr>
          <w:cantSplit/>
        </w:trPr>
        <w:tc>
          <w:tcPr>
            <w:tcW w:w="10103" w:type="dxa"/>
          </w:tcPr>
          <w:p w14:paraId="75F8FC90" w14:textId="77777777" w:rsidR="002516E4" w:rsidRDefault="00A3491C">
            <w:pPr>
              <w:keepNext/>
              <w:spacing w:after="24" w:line="240" w:lineRule="auto"/>
            </w:pPr>
            <w:r>
              <w:rPr>
                <w:b/>
                <w:sz w:val="18"/>
              </w:rPr>
              <w:t>WEEK 1  ·  BUSINESS  ·  STARTER B      Level: GCSE and Y12</w:t>
            </w:r>
          </w:p>
          <w:p w14:paraId="6BFE211D" w14:textId="77777777" w:rsidR="002516E4" w:rsidRDefault="00A3491C">
            <w:pPr>
              <w:keepNext/>
              <w:spacing w:after="30" w:line="240" w:lineRule="auto"/>
            </w:pPr>
            <w:r>
              <w:rPr>
                <w:b/>
                <w:sz w:val="20"/>
              </w:rPr>
              <w:t>Sectors and the customer</w:t>
            </w:r>
          </w:p>
          <w:p w14:paraId="0F4938AB" w14:textId="77777777" w:rsidR="002516E4" w:rsidRDefault="00A3491C">
            <w:pPr>
              <w:keepNext/>
              <w:spacing w:after="20" w:line="240" w:lineRule="auto"/>
            </w:pPr>
            <w:r>
              <w:rPr>
                <w:b/>
                <w:sz w:val="19"/>
              </w:rPr>
              <w:t xml:space="preserve">1. </w:t>
            </w:r>
            <w:r>
              <w:rPr>
                <w:sz w:val="19"/>
              </w:rPr>
              <w:t>Name the three sectors of industry and give one example of a business in each.</w:t>
            </w:r>
          </w:p>
          <w:p w14:paraId="070FB797" w14:textId="77777777" w:rsidR="002516E4" w:rsidRDefault="00A3491C">
            <w:pPr>
              <w:keepNext/>
              <w:spacing w:after="20" w:line="240" w:lineRule="auto"/>
            </w:pPr>
            <w:r>
              <w:rPr>
                <w:b/>
                <w:sz w:val="19"/>
              </w:rPr>
              <w:t xml:space="preserve">2. </w:t>
            </w:r>
            <w:r>
              <w:rPr>
                <w:sz w:val="19"/>
              </w:rPr>
              <w:t>A bakery buys in flour, bakes the bread and sells it in its own shop. Which sector or sectors is it in, and why?</w:t>
            </w:r>
          </w:p>
          <w:p w14:paraId="0102C991" w14:textId="77777777" w:rsidR="002516E4" w:rsidRDefault="00A3491C">
            <w:pPr>
              <w:keepNext/>
              <w:spacing w:after="20" w:line="240" w:lineRule="auto"/>
            </w:pPr>
            <w:r>
              <w:rPr>
                <w:b/>
                <w:sz w:val="19"/>
              </w:rPr>
              <w:t xml:space="preserve">3. </w:t>
            </w:r>
            <w:r>
              <w:rPr>
                <w:sz w:val="19"/>
              </w:rPr>
              <w:t>What is the difference between a customer and a consumer? Give one example where they are not the same person.</w:t>
            </w:r>
          </w:p>
          <w:p w14:paraId="62FB6B82" w14:textId="77777777" w:rsidR="002516E4" w:rsidRDefault="00A3491C">
            <w:pPr>
              <w:keepNext/>
              <w:spacing w:after="20" w:line="240" w:lineRule="auto"/>
            </w:pPr>
            <w:r>
              <w:rPr>
                <w:b/>
                <w:sz w:val="19"/>
              </w:rPr>
              <w:t xml:space="preserve">4. </w:t>
            </w:r>
            <w:r>
              <w:rPr>
                <w:sz w:val="19"/>
              </w:rPr>
              <w:t>Give two reasons a business might exist other than to make money.</w:t>
            </w:r>
          </w:p>
          <w:p w14:paraId="62583E08" w14:textId="77777777" w:rsidR="002516E4" w:rsidRDefault="00A3491C">
            <w:pPr>
              <w:keepNext/>
              <w:spacing w:after="20" w:line="240" w:lineRule="auto"/>
            </w:pPr>
            <w:r>
              <w:rPr>
                <w:b/>
                <w:sz w:val="19"/>
              </w:rPr>
              <w:t xml:space="preserve">5. </w:t>
            </w:r>
            <w:r>
              <w:rPr>
                <w:sz w:val="19"/>
              </w:rPr>
              <w:t>What happens to a business that stops meeting customer needs? One line.</w:t>
            </w:r>
          </w:p>
        </w:tc>
      </w:tr>
      <w:tr w:rsidR="002516E4" w14:paraId="1E41E4AB" w14:textId="77777777">
        <w:trPr>
          <w:cantSplit/>
        </w:trPr>
        <w:tc>
          <w:tcPr>
            <w:tcW w:w="10103" w:type="dxa"/>
            <w:shd w:val="clear" w:color="auto" w:fill="F0F0F0"/>
          </w:tcPr>
          <w:p w14:paraId="2581CAE5" w14:textId="77777777" w:rsidR="002516E4" w:rsidRDefault="00A3491C">
            <w:pPr>
              <w:keepNext/>
              <w:spacing w:after="24" w:line="240" w:lineRule="auto"/>
            </w:pPr>
            <w:r>
              <w:rPr>
                <w:b/>
                <w:sz w:val="18"/>
              </w:rPr>
              <w:t>ANSWERS  1B</w:t>
            </w:r>
          </w:p>
          <w:p w14:paraId="7F517C3E" w14:textId="77777777" w:rsidR="002516E4" w:rsidRDefault="00A3491C">
            <w:pPr>
              <w:keepNext/>
              <w:spacing w:after="14" w:line="240" w:lineRule="auto"/>
            </w:pPr>
            <w:r>
              <w:rPr>
                <w:b/>
                <w:sz w:val="18"/>
              </w:rPr>
              <w:t xml:space="preserve">1. </w:t>
            </w:r>
            <w:r>
              <w:rPr>
                <w:sz w:val="18"/>
              </w:rPr>
              <w:t>Primary, for example a farm. Secondary, for example a car factory. Tertiary, for example a hairdresser.</w:t>
            </w:r>
          </w:p>
          <w:p w14:paraId="74185A8B" w14:textId="77777777" w:rsidR="002516E4" w:rsidRDefault="00A3491C">
            <w:pPr>
              <w:keepNext/>
              <w:spacing w:after="14" w:line="240" w:lineRule="auto"/>
            </w:pPr>
            <w:r>
              <w:rPr>
                <w:b/>
                <w:sz w:val="18"/>
              </w:rPr>
              <w:t xml:space="preserve">2. </w:t>
            </w:r>
            <w:r>
              <w:rPr>
                <w:sz w:val="18"/>
              </w:rPr>
              <w:t>Both secondary and tertiary. It is secondary because it turns flour into bread, and tertiary because it also sells directly to the public. Plenty of businesses sit in more than one sector.</w:t>
            </w:r>
          </w:p>
          <w:p w14:paraId="655688CB" w14:textId="77777777" w:rsidR="002516E4" w:rsidRDefault="00A3491C">
            <w:pPr>
              <w:keepNext/>
              <w:spacing w:after="14" w:line="240" w:lineRule="auto"/>
            </w:pPr>
            <w:r>
              <w:rPr>
                <w:b/>
                <w:sz w:val="18"/>
              </w:rPr>
              <w:t xml:space="preserve">3. </w:t>
            </w:r>
            <w:r>
              <w:rPr>
                <w:sz w:val="18"/>
              </w:rPr>
              <w:t>The customer buys the product, the consumer uses it. A parent buying a lunchbox is the customer and the child is the consumer.</w:t>
            </w:r>
          </w:p>
          <w:p w14:paraId="43CACF27" w14:textId="77777777" w:rsidR="002516E4" w:rsidRDefault="00A3491C">
            <w:pPr>
              <w:keepNext/>
              <w:spacing w:after="14" w:line="240" w:lineRule="auto"/>
            </w:pPr>
            <w:r>
              <w:rPr>
                <w:b/>
                <w:sz w:val="18"/>
              </w:rPr>
              <w:t xml:space="preserve">4. </w:t>
            </w:r>
            <w:r>
              <w:rPr>
                <w:sz w:val="18"/>
              </w:rPr>
              <w:t>Any two of: to solve a problem the owner cares about, to be independent, to serve a community, to support a cause, to create work locally.</w:t>
            </w:r>
          </w:p>
          <w:p w14:paraId="5679EB3A" w14:textId="77777777" w:rsidR="002516E4" w:rsidRDefault="00A3491C">
            <w:pPr>
              <w:spacing w:after="14" w:line="240" w:lineRule="auto"/>
            </w:pPr>
            <w:r>
              <w:rPr>
                <w:b/>
                <w:sz w:val="18"/>
              </w:rPr>
              <w:t xml:space="preserve">5. </w:t>
            </w:r>
            <w:r>
              <w:rPr>
                <w:sz w:val="18"/>
              </w:rPr>
              <w:t>Customers move to a rival, sales fall, and unless the business changes it eventually closes.</w:t>
            </w:r>
          </w:p>
        </w:tc>
      </w:tr>
    </w:tbl>
    <w:p w14:paraId="60EE2A5E"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25D8FA3E" w14:textId="77777777">
        <w:trPr>
          <w:cantSplit/>
        </w:trPr>
        <w:tc>
          <w:tcPr>
            <w:tcW w:w="10103" w:type="dxa"/>
          </w:tcPr>
          <w:p w14:paraId="2BDC4578" w14:textId="77777777" w:rsidR="002516E4" w:rsidRDefault="00A3491C">
            <w:pPr>
              <w:keepNext/>
              <w:spacing w:after="24" w:line="240" w:lineRule="auto"/>
            </w:pPr>
            <w:r>
              <w:rPr>
                <w:b/>
                <w:sz w:val="18"/>
              </w:rPr>
              <w:t>WEEK 1  ·  BUSINESS  ·  STARTER C      Level: GCSE and Y12</w:t>
            </w:r>
          </w:p>
          <w:p w14:paraId="3C61E6F5" w14:textId="77777777" w:rsidR="002516E4" w:rsidRDefault="00A3491C">
            <w:pPr>
              <w:keepNext/>
              <w:spacing w:after="30" w:line="240" w:lineRule="auto"/>
            </w:pPr>
            <w:r>
              <w:rPr>
                <w:b/>
                <w:sz w:val="20"/>
              </w:rPr>
              <w:t>Scarcity, choice and opportunity cost in business</w:t>
            </w:r>
          </w:p>
          <w:p w14:paraId="12E62118" w14:textId="77777777" w:rsidR="002516E4" w:rsidRDefault="00A3491C">
            <w:pPr>
              <w:keepNext/>
              <w:spacing w:after="20" w:line="240" w:lineRule="auto"/>
            </w:pPr>
            <w:r>
              <w:rPr>
                <w:b/>
                <w:sz w:val="19"/>
              </w:rPr>
              <w:t xml:space="preserve">1. </w:t>
            </w:r>
            <w:r>
              <w:rPr>
                <w:sz w:val="19"/>
              </w:rPr>
              <w:t>Define opportunity cost.</w:t>
            </w:r>
          </w:p>
          <w:p w14:paraId="21905243" w14:textId="77777777" w:rsidR="002516E4" w:rsidRDefault="00A3491C">
            <w:pPr>
              <w:keepNext/>
              <w:spacing w:after="20" w:line="240" w:lineRule="auto"/>
            </w:pPr>
            <w:r>
              <w:rPr>
                <w:b/>
                <w:sz w:val="19"/>
              </w:rPr>
              <w:t xml:space="preserve">2. </w:t>
            </w:r>
            <w:r>
              <w:rPr>
                <w:sz w:val="19"/>
              </w:rPr>
              <w:t>A cafe owner spends £8,000 on a coffee machine instead of a delivery van. State the opportunity cost.</w:t>
            </w:r>
          </w:p>
          <w:p w14:paraId="38B0A530" w14:textId="77777777" w:rsidR="002516E4" w:rsidRDefault="00A3491C">
            <w:pPr>
              <w:keepNext/>
              <w:spacing w:after="20" w:line="240" w:lineRule="auto"/>
            </w:pPr>
            <w:r>
              <w:rPr>
                <w:b/>
                <w:sz w:val="19"/>
              </w:rPr>
              <w:t xml:space="preserve">3. </w:t>
            </w:r>
            <w:r>
              <w:rPr>
                <w:sz w:val="19"/>
              </w:rPr>
              <w:t>Why does every business decision carry an opportunity cost?</w:t>
            </w:r>
          </w:p>
          <w:p w14:paraId="6BBDFBE6" w14:textId="77777777" w:rsidR="002516E4" w:rsidRDefault="00A3491C">
            <w:pPr>
              <w:keepNext/>
              <w:spacing w:after="20" w:line="240" w:lineRule="auto"/>
            </w:pPr>
            <w:r>
              <w:rPr>
                <w:b/>
                <w:sz w:val="19"/>
              </w:rPr>
              <w:t xml:space="preserve">4. </w:t>
            </w:r>
            <w:r>
              <w:rPr>
                <w:sz w:val="19"/>
              </w:rPr>
              <w:t>Define a trade-off in one line.</w:t>
            </w:r>
          </w:p>
          <w:p w14:paraId="7275A21C" w14:textId="77777777" w:rsidR="002516E4" w:rsidRDefault="00A3491C">
            <w:pPr>
              <w:keepNext/>
              <w:spacing w:after="20" w:line="240" w:lineRule="auto"/>
            </w:pPr>
            <w:r>
              <w:rPr>
                <w:b/>
                <w:sz w:val="19"/>
              </w:rPr>
              <w:t xml:space="preserve">5. </w:t>
            </w:r>
            <w:r>
              <w:rPr>
                <w:sz w:val="19"/>
              </w:rPr>
              <w:t>Name one resource a business can never get more of, and say why that matters.</w:t>
            </w:r>
          </w:p>
        </w:tc>
      </w:tr>
      <w:tr w:rsidR="002516E4" w14:paraId="05D31A0C" w14:textId="77777777">
        <w:trPr>
          <w:cantSplit/>
        </w:trPr>
        <w:tc>
          <w:tcPr>
            <w:tcW w:w="10103" w:type="dxa"/>
            <w:shd w:val="clear" w:color="auto" w:fill="F0F0F0"/>
          </w:tcPr>
          <w:p w14:paraId="1004EFEC" w14:textId="77777777" w:rsidR="002516E4" w:rsidRDefault="00A3491C">
            <w:pPr>
              <w:keepNext/>
              <w:spacing w:after="24" w:line="240" w:lineRule="auto"/>
            </w:pPr>
            <w:r>
              <w:rPr>
                <w:b/>
                <w:sz w:val="18"/>
              </w:rPr>
              <w:t>ANSWERS  1C</w:t>
            </w:r>
          </w:p>
          <w:p w14:paraId="2874EA95" w14:textId="77777777" w:rsidR="002516E4" w:rsidRDefault="00A3491C">
            <w:pPr>
              <w:keepNext/>
              <w:spacing w:after="14" w:line="240" w:lineRule="auto"/>
            </w:pPr>
            <w:r>
              <w:rPr>
                <w:b/>
                <w:sz w:val="18"/>
              </w:rPr>
              <w:t xml:space="preserve">1. </w:t>
            </w:r>
            <w:r>
              <w:rPr>
                <w:sz w:val="18"/>
              </w:rPr>
              <w:t>The next best alternative that is given up when a choice is made.</w:t>
            </w:r>
          </w:p>
          <w:p w14:paraId="2858124C" w14:textId="77777777" w:rsidR="002516E4" w:rsidRDefault="00A3491C">
            <w:pPr>
              <w:keepNext/>
              <w:spacing w:after="14" w:line="240" w:lineRule="auto"/>
            </w:pPr>
            <w:r>
              <w:rPr>
                <w:b/>
                <w:sz w:val="18"/>
              </w:rPr>
              <w:t xml:space="preserve">2. </w:t>
            </w:r>
            <w:r>
              <w:rPr>
                <w:sz w:val="18"/>
              </w:rPr>
              <w:t>The delivery van, and the deliveries and extra sales it would have brought in.</w:t>
            </w:r>
          </w:p>
          <w:p w14:paraId="55C2C1FA" w14:textId="77777777" w:rsidR="002516E4" w:rsidRDefault="00A3491C">
            <w:pPr>
              <w:keepNext/>
              <w:spacing w:after="14" w:line="240" w:lineRule="auto"/>
            </w:pPr>
            <w:r>
              <w:rPr>
                <w:b/>
                <w:sz w:val="18"/>
              </w:rPr>
              <w:t xml:space="preserve">3. </w:t>
            </w:r>
            <w:r>
              <w:rPr>
                <w:sz w:val="18"/>
              </w:rPr>
              <w:t>Because money, staff and time are limited, so using them one way always means giving up the next best use.</w:t>
            </w:r>
          </w:p>
          <w:p w14:paraId="2B9881E4" w14:textId="77777777" w:rsidR="002516E4" w:rsidRDefault="00A3491C">
            <w:pPr>
              <w:keepNext/>
              <w:spacing w:after="14" w:line="240" w:lineRule="auto"/>
            </w:pPr>
            <w:r>
              <w:rPr>
                <w:b/>
                <w:sz w:val="18"/>
              </w:rPr>
              <w:t xml:space="preserve">4. </w:t>
            </w:r>
            <w:r>
              <w:rPr>
                <w:sz w:val="18"/>
              </w:rPr>
              <w:t>Giving up some of one thing to get more of another, for example accepting lower quality in order to charge a lower price.</w:t>
            </w:r>
          </w:p>
          <w:p w14:paraId="14BBDB27" w14:textId="77777777" w:rsidR="002516E4" w:rsidRDefault="00A3491C">
            <w:pPr>
              <w:spacing w:after="14" w:line="240" w:lineRule="auto"/>
            </w:pPr>
            <w:r>
              <w:rPr>
                <w:b/>
                <w:sz w:val="18"/>
              </w:rPr>
              <w:t xml:space="preserve">5. </w:t>
            </w:r>
            <w:r>
              <w:rPr>
                <w:sz w:val="18"/>
              </w:rPr>
              <w:t>Time. A day spent on one job cannot be spent on another, so an owner has to choose what not to do.</w:t>
            </w:r>
          </w:p>
        </w:tc>
      </w:tr>
    </w:tbl>
    <w:p w14:paraId="0E9AFEA7" w14:textId="77777777" w:rsidR="002516E4" w:rsidRDefault="002516E4">
      <w:pPr>
        <w:pageBreakBefore/>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239DC2CF" w14:textId="77777777">
        <w:trPr>
          <w:cantSplit/>
        </w:trPr>
        <w:tc>
          <w:tcPr>
            <w:tcW w:w="10103" w:type="dxa"/>
          </w:tcPr>
          <w:p w14:paraId="6B27FA4C" w14:textId="77777777" w:rsidR="002516E4" w:rsidRDefault="00A3491C">
            <w:pPr>
              <w:keepNext/>
              <w:spacing w:after="24" w:line="240" w:lineRule="auto"/>
            </w:pPr>
            <w:r>
              <w:rPr>
                <w:b/>
                <w:sz w:val="18"/>
              </w:rPr>
              <w:t>WEEK 1  ·  ECONOMICS  ·  STARTER A      Level: GCSE and Y12</w:t>
            </w:r>
          </w:p>
          <w:p w14:paraId="77BA2733" w14:textId="77777777" w:rsidR="002516E4" w:rsidRDefault="00A3491C">
            <w:pPr>
              <w:keepNext/>
              <w:spacing w:after="30" w:line="240" w:lineRule="auto"/>
            </w:pPr>
            <w:r>
              <w:rPr>
                <w:b/>
                <w:sz w:val="20"/>
              </w:rPr>
              <w:t>Scarcity and the economic problem</w:t>
            </w:r>
          </w:p>
          <w:p w14:paraId="3B7EB774" w14:textId="77777777" w:rsidR="002516E4" w:rsidRDefault="00A3491C">
            <w:pPr>
              <w:keepNext/>
              <w:spacing w:after="20" w:line="240" w:lineRule="auto"/>
            </w:pPr>
            <w:r>
              <w:rPr>
                <w:b/>
                <w:sz w:val="19"/>
              </w:rPr>
              <w:t xml:space="preserve">1. </w:t>
            </w:r>
            <w:r>
              <w:rPr>
                <w:sz w:val="19"/>
              </w:rPr>
              <w:t>State the economic problem in one sentence.</w:t>
            </w:r>
          </w:p>
          <w:p w14:paraId="0750B496" w14:textId="77777777" w:rsidR="002516E4" w:rsidRDefault="00A3491C">
            <w:pPr>
              <w:keepNext/>
              <w:spacing w:after="20" w:line="240" w:lineRule="auto"/>
            </w:pPr>
            <w:r>
              <w:rPr>
                <w:b/>
                <w:sz w:val="19"/>
              </w:rPr>
              <w:t xml:space="preserve">2. </w:t>
            </w:r>
            <w:r>
              <w:rPr>
                <w:sz w:val="19"/>
              </w:rPr>
              <w:t>What does an economist mean by scarce?</w:t>
            </w:r>
          </w:p>
          <w:p w14:paraId="3E2C90FF" w14:textId="77777777" w:rsidR="002516E4" w:rsidRDefault="00A3491C">
            <w:pPr>
              <w:keepNext/>
              <w:spacing w:after="20" w:line="240" w:lineRule="auto"/>
            </w:pPr>
            <w:r>
              <w:rPr>
                <w:b/>
                <w:sz w:val="19"/>
              </w:rPr>
              <w:t xml:space="preserve">3. </w:t>
            </w:r>
            <w:r>
              <w:rPr>
                <w:sz w:val="19"/>
              </w:rPr>
              <w:t>What are the three questions every economy has to answer?</w:t>
            </w:r>
          </w:p>
          <w:p w14:paraId="4EC34A72" w14:textId="77777777" w:rsidR="002516E4" w:rsidRDefault="00A3491C">
            <w:pPr>
              <w:keepNext/>
              <w:spacing w:after="20" w:line="240" w:lineRule="auto"/>
            </w:pPr>
            <w:r>
              <w:rPr>
                <w:b/>
                <w:sz w:val="19"/>
              </w:rPr>
              <w:t xml:space="preserve">4. </w:t>
            </w:r>
            <w:r>
              <w:rPr>
                <w:sz w:val="19"/>
              </w:rPr>
              <w:t>Why does scarcity force choice?</w:t>
            </w:r>
          </w:p>
          <w:p w14:paraId="350BE004" w14:textId="77777777" w:rsidR="002516E4" w:rsidRDefault="00A3491C">
            <w:pPr>
              <w:keepNext/>
              <w:spacing w:after="20" w:line="240" w:lineRule="auto"/>
            </w:pPr>
            <w:r>
              <w:rPr>
                <w:b/>
                <w:sz w:val="19"/>
              </w:rPr>
              <w:t xml:space="preserve">5. </w:t>
            </w:r>
            <w:r>
              <w:rPr>
                <w:sz w:val="19"/>
              </w:rPr>
              <w:t>Give one example of a free good and say why it is free.</w:t>
            </w:r>
          </w:p>
        </w:tc>
      </w:tr>
      <w:tr w:rsidR="002516E4" w14:paraId="27BEE3D9" w14:textId="77777777">
        <w:trPr>
          <w:cantSplit/>
        </w:trPr>
        <w:tc>
          <w:tcPr>
            <w:tcW w:w="10103" w:type="dxa"/>
            <w:shd w:val="clear" w:color="auto" w:fill="F0F0F0"/>
          </w:tcPr>
          <w:p w14:paraId="7647525E" w14:textId="77777777" w:rsidR="002516E4" w:rsidRDefault="00A3491C">
            <w:pPr>
              <w:keepNext/>
              <w:spacing w:after="24" w:line="240" w:lineRule="auto"/>
            </w:pPr>
            <w:r>
              <w:rPr>
                <w:b/>
                <w:sz w:val="18"/>
              </w:rPr>
              <w:t>ANSWERS  1A</w:t>
            </w:r>
          </w:p>
          <w:p w14:paraId="292FD1D1" w14:textId="77777777" w:rsidR="002516E4" w:rsidRDefault="00A3491C">
            <w:pPr>
              <w:keepNext/>
              <w:spacing w:after="14" w:line="240" w:lineRule="auto"/>
            </w:pPr>
            <w:r>
              <w:rPr>
                <w:b/>
                <w:sz w:val="18"/>
              </w:rPr>
              <w:t xml:space="preserve">1. </w:t>
            </w:r>
            <w:r>
              <w:rPr>
                <w:sz w:val="18"/>
              </w:rPr>
              <w:t>Wants are unlimited but the resources available to meet them are limited, so choices have to be made.</w:t>
            </w:r>
          </w:p>
          <w:p w14:paraId="2A910788" w14:textId="77777777" w:rsidR="002516E4" w:rsidRDefault="00A3491C">
            <w:pPr>
              <w:keepNext/>
              <w:spacing w:after="14" w:line="240" w:lineRule="auto"/>
            </w:pPr>
            <w:r>
              <w:rPr>
                <w:b/>
                <w:sz w:val="18"/>
              </w:rPr>
              <w:t xml:space="preserve">2. </w:t>
            </w:r>
            <w:r>
              <w:rPr>
                <w:sz w:val="18"/>
              </w:rPr>
              <w:t>There is not enough of it to satisfy everyone who wants it at a price of zero, so it has to be rationed somehow.</w:t>
            </w:r>
          </w:p>
          <w:p w14:paraId="18DAC69F" w14:textId="77777777" w:rsidR="002516E4" w:rsidRDefault="00A3491C">
            <w:pPr>
              <w:keepNext/>
              <w:spacing w:after="14" w:line="240" w:lineRule="auto"/>
            </w:pPr>
            <w:r>
              <w:rPr>
                <w:b/>
                <w:sz w:val="18"/>
              </w:rPr>
              <w:t xml:space="preserve">3. </w:t>
            </w:r>
            <w:r>
              <w:rPr>
                <w:sz w:val="18"/>
              </w:rPr>
              <w:t>What to produce, how to produce it, and who gets it.</w:t>
            </w:r>
          </w:p>
          <w:p w14:paraId="1C028FEA" w14:textId="77777777" w:rsidR="002516E4" w:rsidRDefault="00A3491C">
            <w:pPr>
              <w:keepNext/>
              <w:spacing w:after="14" w:line="240" w:lineRule="auto"/>
            </w:pPr>
            <w:r>
              <w:rPr>
                <w:b/>
                <w:sz w:val="18"/>
              </w:rPr>
              <w:t xml:space="preserve">4. </w:t>
            </w:r>
            <w:r>
              <w:rPr>
                <w:sz w:val="18"/>
              </w:rPr>
              <w:t>Because resources used to make one thing cannot be used to make another, so something always has to be given up.</w:t>
            </w:r>
          </w:p>
          <w:p w14:paraId="2957C8CB" w14:textId="77777777" w:rsidR="002516E4" w:rsidRDefault="00A3491C">
            <w:pPr>
              <w:spacing w:after="14" w:line="240" w:lineRule="auto"/>
            </w:pPr>
            <w:r>
              <w:rPr>
                <w:b/>
                <w:sz w:val="18"/>
              </w:rPr>
              <w:t xml:space="preserve">5. </w:t>
            </w:r>
            <w:r>
              <w:rPr>
                <w:sz w:val="18"/>
              </w:rPr>
              <w:t>Sunlight. There is enough for everyone, so using it costs nobody anything and nothing is given up to have it.</w:t>
            </w:r>
          </w:p>
        </w:tc>
      </w:tr>
    </w:tbl>
    <w:p w14:paraId="6137B5FA"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105E687D" w14:textId="77777777">
        <w:trPr>
          <w:cantSplit/>
        </w:trPr>
        <w:tc>
          <w:tcPr>
            <w:tcW w:w="10103" w:type="dxa"/>
          </w:tcPr>
          <w:p w14:paraId="314D0FDD" w14:textId="77777777" w:rsidR="002516E4" w:rsidRDefault="00A3491C">
            <w:pPr>
              <w:keepNext/>
              <w:spacing w:after="24" w:line="240" w:lineRule="auto"/>
            </w:pPr>
            <w:r>
              <w:rPr>
                <w:b/>
                <w:sz w:val="18"/>
              </w:rPr>
              <w:t>WEEK 1  ·  ECONOMICS  ·  STARTER B      Level: GCSE and Y12</w:t>
            </w:r>
          </w:p>
          <w:p w14:paraId="7466552B" w14:textId="77777777" w:rsidR="002516E4" w:rsidRDefault="00A3491C">
            <w:pPr>
              <w:keepNext/>
              <w:spacing w:after="30" w:line="240" w:lineRule="auto"/>
            </w:pPr>
            <w:r>
              <w:rPr>
                <w:b/>
                <w:sz w:val="20"/>
              </w:rPr>
              <w:t>Factors of production and their rewards</w:t>
            </w:r>
          </w:p>
          <w:p w14:paraId="14DE4231" w14:textId="77777777" w:rsidR="002516E4" w:rsidRDefault="00A3491C">
            <w:pPr>
              <w:keepNext/>
              <w:spacing w:after="20" w:line="240" w:lineRule="auto"/>
            </w:pPr>
            <w:r>
              <w:rPr>
                <w:b/>
                <w:sz w:val="19"/>
              </w:rPr>
              <w:t xml:space="preserve">1. </w:t>
            </w:r>
            <w:r>
              <w:rPr>
                <w:sz w:val="19"/>
              </w:rPr>
              <w:t>Name the four factors of production.</w:t>
            </w:r>
          </w:p>
          <w:p w14:paraId="2D9E171C" w14:textId="77777777" w:rsidR="002516E4" w:rsidRDefault="00A3491C">
            <w:pPr>
              <w:keepNext/>
              <w:spacing w:after="20" w:line="240" w:lineRule="auto"/>
            </w:pPr>
            <w:r>
              <w:rPr>
                <w:b/>
                <w:sz w:val="19"/>
              </w:rPr>
              <w:t xml:space="preserve">2. </w:t>
            </w:r>
            <w:r>
              <w:rPr>
                <w:sz w:val="19"/>
              </w:rPr>
              <w:t>Classify these four: a fishing boat, a nurse, an oil field, the owner of a start-up.</w:t>
            </w:r>
          </w:p>
          <w:p w14:paraId="24E967B0" w14:textId="77777777" w:rsidR="002516E4" w:rsidRDefault="00A3491C">
            <w:pPr>
              <w:keepNext/>
              <w:spacing w:after="20" w:line="240" w:lineRule="auto"/>
            </w:pPr>
            <w:r>
              <w:rPr>
                <w:b/>
                <w:sz w:val="19"/>
              </w:rPr>
              <w:t xml:space="preserve">3. </w:t>
            </w:r>
            <w:r>
              <w:rPr>
                <w:sz w:val="19"/>
              </w:rPr>
              <w:t>What reward is paid to each of the four factors?</w:t>
            </w:r>
          </w:p>
          <w:p w14:paraId="293B8E99" w14:textId="77777777" w:rsidR="002516E4" w:rsidRDefault="00A3491C">
            <w:pPr>
              <w:keepNext/>
              <w:spacing w:after="20" w:line="240" w:lineRule="auto"/>
            </w:pPr>
            <w:r>
              <w:rPr>
                <w:b/>
                <w:sz w:val="19"/>
              </w:rPr>
              <w:t xml:space="preserve">4. </w:t>
            </w:r>
            <w:r>
              <w:rPr>
                <w:sz w:val="19"/>
              </w:rPr>
              <w:t>What is the difference between a renewable and a non-renewable resource?</w:t>
            </w:r>
          </w:p>
          <w:p w14:paraId="6CDA5E3E" w14:textId="77777777" w:rsidR="002516E4" w:rsidRDefault="00A3491C">
            <w:pPr>
              <w:keepNext/>
              <w:spacing w:after="20" w:line="240" w:lineRule="auto"/>
            </w:pPr>
            <w:r>
              <w:rPr>
                <w:b/>
                <w:sz w:val="19"/>
              </w:rPr>
              <w:t xml:space="preserve">5. </w:t>
            </w:r>
            <w:r>
              <w:rPr>
                <w:sz w:val="19"/>
              </w:rPr>
              <w:t>Why does capital in economics not mean money?</w:t>
            </w:r>
          </w:p>
        </w:tc>
      </w:tr>
      <w:tr w:rsidR="002516E4" w14:paraId="37D14547" w14:textId="77777777">
        <w:trPr>
          <w:cantSplit/>
        </w:trPr>
        <w:tc>
          <w:tcPr>
            <w:tcW w:w="10103" w:type="dxa"/>
            <w:shd w:val="clear" w:color="auto" w:fill="F0F0F0"/>
          </w:tcPr>
          <w:p w14:paraId="10DB2F8C" w14:textId="77777777" w:rsidR="002516E4" w:rsidRDefault="00A3491C">
            <w:pPr>
              <w:keepNext/>
              <w:spacing w:after="24" w:line="240" w:lineRule="auto"/>
            </w:pPr>
            <w:r>
              <w:rPr>
                <w:b/>
                <w:sz w:val="18"/>
              </w:rPr>
              <w:t>ANSWERS  1B</w:t>
            </w:r>
          </w:p>
          <w:p w14:paraId="43BBC0D0" w14:textId="77777777" w:rsidR="002516E4" w:rsidRDefault="00A3491C">
            <w:pPr>
              <w:keepNext/>
              <w:spacing w:after="14" w:line="240" w:lineRule="auto"/>
            </w:pPr>
            <w:r>
              <w:rPr>
                <w:b/>
                <w:sz w:val="18"/>
              </w:rPr>
              <w:t xml:space="preserve">1. </w:t>
            </w:r>
            <w:r>
              <w:rPr>
                <w:sz w:val="18"/>
              </w:rPr>
              <w:t>Land, labour, capital and enterprise.</w:t>
            </w:r>
          </w:p>
          <w:p w14:paraId="14E0B2D2" w14:textId="77777777" w:rsidR="002516E4" w:rsidRDefault="00A3491C">
            <w:pPr>
              <w:keepNext/>
              <w:spacing w:after="14" w:line="240" w:lineRule="auto"/>
            </w:pPr>
            <w:r>
              <w:rPr>
                <w:b/>
                <w:sz w:val="18"/>
              </w:rPr>
              <w:t xml:space="preserve">2. </w:t>
            </w:r>
            <w:r>
              <w:rPr>
                <w:sz w:val="18"/>
              </w:rPr>
              <w:t>Fishing boat, capital. Nurse, labour. Oil field, land. Owner of a start-up, enterprise.</w:t>
            </w:r>
          </w:p>
          <w:p w14:paraId="0B38F22B" w14:textId="77777777" w:rsidR="002516E4" w:rsidRDefault="00A3491C">
            <w:pPr>
              <w:keepNext/>
              <w:spacing w:after="14" w:line="240" w:lineRule="auto"/>
            </w:pPr>
            <w:r>
              <w:rPr>
                <w:b/>
                <w:sz w:val="18"/>
              </w:rPr>
              <w:t xml:space="preserve">3. </w:t>
            </w:r>
            <w:r>
              <w:rPr>
                <w:sz w:val="18"/>
              </w:rPr>
              <w:t>Land earns rent, labour earns wages, capital earns interest, enterprise earns profit.</w:t>
            </w:r>
          </w:p>
          <w:p w14:paraId="22AF00DD" w14:textId="77777777" w:rsidR="002516E4" w:rsidRDefault="00A3491C">
            <w:pPr>
              <w:keepNext/>
              <w:spacing w:after="14" w:line="240" w:lineRule="auto"/>
            </w:pPr>
            <w:r>
              <w:rPr>
                <w:b/>
                <w:sz w:val="18"/>
              </w:rPr>
              <w:t xml:space="preserve">4. </w:t>
            </w:r>
            <w:r>
              <w:rPr>
                <w:sz w:val="18"/>
              </w:rPr>
              <w:t>A renewable resource replaces itself over time, for example timber from replanted forest. A non-renewable one does not, for example crude oil.</w:t>
            </w:r>
          </w:p>
          <w:p w14:paraId="2EC0DC54" w14:textId="77777777" w:rsidR="002516E4" w:rsidRDefault="00A3491C">
            <w:pPr>
              <w:spacing w:after="14" w:line="240" w:lineRule="auto"/>
            </w:pPr>
            <w:r>
              <w:rPr>
                <w:b/>
                <w:sz w:val="18"/>
              </w:rPr>
              <w:t xml:space="preserve">5. </w:t>
            </w:r>
            <w:r>
              <w:rPr>
                <w:sz w:val="18"/>
              </w:rPr>
              <w:t>Capital means the man made goods used to produce other goods, such as machinery and tools. Money buys capital but produces nothing by itself.</w:t>
            </w:r>
          </w:p>
        </w:tc>
      </w:tr>
    </w:tbl>
    <w:p w14:paraId="725B888F"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7087069E" w14:textId="77777777">
        <w:trPr>
          <w:cantSplit/>
        </w:trPr>
        <w:tc>
          <w:tcPr>
            <w:tcW w:w="10103" w:type="dxa"/>
          </w:tcPr>
          <w:p w14:paraId="3C92D900" w14:textId="77777777" w:rsidR="002516E4" w:rsidRDefault="00A3491C">
            <w:pPr>
              <w:keepNext/>
              <w:spacing w:after="24" w:line="240" w:lineRule="auto"/>
            </w:pPr>
            <w:r>
              <w:rPr>
                <w:b/>
                <w:sz w:val="18"/>
              </w:rPr>
              <w:t>WEEK 1  ·  ECONOMICS  ·  STARTER C      Level: GCSE and Y12</w:t>
            </w:r>
          </w:p>
          <w:p w14:paraId="689BA300" w14:textId="77777777" w:rsidR="002516E4" w:rsidRDefault="00A3491C">
            <w:pPr>
              <w:keepNext/>
              <w:spacing w:after="30" w:line="240" w:lineRule="auto"/>
            </w:pPr>
            <w:r>
              <w:rPr>
                <w:b/>
                <w:sz w:val="20"/>
              </w:rPr>
              <w:t>Economic agents and rational choice</w:t>
            </w:r>
          </w:p>
          <w:p w14:paraId="35C91436" w14:textId="77777777" w:rsidR="002516E4" w:rsidRDefault="00A3491C">
            <w:pPr>
              <w:keepNext/>
              <w:spacing w:after="20" w:line="240" w:lineRule="auto"/>
            </w:pPr>
            <w:r>
              <w:rPr>
                <w:b/>
                <w:sz w:val="19"/>
              </w:rPr>
              <w:t xml:space="preserve">1. </w:t>
            </w:r>
            <w:r>
              <w:rPr>
                <w:sz w:val="19"/>
              </w:rPr>
              <w:t>Name the three main groups of economic agents.</w:t>
            </w:r>
          </w:p>
          <w:p w14:paraId="7E1933F4" w14:textId="77777777" w:rsidR="002516E4" w:rsidRDefault="00A3491C">
            <w:pPr>
              <w:keepNext/>
              <w:spacing w:after="20" w:line="240" w:lineRule="auto"/>
            </w:pPr>
            <w:r>
              <w:rPr>
                <w:b/>
                <w:sz w:val="19"/>
              </w:rPr>
              <w:t xml:space="preserve">2. </w:t>
            </w:r>
            <w:r>
              <w:rPr>
                <w:sz w:val="19"/>
              </w:rPr>
              <w:t>What does an economist assume each of those three groups is trying to do?</w:t>
            </w:r>
          </w:p>
          <w:p w14:paraId="27EB1DC4" w14:textId="77777777" w:rsidR="002516E4" w:rsidRDefault="00A3491C">
            <w:pPr>
              <w:keepNext/>
              <w:spacing w:after="20" w:line="240" w:lineRule="auto"/>
            </w:pPr>
            <w:r>
              <w:rPr>
                <w:b/>
                <w:sz w:val="19"/>
              </w:rPr>
              <w:t xml:space="preserve">3. </w:t>
            </w:r>
            <w:r>
              <w:rPr>
                <w:sz w:val="19"/>
              </w:rPr>
              <w:t>What is the difference between a need and a want?</w:t>
            </w:r>
          </w:p>
          <w:p w14:paraId="01E1A114" w14:textId="77777777" w:rsidR="002516E4" w:rsidRDefault="00A3491C">
            <w:pPr>
              <w:keepNext/>
              <w:spacing w:after="20" w:line="240" w:lineRule="auto"/>
            </w:pPr>
            <w:r>
              <w:rPr>
                <w:b/>
                <w:sz w:val="19"/>
              </w:rPr>
              <w:t xml:space="preserve">4. </w:t>
            </w:r>
            <w:r>
              <w:rPr>
                <w:sz w:val="19"/>
              </w:rPr>
              <w:t>What do economists mean by a rational decision?</w:t>
            </w:r>
          </w:p>
          <w:p w14:paraId="47ED2A92" w14:textId="77777777" w:rsidR="002516E4" w:rsidRDefault="00A3491C">
            <w:pPr>
              <w:keepNext/>
              <w:spacing w:after="20" w:line="240" w:lineRule="auto"/>
            </w:pPr>
            <w:r>
              <w:rPr>
                <w:b/>
                <w:sz w:val="19"/>
              </w:rPr>
              <w:t xml:space="preserve">5. </w:t>
            </w:r>
            <w:r>
              <w:rPr>
                <w:sz w:val="19"/>
              </w:rPr>
              <w:t>Give one reason real people do not always decide that way.</w:t>
            </w:r>
          </w:p>
        </w:tc>
      </w:tr>
      <w:tr w:rsidR="002516E4" w14:paraId="3D637D99" w14:textId="77777777">
        <w:trPr>
          <w:cantSplit/>
        </w:trPr>
        <w:tc>
          <w:tcPr>
            <w:tcW w:w="10103" w:type="dxa"/>
            <w:shd w:val="clear" w:color="auto" w:fill="F0F0F0"/>
          </w:tcPr>
          <w:p w14:paraId="0715DB9B" w14:textId="77777777" w:rsidR="002516E4" w:rsidRDefault="00A3491C">
            <w:pPr>
              <w:keepNext/>
              <w:spacing w:after="24" w:line="240" w:lineRule="auto"/>
            </w:pPr>
            <w:r>
              <w:rPr>
                <w:b/>
                <w:sz w:val="18"/>
              </w:rPr>
              <w:t>ANSWERS  1C</w:t>
            </w:r>
          </w:p>
          <w:p w14:paraId="6C9674B1" w14:textId="77777777" w:rsidR="002516E4" w:rsidRDefault="00A3491C">
            <w:pPr>
              <w:keepNext/>
              <w:spacing w:after="14" w:line="240" w:lineRule="auto"/>
            </w:pPr>
            <w:r>
              <w:rPr>
                <w:b/>
                <w:sz w:val="18"/>
              </w:rPr>
              <w:t xml:space="preserve">1. </w:t>
            </w:r>
            <w:r>
              <w:rPr>
                <w:sz w:val="18"/>
              </w:rPr>
              <w:t>Consumers or households, producers or firms, and the government.</w:t>
            </w:r>
          </w:p>
          <w:p w14:paraId="63078AA8" w14:textId="77777777" w:rsidR="002516E4" w:rsidRDefault="00A3491C">
            <w:pPr>
              <w:keepNext/>
              <w:spacing w:after="14" w:line="240" w:lineRule="auto"/>
            </w:pPr>
            <w:r>
              <w:rPr>
                <w:b/>
                <w:sz w:val="18"/>
              </w:rPr>
              <w:t xml:space="preserve">2. </w:t>
            </w:r>
            <w:r>
              <w:rPr>
                <w:sz w:val="18"/>
              </w:rPr>
              <w:t>Consumers try to get the most satisfaction from their income, firms try to make the most profit, and the government tries to raise welfare across society.</w:t>
            </w:r>
          </w:p>
          <w:p w14:paraId="335F3FA6" w14:textId="77777777" w:rsidR="002516E4" w:rsidRDefault="00A3491C">
            <w:pPr>
              <w:keepNext/>
              <w:spacing w:after="14" w:line="240" w:lineRule="auto"/>
            </w:pPr>
            <w:r>
              <w:rPr>
                <w:b/>
                <w:sz w:val="18"/>
              </w:rPr>
              <w:t xml:space="preserve">3. </w:t>
            </w:r>
            <w:r>
              <w:rPr>
                <w:sz w:val="18"/>
              </w:rPr>
              <w:t>A need is something you cannot manage without, such as food or shelter. A want is something you would like but could do without.</w:t>
            </w:r>
          </w:p>
          <w:p w14:paraId="68199D5E" w14:textId="77777777" w:rsidR="002516E4" w:rsidRDefault="00A3491C">
            <w:pPr>
              <w:keepNext/>
              <w:spacing w:after="14" w:line="240" w:lineRule="auto"/>
            </w:pPr>
            <w:r>
              <w:rPr>
                <w:b/>
                <w:sz w:val="18"/>
              </w:rPr>
              <w:t xml:space="preserve">4. </w:t>
            </w:r>
            <w:r>
              <w:rPr>
                <w:sz w:val="18"/>
              </w:rPr>
              <w:t>A decision made by weighing the benefit against the cost and choosing whichever option leaves you best off.</w:t>
            </w:r>
          </w:p>
          <w:p w14:paraId="39B705BA" w14:textId="77777777" w:rsidR="002516E4" w:rsidRDefault="00A3491C">
            <w:pPr>
              <w:spacing w:after="14" w:line="240" w:lineRule="auto"/>
            </w:pPr>
            <w:r>
              <w:rPr>
                <w:b/>
                <w:sz w:val="18"/>
              </w:rPr>
              <w:t xml:space="preserve">5. </w:t>
            </w:r>
            <w:r>
              <w:rPr>
                <w:sz w:val="18"/>
              </w:rPr>
              <w:t>Any one of: they do not have full information, they follow habit, they copy other people, they value today too heavily, the choice is too complicated to work out.</w:t>
            </w:r>
          </w:p>
        </w:tc>
      </w:tr>
    </w:tbl>
    <w:p w14:paraId="2CD625EF" w14:textId="77777777" w:rsidR="002516E4" w:rsidRDefault="002516E4">
      <w:pPr>
        <w:spacing w:after="0"/>
        <w:rPr>
          <w:sz w:val="6"/>
        </w:rPr>
      </w:pPr>
    </w:p>
    <w:p w14:paraId="2E7A0303" w14:textId="77777777" w:rsidR="002516E4" w:rsidRDefault="00A3491C">
      <w:pPr>
        <w:keepNext/>
        <w:pageBreakBefore/>
        <w:spacing w:after="40"/>
      </w:pPr>
      <w:r>
        <w:rPr>
          <w:b/>
          <w:sz w:val="25"/>
        </w:rPr>
        <w:lastRenderedPageBreak/>
        <w:t>WEEK 2. Business: enterprise and entrepreneurship. Economics: opportunity cost, and the production possibility diagram at Year 12.</w:t>
      </w:r>
    </w:p>
    <w:p w14:paraId="19D264FB" w14:textId="77777777" w:rsidR="002516E4" w:rsidRDefault="00A3491C">
      <w:pPr>
        <w:keepNext/>
      </w:pPr>
      <w:r>
        <w:rPr>
          <w:i/>
          <w:color w:val="555555"/>
          <w:sz w:val="20"/>
        </w:rPr>
        <w:t>Question five reaches back to week one from here on. Expect it to be the weakest answer on the page, and expect that to change by week four.</w:t>
      </w:r>
    </w:p>
    <w:tbl>
      <w:tblPr>
        <w:tblStyle w:val="TableGrid"/>
        <w:tblW w:w="0" w:type="auto"/>
        <w:tblLayout w:type="fixed"/>
        <w:tblLook w:val="04A0" w:firstRow="1" w:lastRow="0" w:firstColumn="1" w:lastColumn="0" w:noHBand="0" w:noVBand="1"/>
      </w:tblPr>
      <w:tblGrid>
        <w:gridCol w:w="10103"/>
      </w:tblGrid>
      <w:tr w:rsidR="002516E4" w14:paraId="147EFE6D" w14:textId="77777777">
        <w:trPr>
          <w:cantSplit/>
        </w:trPr>
        <w:tc>
          <w:tcPr>
            <w:tcW w:w="10103" w:type="dxa"/>
          </w:tcPr>
          <w:p w14:paraId="3778B153" w14:textId="77777777" w:rsidR="002516E4" w:rsidRDefault="00A3491C">
            <w:pPr>
              <w:keepNext/>
              <w:spacing w:after="24" w:line="240" w:lineRule="auto"/>
            </w:pPr>
            <w:r>
              <w:rPr>
                <w:b/>
                <w:sz w:val="18"/>
              </w:rPr>
              <w:t>WEEK 2  ·  BUSINESS  ·  STARTER A      Level: GCSE and Y12</w:t>
            </w:r>
          </w:p>
          <w:p w14:paraId="2C378336" w14:textId="77777777" w:rsidR="002516E4" w:rsidRDefault="00A3491C">
            <w:pPr>
              <w:keepNext/>
              <w:spacing w:after="30" w:line="240" w:lineRule="auto"/>
            </w:pPr>
            <w:r>
              <w:rPr>
                <w:b/>
                <w:sz w:val="20"/>
              </w:rPr>
              <w:t>What an entrepreneur actually does</w:t>
            </w:r>
          </w:p>
          <w:p w14:paraId="68B18216" w14:textId="77777777" w:rsidR="002516E4" w:rsidRDefault="00A3491C">
            <w:pPr>
              <w:keepNext/>
              <w:spacing w:after="20" w:line="240" w:lineRule="auto"/>
            </w:pPr>
            <w:r>
              <w:rPr>
                <w:b/>
                <w:sz w:val="19"/>
              </w:rPr>
              <w:t xml:space="preserve">1. </w:t>
            </w:r>
            <w:r>
              <w:rPr>
                <w:sz w:val="19"/>
              </w:rPr>
              <w:t>Define entrepreneur.</w:t>
            </w:r>
          </w:p>
          <w:p w14:paraId="7CD86D2A" w14:textId="77777777" w:rsidR="002516E4" w:rsidRDefault="00A3491C">
            <w:pPr>
              <w:keepNext/>
              <w:spacing w:after="20" w:line="240" w:lineRule="auto"/>
            </w:pPr>
            <w:r>
              <w:rPr>
                <w:b/>
                <w:sz w:val="19"/>
              </w:rPr>
              <w:t xml:space="preserve">2. </w:t>
            </w:r>
            <w:r>
              <w:rPr>
                <w:sz w:val="19"/>
              </w:rPr>
              <w:t>Name three things an entrepreneur does.</w:t>
            </w:r>
          </w:p>
          <w:p w14:paraId="15E0E909" w14:textId="77777777" w:rsidR="002516E4" w:rsidRDefault="00A3491C">
            <w:pPr>
              <w:keepNext/>
              <w:spacing w:after="20" w:line="240" w:lineRule="auto"/>
            </w:pPr>
            <w:r>
              <w:rPr>
                <w:b/>
                <w:sz w:val="19"/>
              </w:rPr>
              <w:t xml:space="preserve">3. </w:t>
            </w:r>
            <w:r>
              <w:rPr>
                <w:sz w:val="19"/>
              </w:rPr>
              <w:t>Name two personal qualities of an entrepreneur and say why each one helps.</w:t>
            </w:r>
          </w:p>
          <w:p w14:paraId="7058ACA6" w14:textId="77777777" w:rsidR="002516E4" w:rsidRDefault="00A3491C">
            <w:pPr>
              <w:keepNext/>
              <w:spacing w:after="20" w:line="240" w:lineRule="auto"/>
            </w:pPr>
            <w:r>
              <w:rPr>
                <w:b/>
                <w:sz w:val="19"/>
              </w:rPr>
              <w:t xml:space="preserve">4. </w:t>
            </w:r>
            <w:r>
              <w:rPr>
                <w:sz w:val="19"/>
              </w:rPr>
              <w:t>What is the difference between an idea and an opportunity?</w:t>
            </w:r>
          </w:p>
          <w:p w14:paraId="14E446DB" w14:textId="77777777" w:rsidR="002516E4" w:rsidRDefault="00A3491C">
            <w:pPr>
              <w:keepNext/>
              <w:spacing w:after="20" w:line="240" w:lineRule="auto"/>
            </w:pPr>
            <w:r>
              <w:rPr>
                <w:b/>
                <w:sz w:val="19"/>
              </w:rPr>
              <w:t xml:space="preserve">5. [BACK TO WEEK 1] </w:t>
            </w:r>
            <w:r>
              <w:rPr>
                <w:sz w:val="19"/>
              </w:rPr>
              <w:t>Name the four factors of production, and say which one the entrepreneur supplies.</w:t>
            </w:r>
          </w:p>
        </w:tc>
      </w:tr>
      <w:tr w:rsidR="002516E4" w14:paraId="3C289075" w14:textId="77777777">
        <w:trPr>
          <w:cantSplit/>
        </w:trPr>
        <w:tc>
          <w:tcPr>
            <w:tcW w:w="10103" w:type="dxa"/>
            <w:shd w:val="clear" w:color="auto" w:fill="F0F0F0"/>
          </w:tcPr>
          <w:p w14:paraId="66F35E48" w14:textId="77777777" w:rsidR="002516E4" w:rsidRDefault="00A3491C">
            <w:pPr>
              <w:keepNext/>
              <w:spacing w:after="24" w:line="240" w:lineRule="auto"/>
            </w:pPr>
            <w:r>
              <w:rPr>
                <w:b/>
                <w:sz w:val="18"/>
              </w:rPr>
              <w:t>ANSWERS  2A</w:t>
            </w:r>
          </w:p>
          <w:p w14:paraId="2174E353" w14:textId="77777777" w:rsidR="002516E4" w:rsidRDefault="00A3491C">
            <w:pPr>
              <w:keepNext/>
              <w:spacing w:after="14" w:line="240" w:lineRule="auto"/>
            </w:pPr>
            <w:r>
              <w:rPr>
                <w:b/>
                <w:sz w:val="18"/>
              </w:rPr>
              <w:t xml:space="preserve">1. </w:t>
            </w:r>
            <w:r>
              <w:rPr>
                <w:sz w:val="18"/>
              </w:rPr>
              <w:t>Someone who takes the risk of setting up and running a business, and who combines the other factors of production to do it.</w:t>
            </w:r>
          </w:p>
          <w:p w14:paraId="1C41A199" w14:textId="77777777" w:rsidR="002516E4" w:rsidRDefault="00A3491C">
            <w:pPr>
              <w:keepNext/>
              <w:spacing w:after="14" w:line="240" w:lineRule="auto"/>
            </w:pPr>
            <w:r>
              <w:rPr>
                <w:b/>
                <w:sz w:val="18"/>
              </w:rPr>
              <w:t xml:space="preserve">2. </w:t>
            </w:r>
            <w:r>
              <w:rPr>
                <w:sz w:val="18"/>
              </w:rPr>
              <w:t>Any three of: spots an opportunity, raises the money, organises the other factors of production, carries the risk, makes the decisions, hires and manages people.</w:t>
            </w:r>
          </w:p>
          <w:p w14:paraId="1CE13823" w14:textId="77777777" w:rsidR="002516E4" w:rsidRDefault="00A3491C">
            <w:pPr>
              <w:keepNext/>
              <w:spacing w:after="14" w:line="240" w:lineRule="auto"/>
            </w:pPr>
            <w:r>
              <w:rPr>
                <w:b/>
                <w:sz w:val="18"/>
              </w:rPr>
              <w:t xml:space="preserve">3. </w:t>
            </w:r>
            <w:r>
              <w:rPr>
                <w:sz w:val="18"/>
              </w:rPr>
              <w:t>Any two of: determination, because almost every new business hits an early setback; willingness to take risk, because the money goes out before any comes in; organisation, because one person is doing several jobs; confidence, because the owner has to sell to strangers.</w:t>
            </w:r>
          </w:p>
          <w:p w14:paraId="07334A1F" w14:textId="77777777" w:rsidR="002516E4" w:rsidRDefault="00A3491C">
            <w:pPr>
              <w:keepNext/>
              <w:spacing w:after="14" w:line="240" w:lineRule="auto"/>
            </w:pPr>
            <w:r>
              <w:rPr>
                <w:b/>
                <w:sz w:val="18"/>
              </w:rPr>
              <w:t xml:space="preserve">4. </w:t>
            </w:r>
            <w:r>
              <w:rPr>
                <w:sz w:val="18"/>
              </w:rPr>
              <w:t>An idea is something you could make. An opportunity is something people will pay for, at a price that covers the cost.</w:t>
            </w:r>
          </w:p>
          <w:p w14:paraId="55AF2B9A" w14:textId="77777777" w:rsidR="002516E4" w:rsidRDefault="00A3491C">
            <w:pPr>
              <w:spacing w:after="14" w:line="240" w:lineRule="auto"/>
            </w:pPr>
            <w:r>
              <w:rPr>
                <w:b/>
                <w:sz w:val="18"/>
              </w:rPr>
              <w:t xml:space="preserve">5. </w:t>
            </w:r>
            <w:r>
              <w:rPr>
                <w:sz w:val="18"/>
              </w:rPr>
              <w:t>Land, labour, capital and enterprise. The entrepreneur supplies enterprise.</w:t>
            </w:r>
          </w:p>
        </w:tc>
      </w:tr>
    </w:tbl>
    <w:p w14:paraId="7B3AA65A"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59210E6C" w14:textId="77777777">
        <w:trPr>
          <w:cantSplit/>
        </w:trPr>
        <w:tc>
          <w:tcPr>
            <w:tcW w:w="10103" w:type="dxa"/>
          </w:tcPr>
          <w:p w14:paraId="140CC056" w14:textId="77777777" w:rsidR="002516E4" w:rsidRDefault="00A3491C">
            <w:pPr>
              <w:keepNext/>
              <w:spacing w:after="24" w:line="240" w:lineRule="auto"/>
            </w:pPr>
            <w:r>
              <w:rPr>
                <w:b/>
                <w:sz w:val="18"/>
              </w:rPr>
              <w:t>WEEK 2  ·  BUSINESS  ·  STARTER B      Level: GCSE and Y12</w:t>
            </w:r>
          </w:p>
          <w:p w14:paraId="483B5D9C" w14:textId="77777777" w:rsidR="002516E4" w:rsidRDefault="00A3491C">
            <w:pPr>
              <w:keepNext/>
              <w:spacing w:after="30" w:line="240" w:lineRule="auto"/>
            </w:pPr>
            <w:r>
              <w:rPr>
                <w:b/>
                <w:sz w:val="20"/>
              </w:rPr>
              <w:t>Risk and reward</w:t>
            </w:r>
          </w:p>
          <w:p w14:paraId="2883169F" w14:textId="77777777" w:rsidR="002516E4" w:rsidRDefault="00A3491C">
            <w:pPr>
              <w:keepNext/>
              <w:spacing w:after="20" w:line="240" w:lineRule="auto"/>
            </w:pPr>
            <w:r>
              <w:rPr>
                <w:b/>
                <w:sz w:val="19"/>
              </w:rPr>
              <w:t xml:space="preserve">1. </w:t>
            </w:r>
            <w:r>
              <w:rPr>
                <w:sz w:val="19"/>
              </w:rPr>
              <w:t>Name two risks of starting a business.</w:t>
            </w:r>
          </w:p>
          <w:p w14:paraId="48078949" w14:textId="77777777" w:rsidR="002516E4" w:rsidRDefault="00A3491C">
            <w:pPr>
              <w:keepNext/>
              <w:spacing w:after="20" w:line="240" w:lineRule="auto"/>
            </w:pPr>
            <w:r>
              <w:rPr>
                <w:b/>
                <w:sz w:val="19"/>
              </w:rPr>
              <w:t xml:space="preserve">2. </w:t>
            </w:r>
            <w:r>
              <w:rPr>
                <w:sz w:val="19"/>
              </w:rPr>
              <w:t>Name two rewards of starting a business.</w:t>
            </w:r>
          </w:p>
          <w:p w14:paraId="642A7FD9" w14:textId="77777777" w:rsidR="002516E4" w:rsidRDefault="00A3491C">
            <w:pPr>
              <w:keepNext/>
              <w:spacing w:after="20" w:line="240" w:lineRule="auto"/>
            </w:pPr>
            <w:r>
              <w:rPr>
                <w:b/>
                <w:sz w:val="19"/>
              </w:rPr>
              <w:t xml:space="preserve">3. </w:t>
            </w:r>
            <w:r>
              <w:rPr>
                <w:sz w:val="19"/>
              </w:rPr>
              <w:t>What does financial risk mean for someone trading without a separate company?</w:t>
            </w:r>
          </w:p>
          <w:p w14:paraId="4D7788DD" w14:textId="77777777" w:rsidR="002516E4" w:rsidRDefault="00A3491C">
            <w:pPr>
              <w:keepNext/>
              <w:spacing w:after="20" w:line="240" w:lineRule="auto"/>
            </w:pPr>
            <w:r>
              <w:rPr>
                <w:b/>
                <w:sz w:val="19"/>
              </w:rPr>
              <w:t xml:space="preserve">4. </w:t>
            </w:r>
            <w:r>
              <w:rPr>
                <w:sz w:val="19"/>
              </w:rPr>
              <w:t>Give two common reasons a new business does not survive its first year.</w:t>
            </w:r>
          </w:p>
          <w:p w14:paraId="7DCA68BD" w14:textId="77777777" w:rsidR="002516E4" w:rsidRDefault="00A3491C">
            <w:pPr>
              <w:keepNext/>
              <w:spacing w:after="20" w:line="240" w:lineRule="auto"/>
            </w:pPr>
            <w:r>
              <w:rPr>
                <w:b/>
                <w:sz w:val="19"/>
              </w:rPr>
              <w:t xml:space="preserve">5. [BACK TO WEEK 1] </w:t>
            </w:r>
            <w:r>
              <w:rPr>
                <w:sz w:val="19"/>
              </w:rPr>
              <w:t>A maker buys materials for £2.40 and sells the finished item for £6.00. How much value has been added, and what is that called?</w:t>
            </w:r>
          </w:p>
        </w:tc>
      </w:tr>
      <w:tr w:rsidR="002516E4" w14:paraId="035F1354" w14:textId="77777777">
        <w:trPr>
          <w:cantSplit/>
        </w:trPr>
        <w:tc>
          <w:tcPr>
            <w:tcW w:w="10103" w:type="dxa"/>
            <w:shd w:val="clear" w:color="auto" w:fill="F0F0F0"/>
          </w:tcPr>
          <w:p w14:paraId="64333780" w14:textId="77777777" w:rsidR="002516E4" w:rsidRDefault="00A3491C">
            <w:pPr>
              <w:keepNext/>
              <w:spacing w:after="24" w:line="240" w:lineRule="auto"/>
            </w:pPr>
            <w:r>
              <w:rPr>
                <w:b/>
                <w:sz w:val="18"/>
              </w:rPr>
              <w:t>ANSWERS  2B</w:t>
            </w:r>
          </w:p>
          <w:p w14:paraId="1BE5036B" w14:textId="77777777" w:rsidR="002516E4" w:rsidRDefault="00A3491C">
            <w:pPr>
              <w:keepNext/>
              <w:spacing w:after="14" w:line="240" w:lineRule="auto"/>
            </w:pPr>
            <w:r>
              <w:rPr>
                <w:b/>
                <w:sz w:val="18"/>
              </w:rPr>
              <w:t xml:space="preserve">1. </w:t>
            </w:r>
            <w:r>
              <w:rPr>
                <w:sz w:val="18"/>
              </w:rPr>
              <w:t>Any two of: losing the money put in, the business failing, no regular income, personal possessions at risk, long hours with no guaranteed pay.</w:t>
            </w:r>
          </w:p>
          <w:p w14:paraId="3BC0D226" w14:textId="77777777" w:rsidR="002516E4" w:rsidRDefault="00A3491C">
            <w:pPr>
              <w:keepNext/>
              <w:spacing w:after="14" w:line="240" w:lineRule="auto"/>
            </w:pPr>
            <w:r>
              <w:rPr>
                <w:b/>
                <w:sz w:val="18"/>
              </w:rPr>
              <w:t xml:space="preserve">2. </w:t>
            </w:r>
            <w:r>
              <w:rPr>
                <w:sz w:val="18"/>
              </w:rPr>
              <w:t>Any two of: profit, independence, being your own boss, doing work you care about, building something you own.</w:t>
            </w:r>
          </w:p>
          <w:p w14:paraId="6F4AD112" w14:textId="77777777" w:rsidR="002516E4" w:rsidRDefault="00A3491C">
            <w:pPr>
              <w:keepNext/>
              <w:spacing w:after="14" w:line="240" w:lineRule="auto"/>
            </w:pPr>
            <w:r>
              <w:rPr>
                <w:b/>
                <w:sz w:val="18"/>
              </w:rPr>
              <w:t xml:space="preserve">3. </w:t>
            </w:r>
            <w:r>
              <w:rPr>
                <w:sz w:val="18"/>
              </w:rPr>
              <w:t>They have unlimited liability, so if the business cannot pay its debts their own possessions can be taken to cover them.</w:t>
            </w:r>
          </w:p>
          <w:p w14:paraId="24439481" w14:textId="77777777" w:rsidR="002516E4" w:rsidRDefault="00A3491C">
            <w:pPr>
              <w:keepNext/>
              <w:spacing w:after="14" w:line="240" w:lineRule="auto"/>
            </w:pPr>
            <w:r>
              <w:rPr>
                <w:b/>
                <w:sz w:val="18"/>
              </w:rPr>
              <w:t xml:space="preserve">4. </w:t>
            </w:r>
            <w:r>
              <w:rPr>
                <w:sz w:val="18"/>
              </w:rPr>
              <w:t>Any two of: running out of cash, too few customers, costs higher than expected, poor record keeping, a market smaller than the owner thought.</w:t>
            </w:r>
          </w:p>
          <w:p w14:paraId="4FA4E12B" w14:textId="77777777" w:rsidR="002516E4" w:rsidRDefault="00A3491C">
            <w:pPr>
              <w:spacing w:after="14" w:line="240" w:lineRule="auto"/>
            </w:pPr>
            <w:r>
              <w:rPr>
                <w:b/>
                <w:sz w:val="18"/>
              </w:rPr>
              <w:t xml:space="preserve">5. </w:t>
            </w:r>
            <w:r>
              <w:rPr>
                <w:sz w:val="18"/>
              </w:rPr>
              <w:t>£6.00 minus £2.40 = £3.60. That is added value.</w:t>
            </w:r>
          </w:p>
        </w:tc>
      </w:tr>
    </w:tbl>
    <w:p w14:paraId="717535C9"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01C5D78A" w14:textId="77777777">
        <w:trPr>
          <w:cantSplit/>
        </w:trPr>
        <w:tc>
          <w:tcPr>
            <w:tcW w:w="10103" w:type="dxa"/>
          </w:tcPr>
          <w:p w14:paraId="389D49AB" w14:textId="77777777" w:rsidR="002516E4" w:rsidRDefault="00A3491C">
            <w:pPr>
              <w:keepNext/>
              <w:spacing w:after="24" w:line="240" w:lineRule="auto"/>
            </w:pPr>
            <w:r>
              <w:rPr>
                <w:b/>
                <w:sz w:val="18"/>
              </w:rPr>
              <w:t>WEEK 2  ·  BUSINESS  ·  STARTER C      Level: GCSE and Y12</w:t>
            </w:r>
          </w:p>
          <w:p w14:paraId="05200376" w14:textId="77777777" w:rsidR="002516E4" w:rsidRDefault="00A3491C">
            <w:pPr>
              <w:keepNext/>
              <w:spacing w:after="30" w:line="240" w:lineRule="auto"/>
            </w:pPr>
            <w:r>
              <w:rPr>
                <w:b/>
                <w:sz w:val="20"/>
              </w:rPr>
              <w:t>Routes into business</w:t>
            </w:r>
          </w:p>
          <w:p w14:paraId="38316D48" w14:textId="77777777" w:rsidR="002516E4" w:rsidRDefault="00A3491C">
            <w:pPr>
              <w:keepNext/>
              <w:spacing w:after="20" w:line="240" w:lineRule="auto"/>
            </w:pPr>
            <w:r>
              <w:rPr>
                <w:b/>
                <w:sz w:val="19"/>
              </w:rPr>
              <w:t xml:space="preserve">1. </w:t>
            </w:r>
            <w:r>
              <w:rPr>
                <w:sz w:val="19"/>
              </w:rPr>
              <w:t>Name three ways to start a business.</w:t>
            </w:r>
          </w:p>
          <w:p w14:paraId="5B3A2B76" w14:textId="77777777" w:rsidR="002516E4" w:rsidRDefault="00A3491C">
            <w:pPr>
              <w:keepNext/>
              <w:spacing w:after="20" w:line="240" w:lineRule="auto"/>
            </w:pPr>
            <w:r>
              <w:rPr>
                <w:b/>
                <w:sz w:val="19"/>
              </w:rPr>
              <w:t xml:space="preserve">2. </w:t>
            </w:r>
            <w:r>
              <w:rPr>
                <w:sz w:val="19"/>
              </w:rPr>
              <w:t>Give one advantage and one drawback of a franchise for the person buying it.</w:t>
            </w:r>
          </w:p>
          <w:p w14:paraId="61A23292" w14:textId="77777777" w:rsidR="002516E4" w:rsidRDefault="00A3491C">
            <w:pPr>
              <w:keepNext/>
              <w:spacing w:after="20" w:line="240" w:lineRule="auto"/>
            </w:pPr>
            <w:r>
              <w:rPr>
                <w:b/>
                <w:sz w:val="19"/>
              </w:rPr>
              <w:t xml:space="preserve">3. </w:t>
            </w:r>
            <w:r>
              <w:rPr>
                <w:sz w:val="19"/>
              </w:rPr>
              <w:t>Why can buying an existing business carry less risk than starting from scratch?</w:t>
            </w:r>
          </w:p>
          <w:p w14:paraId="267AE9AD" w14:textId="77777777" w:rsidR="002516E4" w:rsidRDefault="00A3491C">
            <w:pPr>
              <w:keepNext/>
              <w:spacing w:after="20" w:line="240" w:lineRule="auto"/>
            </w:pPr>
            <w:r>
              <w:rPr>
                <w:b/>
                <w:sz w:val="19"/>
              </w:rPr>
              <w:t xml:space="preserve">4. </w:t>
            </w:r>
            <w:r>
              <w:rPr>
                <w:sz w:val="19"/>
              </w:rPr>
              <w:t>Name two things an owner should check before buying an existing business.</w:t>
            </w:r>
          </w:p>
          <w:p w14:paraId="54635522" w14:textId="77777777" w:rsidR="002516E4" w:rsidRDefault="00A3491C">
            <w:pPr>
              <w:keepNext/>
              <w:spacing w:after="20" w:line="240" w:lineRule="auto"/>
            </w:pPr>
            <w:r>
              <w:rPr>
                <w:b/>
                <w:sz w:val="19"/>
              </w:rPr>
              <w:t xml:space="preserve">5. [BACK TO WEEK 1] </w:t>
            </w:r>
            <w:r>
              <w:rPr>
                <w:sz w:val="19"/>
              </w:rPr>
              <w:t>Someone uses £15,000 of savings to open a shop. State the opportunity cost.</w:t>
            </w:r>
          </w:p>
        </w:tc>
      </w:tr>
      <w:tr w:rsidR="002516E4" w14:paraId="7146133F" w14:textId="77777777">
        <w:trPr>
          <w:cantSplit/>
        </w:trPr>
        <w:tc>
          <w:tcPr>
            <w:tcW w:w="10103" w:type="dxa"/>
            <w:shd w:val="clear" w:color="auto" w:fill="F0F0F0"/>
          </w:tcPr>
          <w:p w14:paraId="1DEA88F9" w14:textId="77777777" w:rsidR="002516E4" w:rsidRDefault="00A3491C">
            <w:pPr>
              <w:keepNext/>
              <w:spacing w:after="24" w:line="240" w:lineRule="auto"/>
            </w:pPr>
            <w:r>
              <w:rPr>
                <w:b/>
                <w:sz w:val="18"/>
              </w:rPr>
              <w:t>ANSWERS  2C</w:t>
            </w:r>
          </w:p>
          <w:p w14:paraId="49958902" w14:textId="77777777" w:rsidR="002516E4" w:rsidRDefault="00A3491C">
            <w:pPr>
              <w:keepNext/>
              <w:spacing w:after="14" w:line="240" w:lineRule="auto"/>
            </w:pPr>
            <w:r>
              <w:rPr>
                <w:b/>
                <w:sz w:val="18"/>
              </w:rPr>
              <w:t xml:space="preserve">1. </w:t>
            </w:r>
            <w:r>
              <w:rPr>
                <w:sz w:val="18"/>
              </w:rPr>
              <w:t>Start from scratch, buy an existing business, or buy a franchise.</w:t>
            </w:r>
          </w:p>
          <w:p w14:paraId="08B5E653" w14:textId="77777777" w:rsidR="002516E4" w:rsidRDefault="00A3491C">
            <w:pPr>
              <w:keepNext/>
              <w:spacing w:after="14" w:line="240" w:lineRule="auto"/>
            </w:pPr>
            <w:r>
              <w:rPr>
                <w:b/>
                <w:sz w:val="18"/>
              </w:rPr>
              <w:t xml:space="preserve">2. </w:t>
            </w:r>
            <w:r>
              <w:rPr>
                <w:sz w:val="18"/>
              </w:rPr>
              <w:t>Advantage: a known brand and a proven way of trading, so fewer customers have to be won from nothing. Drawback: fees to pay and very little freedom to change the product.</w:t>
            </w:r>
          </w:p>
          <w:p w14:paraId="4551B467" w14:textId="77777777" w:rsidR="002516E4" w:rsidRDefault="00A3491C">
            <w:pPr>
              <w:keepNext/>
              <w:spacing w:after="14" w:line="240" w:lineRule="auto"/>
            </w:pPr>
            <w:r>
              <w:rPr>
                <w:b/>
                <w:sz w:val="18"/>
              </w:rPr>
              <w:t xml:space="preserve">3. </w:t>
            </w:r>
            <w:r>
              <w:rPr>
                <w:sz w:val="18"/>
              </w:rPr>
              <w:t>It already has customers, staff, a trading record and revenue from the first day, so less is being guessed.</w:t>
            </w:r>
          </w:p>
          <w:p w14:paraId="6A829A5F" w14:textId="77777777" w:rsidR="002516E4" w:rsidRDefault="00A3491C">
            <w:pPr>
              <w:keepNext/>
              <w:spacing w:after="14" w:line="240" w:lineRule="auto"/>
            </w:pPr>
            <w:r>
              <w:rPr>
                <w:b/>
                <w:sz w:val="18"/>
              </w:rPr>
              <w:t xml:space="preserve">4. </w:t>
            </w:r>
            <w:r>
              <w:rPr>
                <w:sz w:val="18"/>
              </w:rPr>
              <w:t>Any two of: why the owner is selling, the accounts for the last few years, whether the customers are loyal to the business or to the owner, the state of the premises and equipment, any debts that come with it.</w:t>
            </w:r>
          </w:p>
          <w:p w14:paraId="2F692F3D" w14:textId="77777777" w:rsidR="002516E4" w:rsidRDefault="00A3491C">
            <w:pPr>
              <w:spacing w:after="14" w:line="240" w:lineRule="auto"/>
            </w:pPr>
            <w:r>
              <w:rPr>
                <w:b/>
                <w:sz w:val="18"/>
              </w:rPr>
              <w:t xml:space="preserve">5. </w:t>
            </w:r>
            <w:r>
              <w:rPr>
                <w:sz w:val="18"/>
              </w:rPr>
              <w:t>The next best use of that £15,000, for example the interest it would have earned in a savings account, or a different business they could have started with it.</w:t>
            </w:r>
          </w:p>
        </w:tc>
      </w:tr>
    </w:tbl>
    <w:p w14:paraId="285D3ACB" w14:textId="77777777" w:rsidR="002516E4" w:rsidRDefault="002516E4">
      <w:pPr>
        <w:pageBreakBefore/>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463457AE" w14:textId="77777777">
        <w:trPr>
          <w:cantSplit/>
        </w:trPr>
        <w:tc>
          <w:tcPr>
            <w:tcW w:w="10103" w:type="dxa"/>
          </w:tcPr>
          <w:p w14:paraId="1BA54E99" w14:textId="77777777" w:rsidR="002516E4" w:rsidRDefault="00A3491C">
            <w:pPr>
              <w:keepNext/>
              <w:spacing w:after="24" w:line="240" w:lineRule="auto"/>
            </w:pPr>
            <w:r>
              <w:rPr>
                <w:b/>
                <w:sz w:val="18"/>
              </w:rPr>
              <w:t>WEEK 2  ·  ECONOMICS  ·  STARTER A      Level: GCSE and Y12</w:t>
            </w:r>
          </w:p>
          <w:p w14:paraId="2FC4F6AF" w14:textId="77777777" w:rsidR="002516E4" w:rsidRDefault="00A3491C">
            <w:pPr>
              <w:keepNext/>
              <w:spacing w:after="30" w:line="240" w:lineRule="auto"/>
            </w:pPr>
            <w:r>
              <w:rPr>
                <w:b/>
                <w:sz w:val="20"/>
              </w:rPr>
              <w:t>Opportunity cost</w:t>
            </w:r>
          </w:p>
          <w:p w14:paraId="32386CC5" w14:textId="77777777" w:rsidR="002516E4" w:rsidRDefault="00A3491C">
            <w:pPr>
              <w:keepNext/>
              <w:spacing w:after="20" w:line="240" w:lineRule="auto"/>
            </w:pPr>
            <w:r>
              <w:rPr>
                <w:b/>
                <w:sz w:val="19"/>
              </w:rPr>
              <w:t xml:space="preserve">1. </w:t>
            </w:r>
            <w:r>
              <w:rPr>
                <w:sz w:val="19"/>
              </w:rPr>
              <w:t>Define opportunity cost.</w:t>
            </w:r>
          </w:p>
          <w:p w14:paraId="39B18933" w14:textId="77777777" w:rsidR="002516E4" w:rsidRDefault="00A3491C">
            <w:pPr>
              <w:keepNext/>
              <w:spacing w:after="20" w:line="240" w:lineRule="auto"/>
            </w:pPr>
            <w:r>
              <w:rPr>
                <w:b/>
                <w:sz w:val="19"/>
              </w:rPr>
              <w:t xml:space="preserve">2. </w:t>
            </w:r>
            <w:r>
              <w:rPr>
                <w:sz w:val="19"/>
              </w:rPr>
              <w:t>A government spends £2bn on a railway. State the opportunity cost.</w:t>
            </w:r>
          </w:p>
          <w:p w14:paraId="6AE935E1" w14:textId="77777777" w:rsidR="002516E4" w:rsidRDefault="00A3491C">
            <w:pPr>
              <w:keepNext/>
              <w:spacing w:after="20" w:line="240" w:lineRule="auto"/>
            </w:pPr>
            <w:r>
              <w:rPr>
                <w:b/>
                <w:sz w:val="19"/>
              </w:rPr>
              <w:t xml:space="preserve">3. </w:t>
            </w:r>
            <w:r>
              <w:rPr>
                <w:sz w:val="19"/>
              </w:rPr>
              <w:t>A student stays on at sixth form. State the opportunity cost.</w:t>
            </w:r>
          </w:p>
          <w:p w14:paraId="0FC4D61A" w14:textId="77777777" w:rsidR="002516E4" w:rsidRDefault="00A3491C">
            <w:pPr>
              <w:keepNext/>
              <w:spacing w:after="20" w:line="240" w:lineRule="auto"/>
            </w:pPr>
            <w:r>
              <w:rPr>
                <w:b/>
                <w:sz w:val="19"/>
              </w:rPr>
              <w:t xml:space="preserve">4. </w:t>
            </w:r>
            <w:r>
              <w:rPr>
                <w:sz w:val="19"/>
              </w:rPr>
              <w:t>Why is opportunity cost not the same thing as the price paid?</w:t>
            </w:r>
          </w:p>
          <w:p w14:paraId="0D566383" w14:textId="77777777" w:rsidR="002516E4" w:rsidRDefault="00A3491C">
            <w:pPr>
              <w:keepNext/>
              <w:spacing w:after="20" w:line="240" w:lineRule="auto"/>
            </w:pPr>
            <w:r>
              <w:rPr>
                <w:b/>
                <w:sz w:val="19"/>
              </w:rPr>
              <w:t xml:space="preserve">5. [BACK TO WEEK 1] </w:t>
            </w:r>
            <w:r>
              <w:rPr>
                <w:sz w:val="19"/>
              </w:rPr>
              <w:t>Name the four factors of production.</w:t>
            </w:r>
          </w:p>
        </w:tc>
      </w:tr>
      <w:tr w:rsidR="002516E4" w14:paraId="76FDAD15" w14:textId="77777777">
        <w:trPr>
          <w:cantSplit/>
        </w:trPr>
        <w:tc>
          <w:tcPr>
            <w:tcW w:w="10103" w:type="dxa"/>
            <w:shd w:val="clear" w:color="auto" w:fill="F0F0F0"/>
          </w:tcPr>
          <w:p w14:paraId="611485CD" w14:textId="77777777" w:rsidR="002516E4" w:rsidRDefault="00A3491C">
            <w:pPr>
              <w:keepNext/>
              <w:spacing w:after="24" w:line="240" w:lineRule="auto"/>
            </w:pPr>
            <w:r>
              <w:rPr>
                <w:b/>
                <w:sz w:val="18"/>
              </w:rPr>
              <w:t>ANSWERS  2A</w:t>
            </w:r>
          </w:p>
          <w:p w14:paraId="6B5DF046" w14:textId="77777777" w:rsidR="002516E4" w:rsidRDefault="00A3491C">
            <w:pPr>
              <w:keepNext/>
              <w:spacing w:after="14" w:line="240" w:lineRule="auto"/>
            </w:pPr>
            <w:r>
              <w:rPr>
                <w:b/>
                <w:sz w:val="18"/>
              </w:rPr>
              <w:t xml:space="preserve">1. </w:t>
            </w:r>
            <w:r>
              <w:rPr>
                <w:sz w:val="18"/>
              </w:rPr>
              <w:t>The next best alternative that is given up when a choice is made.</w:t>
            </w:r>
          </w:p>
          <w:p w14:paraId="0DD78F5D" w14:textId="77777777" w:rsidR="002516E4" w:rsidRDefault="00A3491C">
            <w:pPr>
              <w:keepNext/>
              <w:spacing w:after="14" w:line="240" w:lineRule="auto"/>
            </w:pPr>
            <w:r>
              <w:rPr>
                <w:b/>
                <w:sz w:val="18"/>
              </w:rPr>
              <w:t xml:space="preserve">2. </w:t>
            </w:r>
            <w:r>
              <w:rPr>
                <w:sz w:val="18"/>
              </w:rPr>
              <w:t>The next best use of that £2bn, for example the hospitals or schools it could have built instead.</w:t>
            </w:r>
          </w:p>
          <w:p w14:paraId="21A3A5D9" w14:textId="77777777" w:rsidR="002516E4" w:rsidRDefault="00A3491C">
            <w:pPr>
              <w:keepNext/>
              <w:spacing w:after="14" w:line="240" w:lineRule="auto"/>
            </w:pPr>
            <w:r>
              <w:rPr>
                <w:b/>
                <w:sz w:val="18"/>
              </w:rPr>
              <w:t xml:space="preserve">3. </w:t>
            </w:r>
            <w:r>
              <w:rPr>
                <w:sz w:val="18"/>
              </w:rPr>
              <w:t>The wages they would have earned in a job over those two years, and the work experience with them.</w:t>
            </w:r>
          </w:p>
          <w:p w14:paraId="1E1E3F1D" w14:textId="77777777" w:rsidR="002516E4" w:rsidRDefault="00A3491C">
            <w:pPr>
              <w:keepNext/>
              <w:spacing w:after="14" w:line="240" w:lineRule="auto"/>
            </w:pPr>
            <w:r>
              <w:rPr>
                <w:b/>
                <w:sz w:val="18"/>
              </w:rPr>
              <w:t xml:space="preserve">4. </w:t>
            </w:r>
            <w:r>
              <w:rPr>
                <w:sz w:val="18"/>
              </w:rPr>
              <w:t>The price is the money handed over. The opportunity cost is what you gave up, including time.</w:t>
            </w:r>
          </w:p>
          <w:p w14:paraId="096807BE" w14:textId="77777777" w:rsidR="002516E4" w:rsidRDefault="00A3491C">
            <w:pPr>
              <w:spacing w:after="14" w:line="240" w:lineRule="auto"/>
            </w:pPr>
            <w:r>
              <w:rPr>
                <w:b/>
                <w:sz w:val="18"/>
              </w:rPr>
              <w:t xml:space="preserve">5. </w:t>
            </w:r>
            <w:r>
              <w:rPr>
                <w:sz w:val="18"/>
              </w:rPr>
              <w:t>Land, labour, capital and enterprise.</w:t>
            </w:r>
          </w:p>
        </w:tc>
      </w:tr>
    </w:tbl>
    <w:p w14:paraId="7CE5ED25"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3D44350B" w14:textId="77777777">
        <w:trPr>
          <w:cantSplit/>
        </w:trPr>
        <w:tc>
          <w:tcPr>
            <w:tcW w:w="10103" w:type="dxa"/>
          </w:tcPr>
          <w:p w14:paraId="1BC7A1A6" w14:textId="77777777" w:rsidR="002516E4" w:rsidRDefault="00A3491C">
            <w:pPr>
              <w:keepNext/>
              <w:spacing w:after="24" w:line="240" w:lineRule="auto"/>
            </w:pPr>
            <w:r>
              <w:rPr>
                <w:b/>
                <w:sz w:val="18"/>
              </w:rPr>
              <w:t>WEEK 2  ·  ECONOMICS  ·  STARTER B      Level: Y12</w:t>
            </w:r>
          </w:p>
          <w:p w14:paraId="549124DC" w14:textId="77777777" w:rsidR="002516E4" w:rsidRDefault="00A3491C">
            <w:pPr>
              <w:keepNext/>
              <w:spacing w:after="30" w:line="240" w:lineRule="auto"/>
            </w:pPr>
            <w:r>
              <w:rPr>
                <w:b/>
                <w:sz w:val="20"/>
              </w:rPr>
              <w:t>Reading the production possibility diagram</w:t>
            </w:r>
          </w:p>
          <w:p w14:paraId="5F3FF7AB" w14:textId="77777777" w:rsidR="002516E4" w:rsidRDefault="00A3491C">
            <w:pPr>
              <w:keepNext/>
              <w:spacing w:after="20" w:line="240" w:lineRule="auto"/>
            </w:pPr>
            <w:r>
              <w:rPr>
                <w:b/>
                <w:sz w:val="19"/>
              </w:rPr>
              <w:t xml:space="preserve">1. </w:t>
            </w:r>
            <w:r>
              <w:rPr>
                <w:sz w:val="19"/>
              </w:rPr>
              <w:t>What does the curve show?</w:t>
            </w:r>
          </w:p>
          <w:p w14:paraId="340D3C9B" w14:textId="77777777" w:rsidR="002516E4" w:rsidRDefault="00A3491C">
            <w:pPr>
              <w:keepNext/>
              <w:spacing w:after="20" w:line="240" w:lineRule="auto"/>
            </w:pPr>
            <w:r>
              <w:rPr>
                <w:b/>
                <w:sz w:val="19"/>
              </w:rPr>
              <w:t xml:space="preserve">2. </w:t>
            </w:r>
            <w:r>
              <w:rPr>
                <w:sz w:val="19"/>
              </w:rPr>
              <w:t>What does a point inside the curve tell you about the economy?</w:t>
            </w:r>
          </w:p>
          <w:p w14:paraId="7ADAC5D8" w14:textId="77777777" w:rsidR="002516E4" w:rsidRDefault="00A3491C">
            <w:pPr>
              <w:keepNext/>
              <w:spacing w:after="20" w:line="240" w:lineRule="auto"/>
            </w:pPr>
            <w:r>
              <w:rPr>
                <w:b/>
                <w:sz w:val="19"/>
              </w:rPr>
              <w:t xml:space="preserve">3. </w:t>
            </w:r>
            <w:r>
              <w:rPr>
                <w:sz w:val="19"/>
              </w:rPr>
              <w:t>What does a point outside the curve tell you?</w:t>
            </w:r>
          </w:p>
          <w:p w14:paraId="35E4F0DF" w14:textId="77777777" w:rsidR="002516E4" w:rsidRDefault="00A3491C">
            <w:pPr>
              <w:keepNext/>
              <w:spacing w:after="20" w:line="240" w:lineRule="auto"/>
            </w:pPr>
            <w:r>
              <w:rPr>
                <w:b/>
                <w:sz w:val="19"/>
              </w:rPr>
              <w:t xml:space="preserve">4. </w:t>
            </w:r>
            <w:r>
              <w:rPr>
                <w:sz w:val="19"/>
              </w:rPr>
              <w:t>Food output falls from 60 to 45 and machinery rises from 20 to 35. State the opportunity cost.</w:t>
            </w:r>
          </w:p>
          <w:p w14:paraId="2AF9692A" w14:textId="77777777" w:rsidR="002516E4" w:rsidRDefault="00A3491C">
            <w:pPr>
              <w:keepNext/>
              <w:spacing w:after="20" w:line="240" w:lineRule="auto"/>
            </w:pPr>
            <w:r>
              <w:rPr>
                <w:b/>
                <w:sz w:val="19"/>
              </w:rPr>
              <w:t xml:space="preserve">5. [BACK TO WEEK 1] </w:t>
            </w:r>
            <w:r>
              <w:rPr>
                <w:sz w:val="19"/>
              </w:rPr>
              <w:t>What does scarce mean to an economist?</w:t>
            </w:r>
          </w:p>
        </w:tc>
      </w:tr>
      <w:tr w:rsidR="002516E4" w14:paraId="2025A170" w14:textId="77777777">
        <w:trPr>
          <w:cantSplit/>
        </w:trPr>
        <w:tc>
          <w:tcPr>
            <w:tcW w:w="10103" w:type="dxa"/>
            <w:shd w:val="clear" w:color="auto" w:fill="F0F0F0"/>
          </w:tcPr>
          <w:p w14:paraId="7CB3B717" w14:textId="77777777" w:rsidR="002516E4" w:rsidRDefault="00A3491C">
            <w:pPr>
              <w:keepNext/>
              <w:spacing w:after="24" w:line="240" w:lineRule="auto"/>
            </w:pPr>
            <w:r>
              <w:rPr>
                <w:b/>
                <w:sz w:val="18"/>
              </w:rPr>
              <w:t>ANSWERS  2B</w:t>
            </w:r>
          </w:p>
          <w:p w14:paraId="1583F43B" w14:textId="77777777" w:rsidR="002516E4" w:rsidRDefault="00A3491C">
            <w:pPr>
              <w:keepNext/>
              <w:spacing w:after="14" w:line="240" w:lineRule="auto"/>
            </w:pPr>
            <w:r>
              <w:rPr>
                <w:b/>
                <w:sz w:val="18"/>
              </w:rPr>
              <w:t xml:space="preserve">1. </w:t>
            </w:r>
            <w:r>
              <w:rPr>
                <w:sz w:val="18"/>
              </w:rPr>
              <w:t>The maximum combinations of two goods an economy can produce when all its resources are used fully and efficiently.</w:t>
            </w:r>
          </w:p>
          <w:p w14:paraId="023D2D1D" w14:textId="77777777" w:rsidR="002516E4" w:rsidRDefault="00A3491C">
            <w:pPr>
              <w:keepNext/>
              <w:spacing w:after="14" w:line="240" w:lineRule="auto"/>
            </w:pPr>
            <w:r>
              <w:rPr>
                <w:b/>
                <w:sz w:val="18"/>
              </w:rPr>
              <w:t xml:space="preserve">2. </w:t>
            </w:r>
            <w:r>
              <w:rPr>
                <w:sz w:val="18"/>
              </w:rPr>
              <w:t>Resources are not being used fully or efficiently, so there is spare capacity or unemployment.</w:t>
            </w:r>
          </w:p>
          <w:p w14:paraId="7FF8756B" w14:textId="77777777" w:rsidR="002516E4" w:rsidRDefault="00A3491C">
            <w:pPr>
              <w:keepNext/>
              <w:spacing w:after="14" w:line="240" w:lineRule="auto"/>
            </w:pPr>
            <w:r>
              <w:rPr>
                <w:b/>
                <w:sz w:val="18"/>
              </w:rPr>
              <w:t xml:space="preserve">3. </w:t>
            </w:r>
            <w:r>
              <w:rPr>
                <w:sz w:val="18"/>
              </w:rPr>
              <w:t>It cannot be reached with the resources and technology available now, only if the economy grows.</w:t>
            </w:r>
          </w:p>
          <w:p w14:paraId="79BD7970" w14:textId="77777777" w:rsidR="002516E4" w:rsidRDefault="00A3491C">
            <w:pPr>
              <w:keepNext/>
              <w:spacing w:after="14" w:line="240" w:lineRule="auto"/>
            </w:pPr>
            <w:r>
              <w:rPr>
                <w:b/>
                <w:sz w:val="18"/>
              </w:rPr>
              <w:t xml:space="preserve">4. </w:t>
            </w:r>
            <w:r>
              <w:rPr>
                <w:sz w:val="18"/>
              </w:rPr>
              <w:t>15 units of food given up for 15 extra units of machinery. The opportunity cost is 15 units of food.</w:t>
            </w:r>
          </w:p>
          <w:p w14:paraId="74E8C049" w14:textId="77777777" w:rsidR="002516E4" w:rsidRDefault="00A3491C">
            <w:pPr>
              <w:spacing w:after="14" w:line="240" w:lineRule="auto"/>
            </w:pPr>
            <w:r>
              <w:rPr>
                <w:b/>
                <w:sz w:val="18"/>
              </w:rPr>
              <w:t xml:space="preserve">5. </w:t>
            </w:r>
            <w:r>
              <w:rPr>
                <w:sz w:val="18"/>
              </w:rPr>
              <w:t>There is not enough of it to satisfy everyone who wants it at a price of zero.</w:t>
            </w:r>
          </w:p>
        </w:tc>
      </w:tr>
    </w:tbl>
    <w:p w14:paraId="5EAF1556" w14:textId="77777777" w:rsidR="002516E4" w:rsidRDefault="002516E4">
      <w:pPr>
        <w:spacing w:after="6"/>
        <w:rPr>
          <w:sz w:val="6"/>
        </w:rPr>
      </w:pPr>
    </w:p>
    <w:tbl>
      <w:tblPr>
        <w:tblStyle w:val="TableGrid"/>
        <w:tblW w:w="0" w:type="auto"/>
        <w:tblLayout w:type="fixed"/>
        <w:tblLook w:val="04A0" w:firstRow="1" w:lastRow="0" w:firstColumn="1" w:lastColumn="0" w:noHBand="0" w:noVBand="1"/>
      </w:tblPr>
      <w:tblGrid>
        <w:gridCol w:w="10103"/>
      </w:tblGrid>
      <w:tr w:rsidR="002516E4" w14:paraId="62C2AEBA" w14:textId="77777777">
        <w:trPr>
          <w:cantSplit/>
        </w:trPr>
        <w:tc>
          <w:tcPr>
            <w:tcW w:w="10103" w:type="dxa"/>
            <w:shd w:val="clear" w:color="auto" w:fill="FAFAFA"/>
          </w:tcPr>
          <w:p w14:paraId="7DD2614D" w14:textId="77777777" w:rsidR="002516E4" w:rsidRDefault="00A3491C">
            <w:pPr>
              <w:keepNext/>
              <w:spacing w:after="30" w:line="240" w:lineRule="auto"/>
            </w:pPr>
            <w:r>
              <w:rPr>
                <w:b/>
                <w:sz w:val="18"/>
              </w:rPr>
              <w:t>GCSE SWAP  2B</w:t>
            </w:r>
            <w:r>
              <w:rPr>
                <w:sz w:val="18"/>
              </w:rPr>
              <w:t xml:space="preserve">  Replace questions 1 to 3 with these. Questions 4 and 5 stay as they are.</w:t>
            </w:r>
          </w:p>
          <w:p w14:paraId="0AEBB7BE" w14:textId="77777777" w:rsidR="002516E4" w:rsidRDefault="00A3491C">
            <w:pPr>
              <w:keepNext/>
              <w:spacing w:after="10" w:line="240" w:lineRule="auto"/>
            </w:pPr>
            <w:r>
              <w:rPr>
                <w:b/>
                <w:sz w:val="18"/>
              </w:rPr>
              <w:t xml:space="preserve">(i) </w:t>
            </w:r>
            <w:r>
              <w:rPr>
                <w:sz w:val="18"/>
              </w:rPr>
              <w:t>A council can build a library or a leisure centre on the same plot. State the opportunity cost of choosing the library.</w:t>
            </w:r>
          </w:p>
          <w:p w14:paraId="0FF4B5BD" w14:textId="77777777" w:rsidR="002516E4" w:rsidRDefault="00A3491C">
            <w:pPr>
              <w:keepNext/>
              <w:spacing w:after="30" w:line="240" w:lineRule="auto"/>
            </w:pPr>
            <w:r>
              <w:rPr>
                <w:b/>
                <w:sz w:val="18"/>
              </w:rPr>
              <w:t xml:space="preserve">Answer. </w:t>
            </w:r>
            <w:r>
              <w:rPr>
                <w:i/>
                <w:sz w:val="18"/>
              </w:rPr>
              <w:t>The leisure centre, and the use the town would have had from it.</w:t>
            </w:r>
          </w:p>
          <w:p w14:paraId="39ECD29A" w14:textId="77777777" w:rsidR="002516E4" w:rsidRDefault="00A3491C">
            <w:pPr>
              <w:keepNext/>
              <w:spacing w:after="10" w:line="240" w:lineRule="auto"/>
            </w:pPr>
            <w:r>
              <w:rPr>
                <w:b/>
                <w:sz w:val="18"/>
              </w:rPr>
              <w:t xml:space="preserve">(ii) </w:t>
            </w:r>
            <w:r>
              <w:rPr>
                <w:sz w:val="18"/>
              </w:rPr>
              <w:t>Why does every economic choice have a cost, even when nothing is paid for?</w:t>
            </w:r>
          </w:p>
          <w:p w14:paraId="4D582799" w14:textId="77777777" w:rsidR="002516E4" w:rsidRDefault="00A3491C">
            <w:pPr>
              <w:keepNext/>
              <w:spacing w:after="30" w:line="240" w:lineRule="auto"/>
            </w:pPr>
            <w:r>
              <w:rPr>
                <w:b/>
                <w:sz w:val="18"/>
              </w:rPr>
              <w:t xml:space="preserve">Answer. </w:t>
            </w:r>
            <w:r>
              <w:rPr>
                <w:i/>
                <w:sz w:val="18"/>
              </w:rPr>
              <w:t>Because resources are limited. Using them one way means the next best use is given up.</w:t>
            </w:r>
          </w:p>
          <w:p w14:paraId="49F407A0" w14:textId="77777777" w:rsidR="002516E4" w:rsidRDefault="00A3491C">
            <w:pPr>
              <w:keepNext/>
              <w:spacing w:after="10" w:line="240" w:lineRule="auto"/>
            </w:pPr>
            <w:r>
              <w:rPr>
                <w:b/>
                <w:sz w:val="18"/>
              </w:rPr>
              <w:t xml:space="preserve">(iii) </w:t>
            </w:r>
            <w:r>
              <w:rPr>
                <w:sz w:val="18"/>
              </w:rPr>
              <w:t>Name one choice you made this week, and state its opportunity cost.</w:t>
            </w:r>
          </w:p>
          <w:p w14:paraId="31D5664F" w14:textId="77777777" w:rsidR="002516E4" w:rsidRDefault="00A3491C">
            <w:pPr>
              <w:spacing w:after="30" w:line="240" w:lineRule="auto"/>
            </w:pPr>
            <w:r>
              <w:rPr>
                <w:b/>
                <w:sz w:val="18"/>
              </w:rPr>
              <w:t xml:space="preserve">Answer. </w:t>
            </w:r>
            <w:r>
              <w:rPr>
                <w:i/>
                <w:sz w:val="18"/>
              </w:rPr>
              <w:t>An hour on a game rather than revision. The opportunity cost is the revision you did not do.</w:t>
            </w:r>
          </w:p>
        </w:tc>
      </w:tr>
    </w:tbl>
    <w:p w14:paraId="61B60117"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4B9BC5BF" w14:textId="77777777">
        <w:trPr>
          <w:cantSplit/>
        </w:trPr>
        <w:tc>
          <w:tcPr>
            <w:tcW w:w="10103" w:type="dxa"/>
          </w:tcPr>
          <w:p w14:paraId="1E54C24C" w14:textId="77777777" w:rsidR="002516E4" w:rsidRDefault="00A3491C">
            <w:pPr>
              <w:keepNext/>
              <w:spacing w:after="24" w:line="240" w:lineRule="auto"/>
            </w:pPr>
            <w:r>
              <w:rPr>
                <w:b/>
                <w:sz w:val="18"/>
              </w:rPr>
              <w:t>WEEK 2  ·  ECONOMICS  ·  STARTER C      Level: Y12</w:t>
            </w:r>
          </w:p>
          <w:p w14:paraId="34AEA983" w14:textId="77777777" w:rsidR="002516E4" w:rsidRDefault="00A3491C">
            <w:pPr>
              <w:keepNext/>
              <w:spacing w:after="30" w:line="240" w:lineRule="auto"/>
            </w:pPr>
            <w:r>
              <w:rPr>
                <w:b/>
                <w:sz w:val="20"/>
              </w:rPr>
              <w:t>Capital goods, growth and economic choices</w:t>
            </w:r>
          </w:p>
          <w:p w14:paraId="2BA9E081" w14:textId="77777777" w:rsidR="002516E4" w:rsidRDefault="00A3491C">
            <w:pPr>
              <w:keepNext/>
              <w:spacing w:after="20" w:line="240" w:lineRule="auto"/>
            </w:pPr>
            <w:r>
              <w:rPr>
                <w:b/>
                <w:sz w:val="19"/>
              </w:rPr>
              <w:t xml:space="preserve">1. </w:t>
            </w:r>
            <w:r>
              <w:rPr>
                <w:sz w:val="19"/>
              </w:rPr>
              <w:t>Name two things that shift the curve outwards.</w:t>
            </w:r>
          </w:p>
          <w:p w14:paraId="2F168D81" w14:textId="77777777" w:rsidR="002516E4" w:rsidRDefault="00A3491C">
            <w:pPr>
              <w:keepNext/>
              <w:spacing w:after="20" w:line="240" w:lineRule="auto"/>
            </w:pPr>
            <w:r>
              <w:rPr>
                <w:b/>
                <w:sz w:val="19"/>
              </w:rPr>
              <w:t xml:space="preserve">2. </w:t>
            </w:r>
            <w:r>
              <w:rPr>
                <w:sz w:val="19"/>
              </w:rPr>
              <w:t>Why can a country that builds more capital goods now consume more later?</w:t>
            </w:r>
          </w:p>
          <w:p w14:paraId="0F3F6323" w14:textId="77777777" w:rsidR="002516E4" w:rsidRDefault="00A3491C">
            <w:pPr>
              <w:keepNext/>
              <w:spacing w:after="20" w:line="240" w:lineRule="auto"/>
            </w:pPr>
            <w:r>
              <w:rPr>
                <w:b/>
                <w:sz w:val="19"/>
              </w:rPr>
              <w:t xml:space="preserve">3. </w:t>
            </w:r>
            <w:r>
              <w:rPr>
                <w:sz w:val="19"/>
              </w:rPr>
              <w:t>A flood destroys a third of a country's factories. What happens to the curve?</w:t>
            </w:r>
          </w:p>
          <w:p w14:paraId="0DCADDF4" w14:textId="77777777" w:rsidR="002516E4" w:rsidRDefault="00A3491C">
            <w:pPr>
              <w:keepNext/>
              <w:spacing w:after="20" w:line="240" w:lineRule="auto"/>
            </w:pPr>
            <w:r>
              <w:rPr>
                <w:b/>
                <w:sz w:val="19"/>
              </w:rPr>
              <w:t xml:space="preserve">4. </w:t>
            </w:r>
            <w:r>
              <w:rPr>
                <w:sz w:val="19"/>
              </w:rPr>
              <w:t>A government spends on hospitals rather than schools. Give one benefit and one cost.</w:t>
            </w:r>
          </w:p>
          <w:p w14:paraId="3AB1A1DF" w14:textId="77777777" w:rsidR="002516E4" w:rsidRDefault="00A3491C">
            <w:pPr>
              <w:keepNext/>
              <w:spacing w:after="20" w:line="240" w:lineRule="auto"/>
            </w:pPr>
            <w:r>
              <w:rPr>
                <w:b/>
                <w:sz w:val="19"/>
              </w:rPr>
              <w:t xml:space="preserve">5. [BACK TO WEEK 1] </w:t>
            </w:r>
            <w:r>
              <w:rPr>
                <w:sz w:val="19"/>
              </w:rPr>
              <w:t>What are the three questions every economy has to answer?</w:t>
            </w:r>
          </w:p>
        </w:tc>
      </w:tr>
      <w:tr w:rsidR="002516E4" w14:paraId="34BE3A08" w14:textId="77777777">
        <w:trPr>
          <w:cantSplit/>
        </w:trPr>
        <w:tc>
          <w:tcPr>
            <w:tcW w:w="10103" w:type="dxa"/>
            <w:shd w:val="clear" w:color="auto" w:fill="F0F0F0"/>
          </w:tcPr>
          <w:p w14:paraId="31FE1325" w14:textId="77777777" w:rsidR="002516E4" w:rsidRDefault="00A3491C">
            <w:pPr>
              <w:keepNext/>
              <w:spacing w:after="24" w:line="240" w:lineRule="auto"/>
            </w:pPr>
            <w:r>
              <w:rPr>
                <w:b/>
                <w:sz w:val="18"/>
              </w:rPr>
              <w:t>ANSWERS  2C</w:t>
            </w:r>
          </w:p>
          <w:p w14:paraId="7B313559" w14:textId="77777777" w:rsidR="002516E4" w:rsidRDefault="00A3491C">
            <w:pPr>
              <w:keepNext/>
              <w:spacing w:after="14" w:line="240" w:lineRule="auto"/>
            </w:pPr>
            <w:r>
              <w:rPr>
                <w:b/>
                <w:sz w:val="18"/>
              </w:rPr>
              <w:t xml:space="preserve">1. </w:t>
            </w:r>
            <w:r>
              <w:rPr>
                <w:sz w:val="18"/>
              </w:rPr>
              <w:t>Any two of: better technology, more or better educated workers, more capital, higher investment.</w:t>
            </w:r>
          </w:p>
          <w:p w14:paraId="29D89F67" w14:textId="77777777" w:rsidR="002516E4" w:rsidRDefault="00A3491C">
            <w:pPr>
              <w:keepNext/>
              <w:spacing w:after="14" w:line="240" w:lineRule="auto"/>
            </w:pPr>
            <w:r>
              <w:rPr>
                <w:b/>
                <w:sz w:val="18"/>
              </w:rPr>
              <w:t xml:space="preserve">2. </w:t>
            </w:r>
            <w:r>
              <w:rPr>
                <w:sz w:val="18"/>
              </w:rPr>
              <w:t>Capital goods raise future output, so the curve shifts outwards and more can be consumed later.</w:t>
            </w:r>
          </w:p>
          <w:p w14:paraId="766806DC" w14:textId="77777777" w:rsidR="002516E4" w:rsidRDefault="00A3491C">
            <w:pPr>
              <w:keepNext/>
              <w:spacing w:after="14" w:line="240" w:lineRule="auto"/>
            </w:pPr>
            <w:r>
              <w:rPr>
                <w:b/>
                <w:sz w:val="18"/>
              </w:rPr>
              <w:t xml:space="preserve">3. </w:t>
            </w:r>
            <w:r>
              <w:rPr>
                <w:sz w:val="18"/>
              </w:rPr>
              <w:t>It shifts inwards, because capital has been lost, so the maximum output of both goods falls.</w:t>
            </w:r>
          </w:p>
          <w:p w14:paraId="0FDC1AF7" w14:textId="77777777" w:rsidR="002516E4" w:rsidRDefault="00A3491C">
            <w:pPr>
              <w:keepNext/>
              <w:spacing w:after="14" w:line="240" w:lineRule="auto"/>
            </w:pPr>
            <w:r>
              <w:rPr>
                <w:b/>
                <w:sz w:val="18"/>
              </w:rPr>
              <w:t xml:space="preserve">4. </w:t>
            </w:r>
            <w:r>
              <w:rPr>
                <w:sz w:val="18"/>
              </w:rPr>
              <w:t>Benefit: more people treated and shorter waits. Cost: the schools and the education they would give.</w:t>
            </w:r>
          </w:p>
          <w:p w14:paraId="0A031EB8" w14:textId="77777777" w:rsidR="002516E4" w:rsidRDefault="00A3491C">
            <w:pPr>
              <w:spacing w:after="14" w:line="240" w:lineRule="auto"/>
            </w:pPr>
            <w:r>
              <w:rPr>
                <w:b/>
                <w:sz w:val="18"/>
              </w:rPr>
              <w:t xml:space="preserve">5. </w:t>
            </w:r>
            <w:r>
              <w:rPr>
                <w:sz w:val="18"/>
              </w:rPr>
              <w:t>What to produce, how to produce it, and who gets it.</w:t>
            </w:r>
          </w:p>
        </w:tc>
      </w:tr>
    </w:tbl>
    <w:p w14:paraId="00C51FCC" w14:textId="77777777" w:rsidR="002516E4" w:rsidRDefault="002516E4">
      <w:pPr>
        <w:spacing w:after="6"/>
        <w:rPr>
          <w:sz w:val="6"/>
        </w:rPr>
      </w:pPr>
    </w:p>
    <w:tbl>
      <w:tblPr>
        <w:tblStyle w:val="TableGrid"/>
        <w:tblW w:w="0" w:type="auto"/>
        <w:tblLayout w:type="fixed"/>
        <w:tblLook w:val="04A0" w:firstRow="1" w:lastRow="0" w:firstColumn="1" w:lastColumn="0" w:noHBand="0" w:noVBand="1"/>
      </w:tblPr>
      <w:tblGrid>
        <w:gridCol w:w="10103"/>
      </w:tblGrid>
      <w:tr w:rsidR="002516E4" w14:paraId="0D6719F5" w14:textId="77777777">
        <w:trPr>
          <w:cantSplit/>
        </w:trPr>
        <w:tc>
          <w:tcPr>
            <w:tcW w:w="10103" w:type="dxa"/>
            <w:shd w:val="clear" w:color="auto" w:fill="FAFAFA"/>
          </w:tcPr>
          <w:p w14:paraId="25619540" w14:textId="77777777" w:rsidR="002516E4" w:rsidRDefault="00A3491C">
            <w:pPr>
              <w:keepNext/>
              <w:spacing w:after="30" w:line="240" w:lineRule="auto"/>
            </w:pPr>
            <w:r>
              <w:rPr>
                <w:b/>
                <w:sz w:val="18"/>
              </w:rPr>
              <w:t>GCSE SWAP  2C</w:t>
            </w:r>
            <w:r>
              <w:rPr>
                <w:sz w:val="18"/>
              </w:rPr>
              <w:t xml:space="preserve">  Replace questions 1 to 3 with these. Questions 4 and 5 stay as they are.</w:t>
            </w:r>
          </w:p>
          <w:p w14:paraId="2BA77E50" w14:textId="77777777" w:rsidR="002516E4" w:rsidRDefault="00A3491C">
            <w:pPr>
              <w:keepNext/>
              <w:spacing w:after="10" w:line="240" w:lineRule="auto"/>
            </w:pPr>
            <w:r>
              <w:rPr>
                <w:b/>
                <w:sz w:val="18"/>
              </w:rPr>
              <w:t xml:space="preserve">(i) </w:t>
            </w:r>
            <w:r>
              <w:rPr>
                <w:sz w:val="18"/>
              </w:rPr>
              <w:t>Name one choice a consumer makes, and state its opportunity cost.</w:t>
            </w:r>
          </w:p>
          <w:p w14:paraId="53A57BAC" w14:textId="77777777" w:rsidR="002516E4" w:rsidRDefault="00A3491C">
            <w:pPr>
              <w:keepNext/>
              <w:spacing w:after="30" w:line="240" w:lineRule="auto"/>
            </w:pPr>
            <w:r>
              <w:rPr>
                <w:b/>
                <w:sz w:val="18"/>
              </w:rPr>
              <w:t xml:space="preserve">Answer. </w:t>
            </w:r>
            <w:r>
              <w:rPr>
                <w:i/>
                <w:sz w:val="18"/>
              </w:rPr>
              <w:t>For example £30 on a concert ticket. The opportunity cost is the next best thing that £30 would have bought.</w:t>
            </w:r>
          </w:p>
          <w:p w14:paraId="0E8644F3" w14:textId="77777777" w:rsidR="002516E4" w:rsidRDefault="00A3491C">
            <w:pPr>
              <w:keepNext/>
              <w:spacing w:after="10" w:line="240" w:lineRule="auto"/>
            </w:pPr>
            <w:r>
              <w:rPr>
                <w:b/>
                <w:sz w:val="18"/>
              </w:rPr>
              <w:t xml:space="preserve">(ii) </w:t>
            </w:r>
            <w:r>
              <w:rPr>
                <w:sz w:val="18"/>
              </w:rPr>
              <w:t>Name one choice a producer makes, and state its opportunity cost.</w:t>
            </w:r>
          </w:p>
          <w:p w14:paraId="500FD6C6" w14:textId="77777777" w:rsidR="002516E4" w:rsidRDefault="00A3491C">
            <w:pPr>
              <w:keepNext/>
              <w:spacing w:after="30" w:line="240" w:lineRule="auto"/>
            </w:pPr>
            <w:r>
              <w:rPr>
                <w:b/>
                <w:sz w:val="18"/>
              </w:rPr>
              <w:t xml:space="preserve">Answer. </w:t>
            </w:r>
            <w:r>
              <w:rPr>
                <w:i/>
                <w:sz w:val="18"/>
              </w:rPr>
              <w:t>Using a workshop for chairs. The opportunity cost is the tables the same workers could have made.</w:t>
            </w:r>
          </w:p>
          <w:p w14:paraId="0AAF4220" w14:textId="77777777" w:rsidR="002516E4" w:rsidRDefault="00A3491C">
            <w:pPr>
              <w:keepNext/>
              <w:spacing w:after="10" w:line="240" w:lineRule="auto"/>
            </w:pPr>
            <w:r>
              <w:rPr>
                <w:b/>
                <w:sz w:val="18"/>
              </w:rPr>
              <w:t xml:space="preserve">(iii) </w:t>
            </w:r>
            <w:r>
              <w:rPr>
                <w:sz w:val="18"/>
              </w:rPr>
              <w:t>A family saves part of its income instead of spending it. Give one benefit and one cost of that choice.</w:t>
            </w:r>
          </w:p>
          <w:p w14:paraId="00887116" w14:textId="77777777" w:rsidR="002516E4" w:rsidRDefault="00A3491C">
            <w:pPr>
              <w:spacing w:after="30" w:line="240" w:lineRule="auto"/>
            </w:pPr>
            <w:r>
              <w:rPr>
                <w:b/>
                <w:sz w:val="18"/>
              </w:rPr>
              <w:t xml:space="preserve">Answer. </w:t>
            </w:r>
            <w:r>
              <w:rPr>
                <w:i/>
                <w:sz w:val="18"/>
              </w:rPr>
              <w:t>Benefit: money set aside for later, and any interest it earns. Cost: the goods they could have had now.</w:t>
            </w:r>
          </w:p>
        </w:tc>
      </w:tr>
    </w:tbl>
    <w:p w14:paraId="475B91FD" w14:textId="77777777" w:rsidR="002516E4" w:rsidRDefault="002516E4">
      <w:pPr>
        <w:spacing w:after="0"/>
        <w:rPr>
          <w:sz w:val="6"/>
        </w:rPr>
      </w:pPr>
    </w:p>
    <w:p w14:paraId="1EFC6EEA" w14:textId="77777777" w:rsidR="002516E4" w:rsidRDefault="00A3491C">
      <w:pPr>
        <w:keepNext/>
        <w:pageBreakBefore/>
        <w:spacing w:after="40"/>
      </w:pPr>
      <w:r>
        <w:rPr>
          <w:b/>
          <w:sz w:val="25"/>
        </w:rPr>
        <w:lastRenderedPageBreak/>
        <w:t>WEEK 3. Business: ownership, liability and choosing a structure. Economics: specialisation, money, and economic systems at Year 12.</w:t>
      </w:r>
    </w:p>
    <w:p w14:paraId="5537DAA0" w14:textId="77777777" w:rsidR="002516E4" w:rsidRDefault="00A3491C">
      <w:pPr>
        <w:keepNext/>
      </w:pPr>
      <w:r>
        <w:rPr>
          <w:i/>
          <w:color w:val="555555"/>
          <w:sz w:val="20"/>
        </w:rPr>
        <w:t>Two recall questions in every set from here. This is the week the design starts to work, and the week to say out loud why the questions repeat.</w:t>
      </w:r>
    </w:p>
    <w:tbl>
      <w:tblPr>
        <w:tblStyle w:val="TableGrid"/>
        <w:tblW w:w="0" w:type="auto"/>
        <w:tblLayout w:type="fixed"/>
        <w:tblLook w:val="04A0" w:firstRow="1" w:lastRow="0" w:firstColumn="1" w:lastColumn="0" w:noHBand="0" w:noVBand="1"/>
      </w:tblPr>
      <w:tblGrid>
        <w:gridCol w:w="10103"/>
      </w:tblGrid>
      <w:tr w:rsidR="002516E4" w14:paraId="3838C3AE" w14:textId="77777777">
        <w:trPr>
          <w:cantSplit/>
        </w:trPr>
        <w:tc>
          <w:tcPr>
            <w:tcW w:w="10103" w:type="dxa"/>
          </w:tcPr>
          <w:p w14:paraId="5ACB213D" w14:textId="77777777" w:rsidR="002516E4" w:rsidRDefault="00A3491C">
            <w:pPr>
              <w:keepNext/>
              <w:spacing w:after="24" w:line="240" w:lineRule="auto"/>
            </w:pPr>
            <w:r>
              <w:rPr>
                <w:b/>
                <w:sz w:val="18"/>
              </w:rPr>
              <w:t>WEEK 3  ·  BUSINESS  ·  STARTER A      Level: GCSE and Y12</w:t>
            </w:r>
          </w:p>
          <w:p w14:paraId="3DC6F754" w14:textId="77777777" w:rsidR="002516E4" w:rsidRDefault="00A3491C">
            <w:pPr>
              <w:keepNext/>
              <w:spacing w:after="30" w:line="240" w:lineRule="auto"/>
            </w:pPr>
            <w:r>
              <w:rPr>
                <w:b/>
                <w:sz w:val="20"/>
              </w:rPr>
              <w:t>Sole trader and partnership</w:t>
            </w:r>
          </w:p>
          <w:p w14:paraId="150B2703" w14:textId="77777777" w:rsidR="002516E4" w:rsidRDefault="00A3491C">
            <w:pPr>
              <w:keepNext/>
              <w:spacing w:after="20" w:line="240" w:lineRule="auto"/>
            </w:pPr>
            <w:r>
              <w:rPr>
                <w:b/>
                <w:sz w:val="19"/>
              </w:rPr>
              <w:t xml:space="preserve">1. </w:t>
            </w:r>
            <w:r>
              <w:rPr>
                <w:sz w:val="19"/>
              </w:rPr>
              <w:t>Define sole trader, and give one advantage of trading that way.</w:t>
            </w:r>
          </w:p>
          <w:p w14:paraId="67E45B3B" w14:textId="77777777" w:rsidR="002516E4" w:rsidRDefault="00A3491C">
            <w:pPr>
              <w:keepNext/>
              <w:spacing w:after="20" w:line="240" w:lineRule="auto"/>
            </w:pPr>
            <w:r>
              <w:rPr>
                <w:b/>
                <w:sz w:val="19"/>
              </w:rPr>
              <w:t xml:space="preserve">2. </w:t>
            </w:r>
            <w:r>
              <w:rPr>
                <w:sz w:val="19"/>
              </w:rPr>
              <w:t>What does unlimited liability mean, in plain words, and what can it cost someone?</w:t>
            </w:r>
          </w:p>
          <w:p w14:paraId="3E8CC8AA" w14:textId="77777777" w:rsidR="002516E4" w:rsidRDefault="00A3491C">
            <w:pPr>
              <w:keepNext/>
              <w:spacing w:after="20" w:line="240" w:lineRule="auto"/>
            </w:pPr>
            <w:r>
              <w:rPr>
                <w:b/>
                <w:sz w:val="19"/>
              </w:rPr>
              <w:t xml:space="preserve">3. </w:t>
            </w:r>
            <w:r>
              <w:rPr>
                <w:sz w:val="19"/>
              </w:rPr>
              <w:t>Give one advantage and one drawback of taking a partner.</w:t>
            </w:r>
          </w:p>
          <w:p w14:paraId="39FB009E" w14:textId="77777777" w:rsidR="002516E4" w:rsidRDefault="00A3491C">
            <w:pPr>
              <w:keepNext/>
              <w:spacing w:after="20" w:line="240" w:lineRule="auto"/>
            </w:pPr>
            <w:r>
              <w:rPr>
                <w:b/>
                <w:sz w:val="19"/>
              </w:rPr>
              <w:t xml:space="preserve">4. [BACK TO WEEK 2] </w:t>
            </w:r>
            <w:r>
              <w:rPr>
                <w:sz w:val="19"/>
              </w:rPr>
              <w:t>Give two reasons a new business does not survive its first year.</w:t>
            </w:r>
          </w:p>
          <w:p w14:paraId="6D538596" w14:textId="77777777" w:rsidR="002516E4" w:rsidRDefault="00A3491C">
            <w:pPr>
              <w:keepNext/>
              <w:spacing w:after="20" w:line="240" w:lineRule="auto"/>
            </w:pPr>
            <w:r>
              <w:rPr>
                <w:b/>
                <w:sz w:val="19"/>
              </w:rPr>
              <w:t xml:space="preserve">5. [BACK TO WEEK 1] </w:t>
            </w:r>
            <w:r>
              <w:rPr>
                <w:sz w:val="19"/>
              </w:rPr>
              <w:t>What is the difference between a customer and a consumer?</w:t>
            </w:r>
          </w:p>
        </w:tc>
      </w:tr>
      <w:tr w:rsidR="002516E4" w14:paraId="062938FA" w14:textId="77777777">
        <w:trPr>
          <w:cantSplit/>
        </w:trPr>
        <w:tc>
          <w:tcPr>
            <w:tcW w:w="10103" w:type="dxa"/>
            <w:shd w:val="clear" w:color="auto" w:fill="F0F0F0"/>
          </w:tcPr>
          <w:p w14:paraId="74B7AB2C" w14:textId="77777777" w:rsidR="002516E4" w:rsidRDefault="00A3491C">
            <w:pPr>
              <w:keepNext/>
              <w:spacing w:after="24" w:line="240" w:lineRule="auto"/>
            </w:pPr>
            <w:r>
              <w:rPr>
                <w:b/>
                <w:sz w:val="18"/>
              </w:rPr>
              <w:t>ANSWERS  3A</w:t>
            </w:r>
          </w:p>
          <w:p w14:paraId="452EA355" w14:textId="77777777" w:rsidR="002516E4" w:rsidRDefault="00A3491C">
            <w:pPr>
              <w:keepNext/>
              <w:spacing w:after="14" w:line="240" w:lineRule="auto"/>
            </w:pPr>
            <w:r>
              <w:rPr>
                <w:b/>
                <w:sz w:val="18"/>
              </w:rPr>
              <w:t xml:space="preserve">1. </w:t>
            </w:r>
            <w:r>
              <w:rPr>
                <w:sz w:val="18"/>
              </w:rPr>
              <w:t>A business owned and run by one person, with no separate legal identity from the owner. It is quick and cheap to set up, and the owner keeps all the profit and makes every decision.</w:t>
            </w:r>
          </w:p>
          <w:p w14:paraId="293CC088" w14:textId="77777777" w:rsidR="002516E4" w:rsidRDefault="00A3491C">
            <w:pPr>
              <w:keepNext/>
              <w:spacing w:after="14" w:line="240" w:lineRule="auto"/>
            </w:pPr>
            <w:r>
              <w:rPr>
                <w:b/>
                <w:sz w:val="18"/>
              </w:rPr>
              <w:t xml:space="preserve">2. </w:t>
            </w:r>
            <w:r>
              <w:rPr>
                <w:sz w:val="18"/>
              </w:rPr>
              <w:t>The owner and the business are the same in law, so business debts are the owner's personal debts. If the business cannot pay, personal possessions such as savings, a car or a house can be taken.</w:t>
            </w:r>
          </w:p>
          <w:p w14:paraId="1AB2F448" w14:textId="77777777" w:rsidR="002516E4" w:rsidRDefault="00A3491C">
            <w:pPr>
              <w:keepNext/>
              <w:spacing w:after="14" w:line="240" w:lineRule="auto"/>
            </w:pPr>
            <w:r>
              <w:rPr>
                <w:b/>
                <w:sz w:val="18"/>
              </w:rPr>
              <w:t xml:space="preserve">3. </w:t>
            </w:r>
            <w:r>
              <w:rPr>
                <w:sz w:val="18"/>
              </w:rPr>
              <w:t>Advantage: more money to start with, a second set of skills and a shared workload. Drawback: the profit is shared, decisions have to be agreed, and each partner is liable for the other's business debts.</w:t>
            </w:r>
          </w:p>
          <w:p w14:paraId="5E521D96" w14:textId="77777777" w:rsidR="002516E4" w:rsidRDefault="00A3491C">
            <w:pPr>
              <w:keepNext/>
              <w:spacing w:after="14" w:line="240" w:lineRule="auto"/>
            </w:pPr>
            <w:r>
              <w:rPr>
                <w:b/>
                <w:sz w:val="18"/>
              </w:rPr>
              <w:t xml:space="preserve">4. </w:t>
            </w:r>
            <w:r>
              <w:rPr>
                <w:sz w:val="18"/>
              </w:rPr>
              <w:t>Any two of: running out of cash, too few customers, costs higher than expected, poor record keeping, a market smaller than the owner thought.</w:t>
            </w:r>
          </w:p>
          <w:p w14:paraId="0F45DC83" w14:textId="77777777" w:rsidR="002516E4" w:rsidRDefault="00A3491C">
            <w:pPr>
              <w:spacing w:after="14" w:line="240" w:lineRule="auto"/>
            </w:pPr>
            <w:r>
              <w:rPr>
                <w:b/>
                <w:sz w:val="18"/>
              </w:rPr>
              <w:t xml:space="preserve">5. </w:t>
            </w:r>
            <w:r>
              <w:rPr>
                <w:sz w:val="18"/>
              </w:rPr>
              <w:t>The customer buys the product, the consumer uses it.</w:t>
            </w:r>
          </w:p>
        </w:tc>
      </w:tr>
    </w:tbl>
    <w:p w14:paraId="767B88D0"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3320F1B2" w14:textId="77777777">
        <w:trPr>
          <w:cantSplit/>
        </w:trPr>
        <w:tc>
          <w:tcPr>
            <w:tcW w:w="10103" w:type="dxa"/>
          </w:tcPr>
          <w:p w14:paraId="7C3C8407" w14:textId="77777777" w:rsidR="002516E4" w:rsidRDefault="00A3491C">
            <w:pPr>
              <w:keepNext/>
              <w:spacing w:after="24" w:line="240" w:lineRule="auto"/>
            </w:pPr>
            <w:r>
              <w:rPr>
                <w:b/>
                <w:sz w:val="18"/>
              </w:rPr>
              <w:t>WEEK 3  ·  BUSINESS  ·  STARTER B      Level: GCSE and Y12</w:t>
            </w:r>
          </w:p>
          <w:p w14:paraId="38A1F31C" w14:textId="77777777" w:rsidR="002516E4" w:rsidRDefault="00A3491C">
            <w:pPr>
              <w:keepNext/>
              <w:spacing w:after="30" w:line="240" w:lineRule="auto"/>
            </w:pPr>
            <w:r>
              <w:rPr>
                <w:b/>
                <w:sz w:val="20"/>
              </w:rPr>
              <w:t>Limited companies</w:t>
            </w:r>
          </w:p>
          <w:p w14:paraId="37F848AC" w14:textId="77777777" w:rsidR="002516E4" w:rsidRDefault="00A3491C">
            <w:pPr>
              <w:keepNext/>
              <w:spacing w:after="20" w:line="240" w:lineRule="auto"/>
            </w:pPr>
            <w:r>
              <w:rPr>
                <w:b/>
                <w:sz w:val="19"/>
              </w:rPr>
              <w:t xml:space="preserve">1. </w:t>
            </w:r>
            <w:r>
              <w:rPr>
                <w:sz w:val="19"/>
              </w:rPr>
              <w:t>What is a shareholder, and what is a dividend?</w:t>
            </w:r>
          </w:p>
          <w:p w14:paraId="4B08BD9C" w14:textId="77777777" w:rsidR="002516E4" w:rsidRDefault="00A3491C">
            <w:pPr>
              <w:keepNext/>
              <w:spacing w:after="20" w:line="240" w:lineRule="auto"/>
            </w:pPr>
            <w:r>
              <w:rPr>
                <w:b/>
                <w:sz w:val="19"/>
              </w:rPr>
              <w:t xml:space="preserve">2. </w:t>
            </w:r>
            <w:r>
              <w:rPr>
                <w:sz w:val="19"/>
              </w:rPr>
              <w:t>What is the difference between a private limited company and a public limited company?</w:t>
            </w:r>
          </w:p>
          <w:p w14:paraId="295EDC52" w14:textId="77777777" w:rsidR="002516E4" w:rsidRDefault="00A3491C">
            <w:pPr>
              <w:keepNext/>
              <w:spacing w:after="20" w:line="240" w:lineRule="auto"/>
            </w:pPr>
            <w:r>
              <w:rPr>
                <w:b/>
                <w:sz w:val="19"/>
              </w:rPr>
              <w:t xml:space="preserve">3. </w:t>
            </w:r>
            <w:r>
              <w:rPr>
                <w:sz w:val="19"/>
              </w:rPr>
              <w:t>Give one drawback of becoming a public limited company.</w:t>
            </w:r>
          </w:p>
          <w:p w14:paraId="3736F6AE" w14:textId="77777777" w:rsidR="002516E4" w:rsidRDefault="00A3491C">
            <w:pPr>
              <w:keepNext/>
              <w:spacing w:after="20" w:line="240" w:lineRule="auto"/>
            </w:pPr>
            <w:r>
              <w:rPr>
                <w:b/>
                <w:sz w:val="19"/>
              </w:rPr>
              <w:t xml:space="preserve">4. [BACK TO WEEK 2] </w:t>
            </w:r>
            <w:r>
              <w:rPr>
                <w:sz w:val="19"/>
              </w:rPr>
              <w:t>What is the difference between an idea and an opportunity?</w:t>
            </w:r>
          </w:p>
          <w:p w14:paraId="52A2303A" w14:textId="77777777" w:rsidR="002516E4" w:rsidRDefault="00A3491C">
            <w:pPr>
              <w:keepNext/>
              <w:spacing w:after="20" w:line="240" w:lineRule="auto"/>
            </w:pPr>
            <w:r>
              <w:rPr>
                <w:b/>
                <w:sz w:val="19"/>
              </w:rPr>
              <w:t xml:space="preserve">5. [BACK TO WEEK 1] </w:t>
            </w:r>
            <w:r>
              <w:rPr>
                <w:sz w:val="19"/>
              </w:rPr>
              <w:t>Name the three sectors of industry, and place a farm, a car plant and a bank.</w:t>
            </w:r>
          </w:p>
        </w:tc>
      </w:tr>
      <w:tr w:rsidR="002516E4" w14:paraId="6E0A93FA" w14:textId="77777777">
        <w:trPr>
          <w:cantSplit/>
        </w:trPr>
        <w:tc>
          <w:tcPr>
            <w:tcW w:w="10103" w:type="dxa"/>
            <w:shd w:val="clear" w:color="auto" w:fill="F0F0F0"/>
          </w:tcPr>
          <w:p w14:paraId="11E4FE3A" w14:textId="77777777" w:rsidR="002516E4" w:rsidRDefault="00A3491C">
            <w:pPr>
              <w:keepNext/>
              <w:spacing w:after="24" w:line="240" w:lineRule="auto"/>
            </w:pPr>
            <w:r>
              <w:rPr>
                <w:b/>
                <w:sz w:val="18"/>
              </w:rPr>
              <w:t>ANSWERS  3B</w:t>
            </w:r>
          </w:p>
          <w:p w14:paraId="18F9B244" w14:textId="77777777" w:rsidR="002516E4" w:rsidRDefault="00A3491C">
            <w:pPr>
              <w:keepNext/>
              <w:spacing w:after="14" w:line="240" w:lineRule="auto"/>
            </w:pPr>
            <w:r>
              <w:rPr>
                <w:b/>
                <w:sz w:val="18"/>
              </w:rPr>
              <w:t xml:space="preserve">1. </w:t>
            </w:r>
            <w:r>
              <w:rPr>
                <w:sz w:val="18"/>
              </w:rPr>
              <w:t>A shareholder owns a share of a company, which gives them a vote and a right to a share of the profit. A dividend is that share of the profit, paid out as an amount per share.</w:t>
            </w:r>
          </w:p>
          <w:p w14:paraId="3E38A136" w14:textId="77777777" w:rsidR="002516E4" w:rsidRDefault="00A3491C">
            <w:pPr>
              <w:keepNext/>
              <w:spacing w:after="14" w:line="240" w:lineRule="auto"/>
            </w:pPr>
            <w:r>
              <w:rPr>
                <w:b/>
                <w:sz w:val="18"/>
              </w:rPr>
              <w:t xml:space="preserve">2. </w:t>
            </w:r>
            <w:r>
              <w:rPr>
                <w:sz w:val="18"/>
              </w:rPr>
              <w:t>A private limited company sells its shares privately, usually to family, friends or invited investors. A public limited company can sell its shares to the public on the stock market.</w:t>
            </w:r>
          </w:p>
          <w:p w14:paraId="1D8D6B89" w14:textId="77777777" w:rsidR="002516E4" w:rsidRDefault="00A3491C">
            <w:pPr>
              <w:keepNext/>
              <w:spacing w:after="14" w:line="240" w:lineRule="auto"/>
            </w:pPr>
            <w:r>
              <w:rPr>
                <w:b/>
                <w:sz w:val="18"/>
              </w:rPr>
              <w:t xml:space="preserve">3. </w:t>
            </w:r>
            <w:r>
              <w:rPr>
                <w:sz w:val="18"/>
              </w:rPr>
              <w:t>Any one of: anyone can buy the shares so control can be lost, the accounts are public, floating is expensive, shareholders push for short-term profit.</w:t>
            </w:r>
          </w:p>
          <w:p w14:paraId="55633538" w14:textId="77777777" w:rsidR="002516E4" w:rsidRDefault="00A3491C">
            <w:pPr>
              <w:keepNext/>
              <w:spacing w:after="14" w:line="240" w:lineRule="auto"/>
            </w:pPr>
            <w:r>
              <w:rPr>
                <w:b/>
                <w:sz w:val="18"/>
              </w:rPr>
              <w:t xml:space="preserve">4. </w:t>
            </w:r>
            <w:r>
              <w:rPr>
                <w:sz w:val="18"/>
              </w:rPr>
              <w:t>An idea is something you could make. An opportunity is something people will pay for, at a price that covers the cost.</w:t>
            </w:r>
          </w:p>
          <w:p w14:paraId="59FD8600" w14:textId="77777777" w:rsidR="002516E4" w:rsidRDefault="00A3491C">
            <w:pPr>
              <w:spacing w:after="14" w:line="240" w:lineRule="auto"/>
            </w:pPr>
            <w:r>
              <w:rPr>
                <w:b/>
                <w:sz w:val="18"/>
              </w:rPr>
              <w:t xml:space="preserve">5. </w:t>
            </w:r>
            <w:r>
              <w:rPr>
                <w:sz w:val="18"/>
              </w:rPr>
              <w:t>Primary, secondary and tertiary. A farm is primary, a car plant is secondary, a bank is tertiary.</w:t>
            </w:r>
          </w:p>
        </w:tc>
      </w:tr>
    </w:tbl>
    <w:p w14:paraId="26DBBFD4"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717EB5BF" w14:textId="77777777">
        <w:trPr>
          <w:cantSplit/>
        </w:trPr>
        <w:tc>
          <w:tcPr>
            <w:tcW w:w="10103" w:type="dxa"/>
          </w:tcPr>
          <w:p w14:paraId="575AF1F8" w14:textId="77777777" w:rsidR="002516E4" w:rsidRDefault="00A3491C">
            <w:pPr>
              <w:keepNext/>
              <w:spacing w:after="24" w:line="240" w:lineRule="auto"/>
            </w:pPr>
            <w:r>
              <w:rPr>
                <w:b/>
                <w:sz w:val="18"/>
              </w:rPr>
              <w:t>WEEK 3  ·  BUSINESS  ·  STARTER C      Level: GCSE and Y12</w:t>
            </w:r>
          </w:p>
          <w:p w14:paraId="57019BA5" w14:textId="77777777" w:rsidR="002516E4" w:rsidRDefault="00A3491C">
            <w:pPr>
              <w:keepNext/>
              <w:spacing w:after="30" w:line="240" w:lineRule="auto"/>
            </w:pPr>
            <w:r>
              <w:rPr>
                <w:b/>
                <w:sz w:val="20"/>
              </w:rPr>
              <w:t>Choosing a structure</w:t>
            </w:r>
          </w:p>
          <w:p w14:paraId="73BD0000" w14:textId="77777777" w:rsidR="002516E4" w:rsidRDefault="00A3491C">
            <w:pPr>
              <w:keepNext/>
              <w:spacing w:after="20" w:line="240" w:lineRule="auto"/>
            </w:pPr>
            <w:r>
              <w:rPr>
                <w:b/>
                <w:sz w:val="19"/>
              </w:rPr>
              <w:t xml:space="preserve">1. </w:t>
            </w:r>
            <w:r>
              <w:rPr>
                <w:sz w:val="19"/>
              </w:rPr>
              <w:t>Define limited liability.</w:t>
            </w:r>
          </w:p>
          <w:p w14:paraId="34B5F1E4" w14:textId="77777777" w:rsidR="002516E4" w:rsidRDefault="00A3491C">
            <w:pPr>
              <w:keepNext/>
              <w:spacing w:after="20" w:line="240" w:lineRule="auto"/>
            </w:pPr>
            <w:r>
              <w:rPr>
                <w:b/>
                <w:sz w:val="19"/>
              </w:rPr>
              <w:t xml:space="preserve">2. </w:t>
            </w:r>
            <w:r>
              <w:rPr>
                <w:sz w:val="19"/>
              </w:rPr>
              <w:t>Why does limited liability make it easier to raise money from outside?</w:t>
            </w:r>
          </w:p>
          <w:p w14:paraId="430D9544" w14:textId="77777777" w:rsidR="002516E4" w:rsidRDefault="00A3491C">
            <w:pPr>
              <w:keepNext/>
              <w:spacing w:after="20" w:line="240" w:lineRule="auto"/>
            </w:pPr>
            <w:r>
              <w:rPr>
                <w:b/>
                <w:sz w:val="19"/>
              </w:rPr>
              <w:t xml:space="preserve">3. </w:t>
            </w:r>
            <w:r>
              <w:rPr>
                <w:sz w:val="19"/>
              </w:rPr>
              <w:t>A market trader turns over £40,000 a year. Recommend a structure and give one reason.</w:t>
            </w:r>
          </w:p>
          <w:p w14:paraId="7B241895" w14:textId="77777777" w:rsidR="002516E4" w:rsidRDefault="00A3491C">
            <w:pPr>
              <w:keepNext/>
              <w:spacing w:after="20" w:line="240" w:lineRule="auto"/>
            </w:pPr>
            <w:r>
              <w:rPr>
                <w:b/>
                <w:sz w:val="19"/>
              </w:rPr>
              <w:t xml:space="preserve">4. [BACK TO WEEK 2] </w:t>
            </w:r>
            <w:r>
              <w:rPr>
                <w:sz w:val="19"/>
              </w:rPr>
              <w:t>Name three things an entrepreneur does.</w:t>
            </w:r>
          </w:p>
          <w:p w14:paraId="32D005E3" w14:textId="77777777" w:rsidR="002516E4" w:rsidRDefault="00A3491C">
            <w:pPr>
              <w:keepNext/>
              <w:spacing w:after="20" w:line="240" w:lineRule="auto"/>
            </w:pPr>
            <w:r>
              <w:rPr>
                <w:b/>
                <w:sz w:val="19"/>
              </w:rPr>
              <w:t xml:space="preserve">5. [BACK TO WEEK 1] </w:t>
            </w:r>
            <w:r>
              <w:rPr>
                <w:sz w:val="19"/>
              </w:rPr>
              <w:t>What does a business do with the resources it buys in?</w:t>
            </w:r>
          </w:p>
        </w:tc>
      </w:tr>
      <w:tr w:rsidR="002516E4" w14:paraId="1DB1B832" w14:textId="77777777">
        <w:trPr>
          <w:cantSplit/>
        </w:trPr>
        <w:tc>
          <w:tcPr>
            <w:tcW w:w="10103" w:type="dxa"/>
            <w:shd w:val="clear" w:color="auto" w:fill="F0F0F0"/>
          </w:tcPr>
          <w:p w14:paraId="250F49E3" w14:textId="77777777" w:rsidR="002516E4" w:rsidRDefault="00A3491C">
            <w:pPr>
              <w:keepNext/>
              <w:spacing w:after="24" w:line="240" w:lineRule="auto"/>
            </w:pPr>
            <w:r>
              <w:rPr>
                <w:b/>
                <w:sz w:val="18"/>
              </w:rPr>
              <w:t>ANSWERS  3C</w:t>
            </w:r>
          </w:p>
          <w:p w14:paraId="569259B6" w14:textId="77777777" w:rsidR="002516E4" w:rsidRDefault="00A3491C">
            <w:pPr>
              <w:keepNext/>
              <w:spacing w:after="14" w:line="240" w:lineRule="auto"/>
            </w:pPr>
            <w:r>
              <w:rPr>
                <w:b/>
                <w:sz w:val="18"/>
              </w:rPr>
              <w:t xml:space="preserve">1. </w:t>
            </w:r>
            <w:r>
              <w:rPr>
                <w:sz w:val="18"/>
              </w:rPr>
              <w:t>The owners are legally separate from the business, so the most they can lose is the money they put in. Personal possessions are not at risk.</w:t>
            </w:r>
          </w:p>
          <w:p w14:paraId="47888990" w14:textId="77777777" w:rsidR="002516E4" w:rsidRDefault="00A3491C">
            <w:pPr>
              <w:keepNext/>
              <w:spacing w:after="14" w:line="240" w:lineRule="auto"/>
            </w:pPr>
            <w:r>
              <w:rPr>
                <w:b/>
                <w:sz w:val="18"/>
              </w:rPr>
              <w:t xml:space="preserve">2. </w:t>
            </w:r>
            <w:r>
              <w:rPr>
                <w:sz w:val="18"/>
              </w:rPr>
              <w:t>An investor knows the most they can lose is their stake, so the risk is capped and they are more willing to put money in.</w:t>
            </w:r>
          </w:p>
          <w:p w14:paraId="5C12291C" w14:textId="77777777" w:rsidR="002516E4" w:rsidRDefault="00A3491C">
            <w:pPr>
              <w:keepNext/>
              <w:spacing w:after="14" w:line="240" w:lineRule="auto"/>
            </w:pPr>
            <w:r>
              <w:rPr>
                <w:b/>
                <w:sz w:val="18"/>
              </w:rPr>
              <w:t xml:space="preserve">3. </w:t>
            </w:r>
            <w:r>
              <w:rPr>
                <w:sz w:val="18"/>
              </w:rPr>
              <w:t>Sole trader. At that size the cost and paperwork of running a company are not worth it, and the owner keeps full control and all the profit.</w:t>
            </w:r>
          </w:p>
          <w:p w14:paraId="3FC0022B" w14:textId="77777777" w:rsidR="002516E4" w:rsidRDefault="00A3491C">
            <w:pPr>
              <w:keepNext/>
              <w:spacing w:after="14" w:line="240" w:lineRule="auto"/>
            </w:pPr>
            <w:r>
              <w:rPr>
                <w:b/>
                <w:sz w:val="18"/>
              </w:rPr>
              <w:t xml:space="preserve">4. </w:t>
            </w:r>
            <w:r>
              <w:rPr>
                <w:sz w:val="18"/>
              </w:rPr>
              <w:t>Any three of: spots an opportunity, raises the money, organises the other factors of production, carries the risk, makes the decisions, hires and manages people.</w:t>
            </w:r>
          </w:p>
          <w:p w14:paraId="44201425" w14:textId="77777777" w:rsidR="002516E4" w:rsidRDefault="00A3491C">
            <w:pPr>
              <w:spacing w:after="14" w:line="240" w:lineRule="auto"/>
            </w:pPr>
            <w:r>
              <w:rPr>
                <w:b/>
                <w:sz w:val="18"/>
              </w:rPr>
              <w:t xml:space="preserve">5. </w:t>
            </w:r>
            <w:r>
              <w:rPr>
                <w:sz w:val="18"/>
              </w:rPr>
              <w:t>It combines them and turns them into something customers will pay more for. That difference is added value.</w:t>
            </w:r>
          </w:p>
        </w:tc>
      </w:tr>
    </w:tbl>
    <w:p w14:paraId="45F40718" w14:textId="77777777" w:rsidR="002516E4" w:rsidRDefault="002516E4">
      <w:pPr>
        <w:pageBreakBefore/>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4E578F4F" w14:textId="77777777">
        <w:trPr>
          <w:cantSplit/>
        </w:trPr>
        <w:tc>
          <w:tcPr>
            <w:tcW w:w="10103" w:type="dxa"/>
          </w:tcPr>
          <w:p w14:paraId="3DC0EEA6" w14:textId="77777777" w:rsidR="002516E4" w:rsidRDefault="00A3491C">
            <w:pPr>
              <w:keepNext/>
              <w:spacing w:after="24" w:line="240" w:lineRule="auto"/>
            </w:pPr>
            <w:r>
              <w:rPr>
                <w:b/>
                <w:sz w:val="18"/>
              </w:rPr>
              <w:t>WEEK 3  ·  ECONOMICS  ·  STARTER A      Level: GCSE and Y12</w:t>
            </w:r>
          </w:p>
          <w:p w14:paraId="2D90225C" w14:textId="77777777" w:rsidR="002516E4" w:rsidRDefault="00A3491C">
            <w:pPr>
              <w:keepNext/>
              <w:spacing w:after="30" w:line="240" w:lineRule="auto"/>
            </w:pPr>
            <w:r>
              <w:rPr>
                <w:b/>
                <w:sz w:val="20"/>
              </w:rPr>
              <w:t>Specialisation and the division of labour</w:t>
            </w:r>
          </w:p>
          <w:p w14:paraId="0D82E4EA" w14:textId="77777777" w:rsidR="002516E4" w:rsidRDefault="00A3491C">
            <w:pPr>
              <w:keepNext/>
              <w:spacing w:after="20" w:line="240" w:lineRule="auto"/>
            </w:pPr>
            <w:r>
              <w:rPr>
                <w:b/>
                <w:sz w:val="19"/>
              </w:rPr>
              <w:t xml:space="preserve">1. </w:t>
            </w:r>
            <w:r>
              <w:rPr>
                <w:sz w:val="19"/>
              </w:rPr>
              <w:t>Define specialisation.</w:t>
            </w:r>
          </w:p>
          <w:p w14:paraId="71948F0A" w14:textId="77777777" w:rsidR="002516E4" w:rsidRDefault="00A3491C">
            <w:pPr>
              <w:keepNext/>
              <w:spacing w:after="20" w:line="240" w:lineRule="auto"/>
            </w:pPr>
            <w:r>
              <w:rPr>
                <w:b/>
                <w:sz w:val="19"/>
              </w:rPr>
              <w:t xml:space="preserve">2. </w:t>
            </w:r>
            <w:r>
              <w:rPr>
                <w:sz w:val="19"/>
              </w:rPr>
              <w:t>Define the division of labour.</w:t>
            </w:r>
          </w:p>
          <w:p w14:paraId="6B406F03" w14:textId="77777777" w:rsidR="002516E4" w:rsidRDefault="00A3491C">
            <w:pPr>
              <w:keepNext/>
              <w:spacing w:after="20" w:line="240" w:lineRule="auto"/>
            </w:pPr>
            <w:r>
              <w:rPr>
                <w:b/>
                <w:sz w:val="19"/>
              </w:rPr>
              <w:t xml:space="preserve">3. </w:t>
            </w:r>
            <w:r>
              <w:rPr>
                <w:sz w:val="19"/>
              </w:rPr>
              <w:t>Give one advantage and one drawback of the division of labour.</w:t>
            </w:r>
          </w:p>
          <w:p w14:paraId="21EFB403" w14:textId="77777777" w:rsidR="002516E4" w:rsidRDefault="00A3491C">
            <w:pPr>
              <w:keepNext/>
              <w:spacing w:after="20" w:line="240" w:lineRule="auto"/>
            </w:pPr>
            <w:r>
              <w:rPr>
                <w:b/>
                <w:sz w:val="19"/>
              </w:rPr>
              <w:t xml:space="preserve">4. [BACK TO WEEK 2] </w:t>
            </w:r>
            <w:r>
              <w:rPr>
                <w:sz w:val="19"/>
              </w:rPr>
              <w:t>Define opportunity cost.</w:t>
            </w:r>
          </w:p>
          <w:p w14:paraId="03D99C8D" w14:textId="77777777" w:rsidR="002516E4" w:rsidRDefault="00A3491C">
            <w:pPr>
              <w:keepNext/>
              <w:spacing w:after="20" w:line="240" w:lineRule="auto"/>
            </w:pPr>
            <w:r>
              <w:rPr>
                <w:b/>
                <w:sz w:val="19"/>
              </w:rPr>
              <w:t xml:space="preserve">5. [BACK TO WEEK 1] </w:t>
            </w:r>
            <w:r>
              <w:rPr>
                <w:sz w:val="19"/>
              </w:rPr>
              <w:t>Give one example of a free good and say why it is free.</w:t>
            </w:r>
          </w:p>
        </w:tc>
      </w:tr>
      <w:tr w:rsidR="002516E4" w14:paraId="7C92014B" w14:textId="77777777">
        <w:trPr>
          <w:cantSplit/>
        </w:trPr>
        <w:tc>
          <w:tcPr>
            <w:tcW w:w="10103" w:type="dxa"/>
            <w:shd w:val="clear" w:color="auto" w:fill="F0F0F0"/>
          </w:tcPr>
          <w:p w14:paraId="1021AB7C" w14:textId="77777777" w:rsidR="002516E4" w:rsidRDefault="00A3491C">
            <w:pPr>
              <w:keepNext/>
              <w:spacing w:after="24" w:line="240" w:lineRule="auto"/>
            </w:pPr>
            <w:r>
              <w:rPr>
                <w:b/>
                <w:sz w:val="18"/>
              </w:rPr>
              <w:t>ANSWERS  3A</w:t>
            </w:r>
          </w:p>
          <w:p w14:paraId="76BC6918" w14:textId="77777777" w:rsidR="002516E4" w:rsidRDefault="00A3491C">
            <w:pPr>
              <w:keepNext/>
              <w:spacing w:after="14" w:line="240" w:lineRule="auto"/>
            </w:pPr>
            <w:r>
              <w:rPr>
                <w:b/>
                <w:sz w:val="18"/>
              </w:rPr>
              <w:t xml:space="preserve">1. </w:t>
            </w:r>
            <w:r>
              <w:rPr>
                <w:sz w:val="18"/>
              </w:rPr>
              <w:t>Concentrating on producing a limited range of goods, or on one task, rather than trying to do everything.</w:t>
            </w:r>
          </w:p>
          <w:p w14:paraId="3518AEA3" w14:textId="77777777" w:rsidR="002516E4" w:rsidRDefault="00A3491C">
            <w:pPr>
              <w:keepNext/>
              <w:spacing w:after="14" w:line="240" w:lineRule="auto"/>
            </w:pPr>
            <w:r>
              <w:rPr>
                <w:b/>
                <w:sz w:val="18"/>
              </w:rPr>
              <w:t xml:space="preserve">2. </w:t>
            </w:r>
            <w:r>
              <w:rPr>
                <w:sz w:val="18"/>
              </w:rPr>
              <w:t>Splitting a production process into separate tasks and giving each worker one of them.</w:t>
            </w:r>
          </w:p>
          <w:p w14:paraId="0EF072DE" w14:textId="77777777" w:rsidR="002516E4" w:rsidRDefault="00A3491C">
            <w:pPr>
              <w:keepNext/>
              <w:spacing w:after="14" w:line="240" w:lineRule="auto"/>
            </w:pPr>
            <w:r>
              <w:rPr>
                <w:b/>
                <w:sz w:val="18"/>
              </w:rPr>
              <w:t xml:space="preserve">3. </w:t>
            </w:r>
            <w:r>
              <w:rPr>
                <w:sz w:val="18"/>
              </w:rPr>
              <w:t>Advantage: workers get faster at a repeated task and output per worker rises. Drawback: the work becomes boring, so motivation and quality fall and staff leave.</w:t>
            </w:r>
          </w:p>
          <w:p w14:paraId="39736559" w14:textId="77777777" w:rsidR="002516E4" w:rsidRDefault="00A3491C">
            <w:pPr>
              <w:keepNext/>
              <w:spacing w:after="14" w:line="240" w:lineRule="auto"/>
            </w:pPr>
            <w:r>
              <w:rPr>
                <w:b/>
                <w:sz w:val="18"/>
              </w:rPr>
              <w:t xml:space="preserve">4. </w:t>
            </w:r>
            <w:r>
              <w:rPr>
                <w:sz w:val="18"/>
              </w:rPr>
              <w:t>The next best alternative that is given up when a choice is made.</w:t>
            </w:r>
          </w:p>
          <w:p w14:paraId="1B03D1BD" w14:textId="77777777" w:rsidR="002516E4" w:rsidRDefault="00A3491C">
            <w:pPr>
              <w:spacing w:after="14" w:line="240" w:lineRule="auto"/>
            </w:pPr>
            <w:r>
              <w:rPr>
                <w:b/>
                <w:sz w:val="18"/>
              </w:rPr>
              <w:t xml:space="preserve">5. </w:t>
            </w:r>
            <w:r>
              <w:rPr>
                <w:sz w:val="18"/>
              </w:rPr>
              <w:t>Sunlight. There is enough for everyone, so using it costs nobody anything.</w:t>
            </w:r>
          </w:p>
        </w:tc>
      </w:tr>
    </w:tbl>
    <w:p w14:paraId="08489EF3"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741BE194" w14:textId="77777777">
        <w:trPr>
          <w:cantSplit/>
        </w:trPr>
        <w:tc>
          <w:tcPr>
            <w:tcW w:w="10103" w:type="dxa"/>
          </w:tcPr>
          <w:p w14:paraId="650677C3" w14:textId="77777777" w:rsidR="002516E4" w:rsidRDefault="00A3491C">
            <w:pPr>
              <w:keepNext/>
              <w:spacing w:after="24" w:line="240" w:lineRule="auto"/>
            </w:pPr>
            <w:r>
              <w:rPr>
                <w:b/>
                <w:sz w:val="18"/>
              </w:rPr>
              <w:t>WEEK 3  ·  ECONOMICS  ·  STARTER B      Level: GCSE and Y12</w:t>
            </w:r>
          </w:p>
          <w:p w14:paraId="442D697A" w14:textId="77777777" w:rsidR="002516E4" w:rsidRDefault="00A3491C">
            <w:pPr>
              <w:keepNext/>
              <w:spacing w:after="30" w:line="240" w:lineRule="auto"/>
            </w:pPr>
            <w:r>
              <w:rPr>
                <w:b/>
                <w:sz w:val="20"/>
              </w:rPr>
              <w:t>Money</w:t>
            </w:r>
          </w:p>
          <w:p w14:paraId="1D344DE8" w14:textId="77777777" w:rsidR="002516E4" w:rsidRDefault="00A3491C">
            <w:pPr>
              <w:keepNext/>
              <w:spacing w:after="20" w:line="240" w:lineRule="auto"/>
            </w:pPr>
            <w:r>
              <w:rPr>
                <w:b/>
                <w:sz w:val="19"/>
              </w:rPr>
              <w:t xml:space="preserve">1. </w:t>
            </w:r>
            <w:r>
              <w:rPr>
                <w:sz w:val="19"/>
              </w:rPr>
              <w:t>Why can specialisation not work without money?</w:t>
            </w:r>
          </w:p>
          <w:p w14:paraId="7A9D75EC" w14:textId="77777777" w:rsidR="002516E4" w:rsidRDefault="00A3491C">
            <w:pPr>
              <w:keepNext/>
              <w:spacing w:after="20" w:line="240" w:lineRule="auto"/>
            </w:pPr>
            <w:r>
              <w:rPr>
                <w:b/>
                <w:sz w:val="19"/>
              </w:rPr>
              <w:t xml:space="preserve">2. </w:t>
            </w:r>
            <w:r>
              <w:rPr>
                <w:sz w:val="19"/>
              </w:rPr>
              <w:t>Name the four functions of money.</w:t>
            </w:r>
          </w:p>
          <w:p w14:paraId="05C1EB3B" w14:textId="77777777" w:rsidR="002516E4" w:rsidRDefault="00A3491C">
            <w:pPr>
              <w:keepNext/>
              <w:spacing w:after="20" w:line="240" w:lineRule="auto"/>
            </w:pPr>
            <w:r>
              <w:rPr>
                <w:b/>
                <w:sz w:val="19"/>
              </w:rPr>
              <w:t xml:space="preserve">3. </w:t>
            </w:r>
            <w:r>
              <w:rPr>
                <w:sz w:val="19"/>
              </w:rPr>
              <w:t>Give one problem with barter.</w:t>
            </w:r>
          </w:p>
          <w:p w14:paraId="7B69D9B9" w14:textId="77777777" w:rsidR="002516E4" w:rsidRDefault="00A3491C">
            <w:pPr>
              <w:keepNext/>
              <w:spacing w:after="20" w:line="240" w:lineRule="auto"/>
            </w:pPr>
            <w:r>
              <w:rPr>
                <w:b/>
                <w:sz w:val="19"/>
              </w:rPr>
              <w:t xml:space="preserve">4. [BACK TO WEEK 2] </w:t>
            </w:r>
            <w:r>
              <w:rPr>
                <w:sz w:val="19"/>
              </w:rPr>
              <w:t>Why is opportunity cost not the same thing as the price paid?</w:t>
            </w:r>
          </w:p>
          <w:p w14:paraId="26D27D41" w14:textId="77777777" w:rsidR="002516E4" w:rsidRDefault="00A3491C">
            <w:pPr>
              <w:keepNext/>
              <w:spacing w:after="20" w:line="240" w:lineRule="auto"/>
            </w:pPr>
            <w:r>
              <w:rPr>
                <w:b/>
                <w:sz w:val="19"/>
              </w:rPr>
              <w:t xml:space="preserve">5. [BACK TO WEEK 1] </w:t>
            </w:r>
            <w:r>
              <w:rPr>
                <w:sz w:val="19"/>
              </w:rPr>
              <w:t>Name the four factors of production and the reward paid to each.</w:t>
            </w:r>
          </w:p>
        </w:tc>
      </w:tr>
      <w:tr w:rsidR="002516E4" w14:paraId="791FE790" w14:textId="77777777">
        <w:trPr>
          <w:cantSplit/>
        </w:trPr>
        <w:tc>
          <w:tcPr>
            <w:tcW w:w="10103" w:type="dxa"/>
            <w:shd w:val="clear" w:color="auto" w:fill="F0F0F0"/>
          </w:tcPr>
          <w:p w14:paraId="6CA9E918" w14:textId="77777777" w:rsidR="002516E4" w:rsidRDefault="00A3491C">
            <w:pPr>
              <w:keepNext/>
              <w:spacing w:after="24" w:line="240" w:lineRule="auto"/>
            </w:pPr>
            <w:r>
              <w:rPr>
                <w:b/>
                <w:sz w:val="18"/>
              </w:rPr>
              <w:t>ANSWERS  3B</w:t>
            </w:r>
          </w:p>
          <w:p w14:paraId="4D602126" w14:textId="77777777" w:rsidR="002516E4" w:rsidRDefault="00A3491C">
            <w:pPr>
              <w:keepNext/>
              <w:spacing w:after="14" w:line="240" w:lineRule="auto"/>
            </w:pPr>
            <w:r>
              <w:rPr>
                <w:b/>
                <w:sz w:val="18"/>
              </w:rPr>
              <w:t xml:space="preserve">1. </w:t>
            </w:r>
            <w:r>
              <w:rPr>
                <w:sz w:val="18"/>
              </w:rPr>
              <w:t>Specialists produce one thing and need everything else, so they have to trade. Without money they would have to barter, which only works if each side happens to want what the other has.</w:t>
            </w:r>
          </w:p>
          <w:p w14:paraId="7BE48A24" w14:textId="77777777" w:rsidR="002516E4" w:rsidRDefault="00A3491C">
            <w:pPr>
              <w:keepNext/>
              <w:spacing w:after="14" w:line="240" w:lineRule="auto"/>
            </w:pPr>
            <w:r>
              <w:rPr>
                <w:b/>
                <w:sz w:val="18"/>
              </w:rPr>
              <w:t xml:space="preserve">2. </w:t>
            </w:r>
            <w:r>
              <w:rPr>
                <w:sz w:val="18"/>
              </w:rPr>
              <w:t>A medium of exchange, a store of value, a unit of account, and a standard of deferred payment.</w:t>
            </w:r>
          </w:p>
          <w:p w14:paraId="09947108" w14:textId="77777777" w:rsidR="002516E4" w:rsidRDefault="00A3491C">
            <w:pPr>
              <w:keepNext/>
              <w:spacing w:after="14" w:line="240" w:lineRule="auto"/>
            </w:pPr>
            <w:r>
              <w:rPr>
                <w:b/>
                <w:sz w:val="18"/>
              </w:rPr>
              <w:t xml:space="preserve">3. </w:t>
            </w:r>
            <w:r>
              <w:rPr>
                <w:sz w:val="18"/>
              </w:rPr>
              <w:t>Any one of: it needs each side to want what the other has at the same time, many goods cannot be divided up, perishable goods cannot store value, there is no common way of pricing things.</w:t>
            </w:r>
          </w:p>
          <w:p w14:paraId="1EC0ED64" w14:textId="77777777" w:rsidR="002516E4" w:rsidRDefault="00A3491C">
            <w:pPr>
              <w:keepNext/>
              <w:spacing w:after="14" w:line="240" w:lineRule="auto"/>
            </w:pPr>
            <w:r>
              <w:rPr>
                <w:b/>
                <w:sz w:val="18"/>
              </w:rPr>
              <w:t xml:space="preserve">4. </w:t>
            </w:r>
            <w:r>
              <w:rPr>
                <w:sz w:val="18"/>
              </w:rPr>
              <w:t>The price is the money handed over. The opportunity cost is what you gave up to have it, which includes things money does not measure, such as time.</w:t>
            </w:r>
          </w:p>
          <w:p w14:paraId="6A5FD29E" w14:textId="77777777" w:rsidR="002516E4" w:rsidRDefault="00A3491C">
            <w:pPr>
              <w:spacing w:after="14" w:line="240" w:lineRule="auto"/>
            </w:pPr>
            <w:r>
              <w:rPr>
                <w:b/>
                <w:sz w:val="18"/>
              </w:rPr>
              <w:t xml:space="preserve">5. </w:t>
            </w:r>
            <w:r>
              <w:rPr>
                <w:sz w:val="18"/>
              </w:rPr>
              <w:t>Land earns rent, labour earns wages, capital earns interest, enterprise earns profit.</w:t>
            </w:r>
          </w:p>
        </w:tc>
      </w:tr>
    </w:tbl>
    <w:p w14:paraId="58037C4B"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75247CDF" w14:textId="77777777">
        <w:trPr>
          <w:cantSplit/>
        </w:trPr>
        <w:tc>
          <w:tcPr>
            <w:tcW w:w="10103" w:type="dxa"/>
          </w:tcPr>
          <w:p w14:paraId="18C42230" w14:textId="77777777" w:rsidR="002516E4" w:rsidRDefault="00A3491C">
            <w:pPr>
              <w:keepNext/>
              <w:spacing w:after="24" w:line="240" w:lineRule="auto"/>
            </w:pPr>
            <w:r>
              <w:rPr>
                <w:b/>
                <w:sz w:val="18"/>
              </w:rPr>
              <w:t>WEEK 3  ·  ECONOMICS  ·  STARTER C      Level: Y12</w:t>
            </w:r>
          </w:p>
          <w:p w14:paraId="37605637" w14:textId="77777777" w:rsidR="002516E4" w:rsidRDefault="00A3491C">
            <w:pPr>
              <w:keepNext/>
              <w:spacing w:after="30" w:line="240" w:lineRule="auto"/>
            </w:pPr>
            <w:r>
              <w:rPr>
                <w:b/>
                <w:sz w:val="20"/>
              </w:rPr>
              <w:t>Economic systems</w:t>
            </w:r>
          </w:p>
          <w:p w14:paraId="05D86077" w14:textId="77777777" w:rsidR="002516E4" w:rsidRDefault="00A3491C">
            <w:pPr>
              <w:keepNext/>
              <w:spacing w:after="20" w:line="240" w:lineRule="auto"/>
            </w:pPr>
            <w:r>
              <w:rPr>
                <w:b/>
                <w:sz w:val="19"/>
              </w:rPr>
              <w:t xml:space="preserve">1. </w:t>
            </w:r>
            <w:r>
              <w:rPr>
                <w:sz w:val="19"/>
              </w:rPr>
              <w:t>Name the three types of economic system.</w:t>
            </w:r>
          </w:p>
          <w:p w14:paraId="58F95898" w14:textId="77777777" w:rsidR="002516E4" w:rsidRDefault="00A3491C">
            <w:pPr>
              <w:keepNext/>
              <w:spacing w:after="20" w:line="240" w:lineRule="auto"/>
            </w:pPr>
            <w:r>
              <w:rPr>
                <w:b/>
                <w:sz w:val="19"/>
              </w:rPr>
              <w:t xml:space="preserve">2. </w:t>
            </w:r>
            <w:r>
              <w:rPr>
                <w:sz w:val="19"/>
              </w:rPr>
              <w:t>Who owns the resources in each of them?</w:t>
            </w:r>
          </w:p>
          <w:p w14:paraId="70C8B53A" w14:textId="77777777" w:rsidR="002516E4" w:rsidRDefault="00A3491C">
            <w:pPr>
              <w:keepNext/>
              <w:spacing w:after="20" w:line="240" w:lineRule="auto"/>
            </w:pPr>
            <w:r>
              <w:rPr>
                <w:b/>
                <w:sz w:val="19"/>
              </w:rPr>
              <w:t xml:space="preserve">3. </w:t>
            </w:r>
            <w:r>
              <w:rPr>
                <w:sz w:val="19"/>
              </w:rPr>
              <w:t>Give one strength and one weakness of a free market.</w:t>
            </w:r>
          </w:p>
          <w:p w14:paraId="5EDD757E" w14:textId="77777777" w:rsidR="002516E4" w:rsidRDefault="00A3491C">
            <w:pPr>
              <w:keepNext/>
              <w:spacing w:after="20" w:line="240" w:lineRule="auto"/>
            </w:pPr>
            <w:r>
              <w:rPr>
                <w:b/>
                <w:sz w:val="19"/>
              </w:rPr>
              <w:t xml:space="preserve">4. [BACK TO WEEK 2] </w:t>
            </w:r>
            <w:r>
              <w:rPr>
                <w:sz w:val="19"/>
              </w:rPr>
              <w:t>A student stays on at sixth form. State the opportunity cost.</w:t>
            </w:r>
          </w:p>
          <w:p w14:paraId="70F153B0" w14:textId="77777777" w:rsidR="002516E4" w:rsidRDefault="00A3491C">
            <w:pPr>
              <w:keepNext/>
              <w:spacing w:after="20" w:line="240" w:lineRule="auto"/>
            </w:pPr>
            <w:r>
              <w:rPr>
                <w:b/>
                <w:sz w:val="19"/>
              </w:rPr>
              <w:t xml:space="preserve">5. [BACK TO WEEK 1] </w:t>
            </w:r>
            <w:r>
              <w:rPr>
                <w:sz w:val="19"/>
              </w:rPr>
              <w:t>What are the three questions every economy has to answer?</w:t>
            </w:r>
          </w:p>
        </w:tc>
      </w:tr>
      <w:tr w:rsidR="002516E4" w14:paraId="24CF9830" w14:textId="77777777">
        <w:trPr>
          <w:cantSplit/>
        </w:trPr>
        <w:tc>
          <w:tcPr>
            <w:tcW w:w="10103" w:type="dxa"/>
            <w:shd w:val="clear" w:color="auto" w:fill="F0F0F0"/>
          </w:tcPr>
          <w:p w14:paraId="13D7739F" w14:textId="77777777" w:rsidR="002516E4" w:rsidRDefault="00A3491C">
            <w:pPr>
              <w:keepNext/>
              <w:spacing w:after="24" w:line="240" w:lineRule="auto"/>
            </w:pPr>
            <w:r>
              <w:rPr>
                <w:b/>
                <w:sz w:val="18"/>
              </w:rPr>
              <w:t>ANSWERS  3C</w:t>
            </w:r>
          </w:p>
          <w:p w14:paraId="4B7B50EF" w14:textId="77777777" w:rsidR="002516E4" w:rsidRDefault="00A3491C">
            <w:pPr>
              <w:keepNext/>
              <w:spacing w:after="14" w:line="240" w:lineRule="auto"/>
            </w:pPr>
            <w:r>
              <w:rPr>
                <w:b/>
                <w:sz w:val="18"/>
              </w:rPr>
              <w:t xml:space="preserve">1. </w:t>
            </w:r>
            <w:r>
              <w:rPr>
                <w:sz w:val="18"/>
              </w:rPr>
              <w:t>Free market, command or planned, and mixed.</w:t>
            </w:r>
          </w:p>
          <w:p w14:paraId="54DCC72D" w14:textId="77777777" w:rsidR="002516E4" w:rsidRDefault="00A3491C">
            <w:pPr>
              <w:keepNext/>
              <w:spacing w:after="14" w:line="240" w:lineRule="auto"/>
            </w:pPr>
            <w:r>
              <w:rPr>
                <w:b/>
                <w:sz w:val="18"/>
              </w:rPr>
              <w:t xml:space="preserve">2. </w:t>
            </w:r>
            <w:r>
              <w:rPr>
                <w:sz w:val="18"/>
              </w:rPr>
              <w:t>In a free market, private individuals and firms. In a command economy, the state. In a mixed economy, both, through a private sector and a public sector.</w:t>
            </w:r>
          </w:p>
          <w:p w14:paraId="34D1E7D5" w14:textId="77777777" w:rsidR="002516E4" w:rsidRDefault="00A3491C">
            <w:pPr>
              <w:keepNext/>
              <w:spacing w:after="14" w:line="240" w:lineRule="auto"/>
            </w:pPr>
            <w:r>
              <w:rPr>
                <w:b/>
                <w:sz w:val="18"/>
              </w:rPr>
              <w:t xml:space="preserve">3. </w:t>
            </w:r>
            <w:r>
              <w:rPr>
                <w:sz w:val="18"/>
              </w:rPr>
              <w:t>Strength: prices and profit send resources towards what people actually want, and competition pushes firms to cut costs and improve. Weakness: anything that is not profitable is underprovided, and the gap between rich and poor tends to widen.</w:t>
            </w:r>
          </w:p>
          <w:p w14:paraId="73B7B217" w14:textId="77777777" w:rsidR="002516E4" w:rsidRDefault="00A3491C">
            <w:pPr>
              <w:keepNext/>
              <w:spacing w:after="14" w:line="240" w:lineRule="auto"/>
            </w:pPr>
            <w:r>
              <w:rPr>
                <w:b/>
                <w:sz w:val="18"/>
              </w:rPr>
              <w:t xml:space="preserve">4. </w:t>
            </w:r>
            <w:r>
              <w:rPr>
                <w:sz w:val="18"/>
              </w:rPr>
              <w:t>The wages they would have earned in a job over those two years, and the work experience with them.</w:t>
            </w:r>
          </w:p>
          <w:p w14:paraId="693802C8" w14:textId="77777777" w:rsidR="002516E4" w:rsidRDefault="00A3491C">
            <w:pPr>
              <w:spacing w:after="14" w:line="240" w:lineRule="auto"/>
            </w:pPr>
            <w:r>
              <w:rPr>
                <w:b/>
                <w:sz w:val="18"/>
              </w:rPr>
              <w:t xml:space="preserve">5. </w:t>
            </w:r>
            <w:r>
              <w:rPr>
                <w:sz w:val="18"/>
              </w:rPr>
              <w:t>What to produce, how to produce it, and who gets it.</w:t>
            </w:r>
          </w:p>
        </w:tc>
      </w:tr>
    </w:tbl>
    <w:p w14:paraId="4B0E21A2" w14:textId="77777777" w:rsidR="002516E4" w:rsidRDefault="002516E4">
      <w:pPr>
        <w:spacing w:after="6"/>
        <w:rPr>
          <w:sz w:val="6"/>
        </w:rPr>
      </w:pPr>
    </w:p>
    <w:tbl>
      <w:tblPr>
        <w:tblStyle w:val="TableGrid"/>
        <w:tblW w:w="0" w:type="auto"/>
        <w:tblLayout w:type="fixed"/>
        <w:tblLook w:val="04A0" w:firstRow="1" w:lastRow="0" w:firstColumn="1" w:lastColumn="0" w:noHBand="0" w:noVBand="1"/>
      </w:tblPr>
      <w:tblGrid>
        <w:gridCol w:w="10103"/>
      </w:tblGrid>
      <w:tr w:rsidR="002516E4" w14:paraId="7674186C" w14:textId="77777777">
        <w:trPr>
          <w:cantSplit/>
        </w:trPr>
        <w:tc>
          <w:tcPr>
            <w:tcW w:w="10103" w:type="dxa"/>
            <w:shd w:val="clear" w:color="auto" w:fill="FAFAFA"/>
          </w:tcPr>
          <w:p w14:paraId="782D2687" w14:textId="77777777" w:rsidR="002516E4" w:rsidRDefault="00A3491C">
            <w:pPr>
              <w:keepNext/>
              <w:spacing w:after="30" w:line="240" w:lineRule="auto"/>
            </w:pPr>
            <w:r>
              <w:rPr>
                <w:b/>
                <w:sz w:val="18"/>
              </w:rPr>
              <w:t>GCSE SWAP  3C</w:t>
            </w:r>
            <w:r>
              <w:rPr>
                <w:sz w:val="18"/>
              </w:rPr>
              <w:t xml:space="preserve">  Replace questions 1 to 3 with these. Questions 4 and 5 stay as they are.</w:t>
            </w:r>
          </w:p>
          <w:p w14:paraId="772C11B6" w14:textId="77777777" w:rsidR="002516E4" w:rsidRDefault="00A3491C">
            <w:pPr>
              <w:keepNext/>
              <w:spacing w:after="10" w:line="240" w:lineRule="auto"/>
            </w:pPr>
            <w:r>
              <w:rPr>
                <w:b/>
                <w:sz w:val="18"/>
              </w:rPr>
              <w:t xml:space="preserve">(i) </w:t>
            </w:r>
            <w:r>
              <w:rPr>
                <w:sz w:val="18"/>
              </w:rPr>
              <w:t>Why do producers in the same market compete with each other?</w:t>
            </w:r>
          </w:p>
          <w:p w14:paraId="70B058F1" w14:textId="77777777" w:rsidR="002516E4" w:rsidRDefault="00A3491C">
            <w:pPr>
              <w:keepNext/>
              <w:spacing w:after="30" w:line="240" w:lineRule="auto"/>
            </w:pPr>
            <w:r>
              <w:rPr>
                <w:b/>
                <w:sz w:val="18"/>
              </w:rPr>
              <w:t xml:space="preserve">Answer. </w:t>
            </w:r>
            <w:r>
              <w:rPr>
                <w:i/>
                <w:sz w:val="18"/>
              </w:rPr>
              <w:t>Because customers can buy from a rival instead. A producer competes to win those customers and keep them, and to earn more profit than the firm next door.</w:t>
            </w:r>
          </w:p>
          <w:p w14:paraId="3851100F" w14:textId="77777777" w:rsidR="002516E4" w:rsidRDefault="00A3491C">
            <w:pPr>
              <w:keepNext/>
              <w:spacing w:after="10" w:line="240" w:lineRule="auto"/>
            </w:pPr>
            <w:r>
              <w:rPr>
                <w:b/>
                <w:sz w:val="18"/>
              </w:rPr>
              <w:t xml:space="preserve">(ii) </w:t>
            </w:r>
            <w:r>
              <w:rPr>
                <w:sz w:val="18"/>
              </w:rPr>
              <w:t>How does competition between producers affect the price customers pay?</w:t>
            </w:r>
          </w:p>
          <w:p w14:paraId="18E1E8B1" w14:textId="77777777" w:rsidR="002516E4" w:rsidRDefault="00A3491C">
            <w:pPr>
              <w:keepNext/>
              <w:spacing w:after="30" w:line="240" w:lineRule="auto"/>
            </w:pPr>
            <w:r>
              <w:rPr>
                <w:b/>
                <w:sz w:val="18"/>
              </w:rPr>
              <w:t xml:space="preserve">Answer. </w:t>
            </w:r>
            <w:r>
              <w:rPr>
                <w:i/>
                <w:sz w:val="18"/>
              </w:rPr>
              <w:t>It pushes it down. If a rival charges less, customers switch, so each producer has to keep its price close to the rest of the market.</w:t>
            </w:r>
          </w:p>
          <w:p w14:paraId="2DA88E97" w14:textId="77777777" w:rsidR="002516E4" w:rsidRDefault="00A3491C">
            <w:pPr>
              <w:keepNext/>
              <w:spacing w:after="10" w:line="240" w:lineRule="auto"/>
            </w:pPr>
            <w:r>
              <w:rPr>
                <w:b/>
                <w:sz w:val="18"/>
              </w:rPr>
              <w:t xml:space="preserve">(iii) </w:t>
            </w:r>
            <w:r>
              <w:rPr>
                <w:sz w:val="18"/>
              </w:rPr>
              <w:t>What is a monopoly, and name one way it differs from a competitive market.</w:t>
            </w:r>
          </w:p>
          <w:p w14:paraId="36730ADA" w14:textId="77777777" w:rsidR="002516E4" w:rsidRDefault="00A3491C">
            <w:pPr>
              <w:spacing w:after="30" w:line="240" w:lineRule="auto"/>
            </w:pPr>
            <w:r>
              <w:rPr>
                <w:b/>
                <w:sz w:val="18"/>
              </w:rPr>
              <w:t xml:space="preserve">Answer. </w:t>
            </w:r>
            <w:r>
              <w:rPr>
                <w:i/>
                <w:sz w:val="18"/>
              </w:rPr>
              <w:t>A market supplied by a single producer. Any one of: the price is higher, the choice is narrower, there is less pressure to improve quality.</w:t>
            </w:r>
          </w:p>
        </w:tc>
      </w:tr>
    </w:tbl>
    <w:p w14:paraId="5ED9CF29" w14:textId="77777777" w:rsidR="002516E4" w:rsidRDefault="002516E4">
      <w:pPr>
        <w:spacing w:after="0"/>
        <w:rPr>
          <w:sz w:val="6"/>
        </w:rPr>
      </w:pPr>
    </w:p>
    <w:p w14:paraId="64ED2F55" w14:textId="77777777" w:rsidR="002516E4" w:rsidRDefault="00A3491C">
      <w:pPr>
        <w:keepNext/>
        <w:pageBreakBefore/>
        <w:spacing w:after="40"/>
      </w:pPr>
      <w:r>
        <w:rPr>
          <w:b/>
          <w:sz w:val="25"/>
        </w:rPr>
        <w:lastRenderedPageBreak/>
        <w:t>WEEK 4. Business: aims, objectives and stakeholders. Economics: demand.</w:t>
      </w:r>
    </w:p>
    <w:p w14:paraId="7A3DCF1B" w14:textId="77777777" w:rsidR="002516E4" w:rsidRDefault="00A3491C">
      <w:pPr>
        <w:keepNext/>
      </w:pPr>
      <w:r>
        <w:rPr>
          <w:i/>
          <w:color w:val="555555"/>
          <w:sz w:val="20"/>
        </w:rPr>
        <w:t>First calculation of the half term on the Business side. Number work goes first over a long break, so it is worth the two minutes.</w:t>
      </w:r>
    </w:p>
    <w:tbl>
      <w:tblPr>
        <w:tblStyle w:val="TableGrid"/>
        <w:tblW w:w="0" w:type="auto"/>
        <w:tblLayout w:type="fixed"/>
        <w:tblLook w:val="04A0" w:firstRow="1" w:lastRow="0" w:firstColumn="1" w:lastColumn="0" w:noHBand="0" w:noVBand="1"/>
      </w:tblPr>
      <w:tblGrid>
        <w:gridCol w:w="10103"/>
      </w:tblGrid>
      <w:tr w:rsidR="002516E4" w14:paraId="0BAA9CBE" w14:textId="77777777">
        <w:trPr>
          <w:cantSplit/>
        </w:trPr>
        <w:tc>
          <w:tcPr>
            <w:tcW w:w="10103" w:type="dxa"/>
          </w:tcPr>
          <w:p w14:paraId="303F28FC" w14:textId="77777777" w:rsidR="002516E4" w:rsidRDefault="00A3491C">
            <w:pPr>
              <w:keepNext/>
              <w:spacing w:after="24" w:line="240" w:lineRule="auto"/>
            </w:pPr>
            <w:r>
              <w:rPr>
                <w:b/>
                <w:sz w:val="18"/>
              </w:rPr>
              <w:t>WEEK 4  ·  BUSINESS  ·  STARTER A      Level: GCSE and Y12</w:t>
            </w:r>
          </w:p>
          <w:p w14:paraId="02140DDD" w14:textId="77777777" w:rsidR="002516E4" w:rsidRDefault="00A3491C">
            <w:pPr>
              <w:keepNext/>
              <w:spacing w:after="30" w:line="240" w:lineRule="auto"/>
            </w:pPr>
            <w:r>
              <w:rPr>
                <w:b/>
                <w:sz w:val="20"/>
              </w:rPr>
              <w:t>Aims and objectives</w:t>
            </w:r>
          </w:p>
          <w:p w14:paraId="5664813E" w14:textId="77777777" w:rsidR="002516E4" w:rsidRDefault="00A3491C">
            <w:pPr>
              <w:keepNext/>
              <w:spacing w:after="20" w:line="240" w:lineRule="auto"/>
            </w:pPr>
            <w:r>
              <w:rPr>
                <w:b/>
                <w:sz w:val="19"/>
              </w:rPr>
              <w:t xml:space="preserve">1. </w:t>
            </w:r>
            <w:r>
              <w:rPr>
                <w:sz w:val="19"/>
              </w:rPr>
              <w:t>What is the difference between an aim and an objective?</w:t>
            </w:r>
          </w:p>
          <w:p w14:paraId="68BF1CF0" w14:textId="77777777" w:rsidR="002516E4" w:rsidRDefault="00A3491C">
            <w:pPr>
              <w:keepNext/>
              <w:spacing w:after="20" w:line="240" w:lineRule="auto"/>
            </w:pPr>
            <w:r>
              <w:rPr>
                <w:b/>
                <w:sz w:val="19"/>
              </w:rPr>
              <w:t xml:space="preserve">2. </w:t>
            </w:r>
            <w:r>
              <w:rPr>
                <w:sz w:val="19"/>
              </w:rPr>
              <w:t>Why is survival usually the first objective of a new business?</w:t>
            </w:r>
          </w:p>
          <w:p w14:paraId="06C605DF" w14:textId="77777777" w:rsidR="002516E4" w:rsidRDefault="00A3491C">
            <w:pPr>
              <w:keepNext/>
              <w:spacing w:after="20" w:line="240" w:lineRule="auto"/>
            </w:pPr>
            <w:r>
              <w:rPr>
                <w:b/>
                <w:sz w:val="19"/>
              </w:rPr>
              <w:t xml:space="preserve">3. </w:t>
            </w:r>
            <w:r>
              <w:rPr>
                <w:sz w:val="19"/>
              </w:rPr>
              <w:t>Revenue is £84,000 and total costs are £61,500. Calculate profit.</w:t>
            </w:r>
          </w:p>
          <w:p w14:paraId="75DBF7F4" w14:textId="77777777" w:rsidR="002516E4" w:rsidRDefault="00A3491C">
            <w:pPr>
              <w:keepNext/>
              <w:spacing w:after="20" w:line="240" w:lineRule="auto"/>
            </w:pPr>
            <w:r>
              <w:rPr>
                <w:b/>
                <w:sz w:val="19"/>
              </w:rPr>
              <w:t xml:space="preserve">4. [BACK TO WEEK 3] </w:t>
            </w:r>
            <w:r>
              <w:rPr>
                <w:sz w:val="19"/>
              </w:rPr>
              <w:t>What is a dividend?</w:t>
            </w:r>
          </w:p>
          <w:p w14:paraId="12C43179" w14:textId="77777777" w:rsidR="002516E4" w:rsidRDefault="00A3491C">
            <w:pPr>
              <w:keepNext/>
              <w:spacing w:after="20" w:line="240" w:lineRule="auto"/>
            </w:pPr>
            <w:r>
              <w:rPr>
                <w:b/>
                <w:sz w:val="19"/>
              </w:rPr>
              <w:t xml:space="preserve">5. [BACK TO WEEK 2] </w:t>
            </w:r>
            <w:r>
              <w:rPr>
                <w:sz w:val="19"/>
              </w:rPr>
              <w:t>Name two rewards of starting a business.</w:t>
            </w:r>
          </w:p>
        </w:tc>
      </w:tr>
      <w:tr w:rsidR="002516E4" w14:paraId="1B2ED540" w14:textId="77777777">
        <w:trPr>
          <w:cantSplit/>
        </w:trPr>
        <w:tc>
          <w:tcPr>
            <w:tcW w:w="10103" w:type="dxa"/>
            <w:shd w:val="clear" w:color="auto" w:fill="F0F0F0"/>
          </w:tcPr>
          <w:p w14:paraId="2B4BD7D4" w14:textId="77777777" w:rsidR="002516E4" w:rsidRDefault="00A3491C">
            <w:pPr>
              <w:keepNext/>
              <w:spacing w:after="24" w:line="240" w:lineRule="auto"/>
            </w:pPr>
            <w:r>
              <w:rPr>
                <w:b/>
                <w:sz w:val="18"/>
              </w:rPr>
              <w:t>ANSWERS  4A</w:t>
            </w:r>
          </w:p>
          <w:p w14:paraId="17A39957" w14:textId="77777777" w:rsidR="002516E4" w:rsidRDefault="00A3491C">
            <w:pPr>
              <w:keepNext/>
              <w:spacing w:after="14" w:line="240" w:lineRule="auto"/>
            </w:pPr>
            <w:r>
              <w:rPr>
                <w:b/>
                <w:sz w:val="18"/>
              </w:rPr>
              <w:t xml:space="preserve">1. </w:t>
            </w:r>
            <w:r>
              <w:rPr>
                <w:sz w:val="18"/>
              </w:rPr>
              <w:t>An aim is what the business is trying to achieve overall. An objective is a specific, measurable target with a deadline that moves it towards that aim.</w:t>
            </w:r>
          </w:p>
          <w:p w14:paraId="7A3E505B" w14:textId="77777777" w:rsidR="002516E4" w:rsidRDefault="00A3491C">
            <w:pPr>
              <w:keepNext/>
              <w:spacing w:after="14" w:line="240" w:lineRule="auto"/>
            </w:pPr>
            <w:r>
              <w:rPr>
                <w:b/>
                <w:sz w:val="18"/>
              </w:rPr>
              <w:t xml:space="preserve">2. </w:t>
            </w:r>
            <w:r>
              <w:rPr>
                <w:sz w:val="18"/>
              </w:rPr>
              <w:t>A new business has few customers and little cash, so getting through the first year matters more than profit. Nothing else is possible if it closes.</w:t>
            </w:r>
          </w:p>
          <w:p w14:paraId="439DA446" w14:textId="77777777" w:rsidR="002516E4" w:rsidRDefault="00A3491C">
            <w:pPr>
              <w:keepNext/>
              <w:spacing w:after="14" w:line="240" w:lineRule="auto"/>
            </w:pPr>
            <w:r>
              <w:rPr>
                <w:b/>
                <w:sz w:val="18"/>
              </w:rPr>
              <w:t xml:space="preserve">3. </w:t>
            </w:r>
            <w:r>
              <w:rPr>
                <w:sz w:val="18"/>
              </w:rPr>
              <w:t>£84,000 minus £61,500 = £22,500 profit.</w:t>
            </w:r>
          </w:p>
          <w:p w14:paraId="11B3FCF4" w14:textId="77777777" w:rsidR="002516E4" w:rsidRDefault="00A3491C">
            <w:pPr>
              <w:keepNext/>
              <w:spacing w:after="14" w:line="240" w:lineRule="auto"/>
            </w:pPr>
            <w:r>
              <w:rPr>
                <w:b/>
                <w:sz w:val="18"/>
              </w:rPr>
              <w:t xml:space="preserve">4. </w:t>
            </w:r>
            <w:r>
              <w:rPr>
                <w:sz w:val="18"/>
              </w:rPr>
              <w:t>A share of the profit paid out to shareholders, usually as an amount per share.</w:t>
            </w:r>
          </w:p>
          <w:p w14:paraId="40FBE938" w14:textId="77777777" w:rsidR="002516E4" w:rsidRDefault="00A3491C">
            <w:pPr>
              <w:spacing w:after="14" w:line="240" w:lineRule="auto"/>
            </w:pPr>
            <w:r>
              <w:rPr>
                <w:b/>
                <w:sz w:val="18"/>
              </w:rPr>
              <w:t xml:space="preserve">5. </w:t>
            </w:r>
            <w:r>
              <w:rPr>
                <w:sz w:val="18"/>
              </w:rPr>
              <w:t>Any two of: profit, independence, being your own boss, doing work you care about, building something you own.</w:t>
            </w:r>
          </w:p>
        </w:tc>
      </w:tr>
    </w:tbl>
    <w:p w14:paraId="6EB7ABCC"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55913A39" w14:textId="77777777">
        <w:trPr>
          <w:cantSplit/>
        </w:trPr>
        <w:tc>
          <w:tcPr>
            <w:tcW w:w="10103" w:type="dxa"/>
          </w:tcPr>
          <w:p w14:paraId="1746B01E" w14:textId="77777777" w:rsidR="002516E4" w:rsidRDefault="00A3491C">
            <w:pPr>
              <w:keepNext/>
              <w:spacing w:after="24" w:line="240" w:lineRule="auto"/>
            </w:pPr>
            <w:r>
              <w:rPr>
                <w:b/>
                <w:sz w:val="18"/>
              </w:rPr>
              <w:t>WEEK 4  ·  BUSINESS  ·  STARTER B      Level: GCSE and Y12</w:t>
            </w:r>
          </w:p>
          <w:p w14:paraId="0DDF1DE2" w14:textId="77777777" w:rsidR="002516E4" w:rsidRDefault="00A3491C">
            <w:pPr>
              <w:keepNext/>
              <w:spacing w:after="30" w:line="240" w:lineRule="auto"/>
            </w:pPr>
            <w:r>
              <w:rPr>
                <w:b/>
                <w:sz w:val="20"/>
              </w:rPr>
              <w:t>Non-financial objectives, and why objectives change</w:t>
            </w:r>
          </w:p>
          <w:p w14:paraId="438A164E" w14:textId="77777777" w:rsidR="002516E4" w:rsidRDefault="00A3491C">
            <w:pPr>
              <w:keepNext/>
              <w:spacing w:after="20" w:line="240" w:lineRule="auto"/>
            </w:pPr>
            <w:r>
              <w:rPr>
                <w:b/>
                <w:sz w:val="19"/>
              </w:rPr>
              <w:t xml:space="preserve">1. </w:t>
            </w:r>
            <w:r>
              <w:rPr>
                <w:sz w:val="19"/>
              </w:rPr>
              <w:t>Name four possible business objectives, including two that are not financial.</w:t>
            </w:r>
          </w:p>
          <w:p w14:paraId="238698D0" w14:textId="77777777" w:rsidR="002516E4" w:rsidRDefault="00A3491C">
            <w:pPr>
              <w:keepNext/>
              <w:spacing w:after="20" w:line="240" w:lineRule="auto"/>
            </w:pPr>
            <w:r>
              <w:rPr>
                <w:b/>
                <w:sz w:val="19"/>
              </w:rPr>
              <w:t xml:space="preserve">2. </w:t>
            </w:r>
            <w:r>
              <w:rPr>
                <w:sz w:val="19"/>
              </w:rPr>
              <w:t>Give one reason a business changes its objectives as it grows.</w:t>
            </w:r>
          </w:p>
          <w:p w14:paraId="7DA11B4E" w14:textId="77777777" w:rsidR="002516E4" w:rsidRDefault="00A3491C">
            <w:pPr>
              <w:keepNext/>
              <w:spacing w:after="20" w:line="240" w:lineRule="auto"/>
            </w:pPr>
            <w:r>
              <w:rPr>
                <w:b/>
                <w:sz w:val="19"/>
              </w:rPr>
              <w:t xml:space="preserve">3. </w:t>
            </w:r>
            <w:r>
              <w:rPr>
                <w:sz w:val="19"/>
              </w:rPr>
              <w:t>Name one social or ethical objective, and one cost of pursuing it.</w:t>
            </w:r>
          </w:p>
          <w:p w14:paraId="28A184EF" w14:textId="77777777" w:rsidR="002516E4" w:rsidRDefault="00A3491C">
            <w:pPr>
              <w:keepNext/>
              <w:spacing w:after="20" w:line="240" w:lineRule="auto"/>
            </w:pPr>
            <w:r>
              <w:rPr>
                <w:b/>
                <w:sz w:val="19"/>
              </w:rPr>
              <w:t xml:space="preserve">4. [BACK TO WEEK 3] </w:t>
            </w:r>
            <w:r>
              <w:rPr>
                <w:sz w:val="19"/>
              </w:rPr>
              <w:t>What does unlimited liability mean?</w:t>
            </w:r>
          </w:p>
          <w:p w14:paraId="57759991" w14:textId="77777777" w:rsidR="002516E4" w:rsidRDefault="00A3491C">
            <w:pPr>
              <w:keepNext/>
              <w:spacing w:after="20" w:line="240" w:lineRule="auto"/>
            </w:pPr>
            <w:r>
              <w:rPr>
                <w:b/>
                <w:sz w:val="19"/>
              </w:rPr>
              <w:t xml:space="preserve">5. [BACK TO WEEK 2] </w:t>
            </w:r>
            <w:r>
              <w:rPr>
                <w:sz w:val="19"/>
              </w:rPr>
              <w:t>Name two risks of starting a business.</w:t>
            </w:r>
          </w:p>
        </w:tc>
      </w:tr>
      <w:tr w:rsidR="002516E4" w14:paraId="7352D307" w14:textId="77777777">
        <w:trPr>
          <w:cantSplit/>
        </w:trPr>
        <w:tc>
          <w:tcPr>
            <w:tcW w:w="10103" w:type="dxa"/>
            <w:shd w:val="clear" w:color="auto" w:fill="F0F0F0"/>
          </w:tcPr>
          <w:p w14:paraId="3F7381C9" w14:textId="77777777" w:rsidR="002516E4" w:rsidRDefault="00A3491C">
            <w:pPr>
              <w:keepNext/>
              <w:spacing w:after="24" w:line="240" w:lineRule="auto"/>
            </w:pPr>
            <w:r>
              <w:rPr>
                <w:b/>
                <w:sz w:val="18"/>
              </w:rPr>
              <w:t>ANSWERS  4B</w:t>
            </w:r>
          </w:p>
          <w:p w14:paraId="4D46D722" w14:textId="77777777" w:rsidR="002516E4" w:rsidRDefault="00A3491C">
            <w:pPr>
              <w:keepNext/>
              <w:spacing w:after="14" w:line="240" w:lineRule="auto"/>
            </w:pPr>
            <w:r>
              <w:rPr>
                <w:b/>
                <w:sz w:val="18"/>
              </w:rPr>
              <w:t xml:space="preserve">1. </w:t>
            </w:r>
            <w:r>
              <w:rPr>
                <w:sz w:val="18"/>
              </w:rPr>
              <w:t>Any two financial, for example survival, profit, growth or market share, plus any two non-financial, for example independence, personal satisfaction, a better work-life balance, customer satisfaction, serving the local community or cutting environmental impact.</w:t>
            </w:r>
          </w:p>
          <w:p w14:paraId="31B80865" w14:textId="77777777" w:rsidR="002516E4" w:rsidRDefault="00A3491C">
            <w:pPr>
              <w:keepNext/>
              <w:spacing w:after="14" w:line="240" w:lineRule="auto"/>
            </w:pPr>
            <w:r>
              <w:rPr>
                <w:b/>
                <w:sz w:val="18"/>
              </w:rPr>
              <w:t xml:space="preserve">2. </w:t>
            </w:r>
            <w:r>
              <w:rPr>
                <w:sz w:val="18"/>
              </w:rPr>
              <w:t>Once survival is secure the owner can aim at growth or market share, and new investors, lenders or competitors change what the business has to target.</w:t>
            </w:r>
          </w:p>
          <w:p w14:paraId="7C26EABF" w14:textId="77777777" w:rsidR="002516E4" w:rsidRDefault="00A3491C">
            <w:pPr>
              <w:keepNext/>
              <w:spacing w:after="14" w:line="240" w:lineRule="auto"/>
            </w:pPr>
            <w:r>
              <w:rPr>
                <w:b/>
                <w:sz w:val="18"/>
              </w:rPr>
              <w:t xml:space="preserve">3. </w:t>
            </w:r>
            <w:r>
              <w:rPr>
                <w:sz w:val="18"/>
              </w:rPr>
              <w:t>For example paying suppliers a fair price, or cutting packaging waste. The cost is higher spending, which lowers profit at least in the short term.</w:t>
            </w:r>
          </w:p>
          <w:p w14:paraId="7C089C57" w14:textId="77777777" w:rsidR="002516E4" w:rsidRDefault="00A3491C">
            <w:pPr>
              <w:keepNext/>
              <w:spacing w:after="14" w:line="240" w:lineRule="auto"/>
            </w:pPr>
            <w:r>
              <w:rPr>
                <w:b/>
                <w:sz w:val="18"/>
              </w:rPr>
              <w:t xml:space="preserve">4. </w:t>
            </w:r>
            <w:r>
              <w:rPr>
                <w:sz w:val="18"/>
              </w:rPr>
              <w:t>The owner and the business are the same in law, so business debts are the owner's personal debts and personal possessions can be taken.</w:t>
            </w:r>
          </w:p>
          <w:p w14:paraId="7162B8A7" w14:textId="77777777" w:rsidR="002516E4" w:rsidRDefault="00A3491C">
            <w:pPr>
              <w:spacing w:after="14" w:line="240" w:lineRule="auto"/>
            </w:pPr>
            <w:r>
              <w:rPr>
                <w:b/>
                <w:sz w:val="18"/>
              </w:rPr>
              <w:t xml:space="preserve">5. </w:t>
            </w:r>
            <w:r>
              <w:rPr>
                <w:sz w:val="18"/>
              </w:rPr>
              <w:t>Any two of: losing the money put in, the business failing, no regular income, personal possessions at risk, long hours with no guaranteed pay.</w:t>
            </w:r>
          </w:p>
        </w:tc>
      </w:tr>
    </w:tbl>
    <w:p w14:paraId="4B76B731"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43C9590F" w14:textId="77777777">
        <w:trPr>
          <w:cantSplit/>
        </w:trPr>
        <w:tc>
          <w:tcPr>
            <w:tcW w:w="10103" w:type="dxa"/>
          </w:tcPr>
          <w:p w14:paraId="245EB230" w14:textId="77777777" w:rsidR="002516E4" w:rsidRDefault="00A3491C">
            <w:pPr>
              <w:keepNext/>
              <w:spacing w:after="24" w:line="240" w:lineRule="auto"/>
            </w:pPr>
            <w:r>
              <w:rPr>
                <w:b/>
                <w:sz w:val="18"/>
              </w:rPr>
              <w:t>WEEK 4  ·  BUSINESS  ·  STARTER C      Level: GCSE and Y12</w:t>
            </w:r>
          </w:p>
          <w:p w14:paraId="5FE697AE" w14:textId="77777777" w:rsidR="002516E4" w:rsidRDefault="00A3491C">
            <w:pPr>
              <w:keepNext/>
              <w:spacing w:after="30" w:line="240" w:lineRule="auto"/>
            </w:pPr>
            <w:r>
              <w:rPr>
                <w:b/>
                <w:sz w:val="20"/>
              </w:rPr>
              <w:t>Stakeholders</w:t>
            </w:r>
          </w:p>
          <w:p w14:paraId="2C55C98D" w14:textId="77777777" w:rsidR="002516E4" w:rsidRDefault="00A3491C">
            <w:pPr>
              <w:keepNext/>
              <w:spacing w:after="20" w:line="240" w:lineRule="auto"/>
            </w:pPr>
            <w:r>
              <w:rPr>
                <w:b/>
                <w:sz w:val="19"/>
              </w:rPr>
              <w:t xml:space="preserve">1. </w:t>
            </w:r>
            <w:r>
              <w:rPr>
                <w:sz w:val="19"/>
              </w:rPr>
              <w:t>Define stakeholder, and name four stakeholder groups.</w:t>
            </w:r>
          </w:p>
          <w:p w14:paraId="7221E9CE" w14:textId="77777777" w:rsidR="002516E4" w:rsidRDefault="00A3491C">
            <w:pPr>
              <w:keepNext/>
              <w:spacing w:after="20" w:line="240" w:lineRule="auto"/>
            </w:pPr>
            <w:r>
              <w:rPr>
                <w:b/>
                <w:sz w:val="19"/>
              </w:rPr>
              <w:t xml:space="preserve">2. </w:t>
            </w:r>
            <w:r>
              <w:rPr>
                <w:sz w:val="19"/>
              </w:rPr>
              <w:t>What do employees want, what do shareholders want, and where do the two conflict?</w:t>
            </w:r>
          </w:p>
          <w:p w14:paraId="1A137DE6" w14:textId="77777777" w:rsidR="002516E4" w:rsidRDefault="00A3491C">
            <w:pPr>
              <w:keepNext/>
              <w:spacing w:after="20" w:line="240" w:lineRule="auto"/>
            </w:pPr>
            <w:r>
              <w:rPr>
                <w:b/>
                <w:sz w:val="19"/>
              </w:rPr>
              <w:t xml:space="preserve">3. </w:t>
            </w:r>
            <w:r>
              <w:rPr>
                <w:sz w:val="19"/>
              </w:rPr>
              <w:t>Name one way a business can keep two stakeholder groups happy at once.</w:t>
            </w:r>
          </w:p>
          <w:p w14:paraId="78D18FFB" w14:textId="77777777" w:rsidR="002516E4" w:rsidRDefault="00A3491C">
            <w:pPr>
              <w:keepNext/>
              <w:spacing w:after="20" w:line="240" w:lineRule="auto"/>
            </w:pPr>
            <w:r>
              <w:rPr>
                <w:b/>
                <w:sz w:val="19"/>
              </w:rPr>
              <w:t xml:space="preserve">4. [BACK TO WEEK 3] </w:t>
            </w:r>
            <w:r>
              <w:rPr>
                <w:sz w:val="19"/>
              </w:rPr>
              <w:t>Define limited liability.</w:t>
            </w:r>
          </w:p>
          <w:p w14:paraId="1A8D8F90" w14:textId="77777777" w:rsidR="002516E4" w:rsidRDefault="00A3491C">
            <w:pPr>
              <w:keepNext/>
              <w:spacing w:after="20" w:line="240" w:lineRule="auto"/>
            </w:pPr>
            <w:r>
              <w:rPr>
                <w:b/>
                <w:sz w:val="19"/>
              </w:rPr>
              <w:t xml:space="preserve">5. [BACK TO WEEK 1] </w:t>
            </w:r>
            <w:r>
              <w:rPr>
                <w:sz w:val="19"/>
              </w:rPr>
              <w:t>What is the difference between a need and a want?</w:t>
            </w:r>
          </w:p>
        </w:tc>
      </w:tr>
      <w:tr w:rsidR="002516E4" w14:paraId="2499A4CD" w14:textId="77777777">
        <w:trPr>
          <w:cantSplit/>
        </w:trPr>
        <w:tc>
          <w:tcPr>
            <w:tcW w:w="10103" w:type="dxa"/>
            <w:shd w:val="clear" w:color="auto" w:fill="F0F0F0"/>
          </w:tcPr>
          <w:p w14:paraId="1E6A74CF" w14:textId="77777777" w:rsidR="002516E4" w:rsidRDefault="00A3491C">
            <w:pPr>
              <w:keepNext/>
              <w:spacing w:after="24" w:line="240" w:lineRule="auto"/>
            </w:pPr>
            <w:r>
              <w:rPr>
                <w:b/>
                <w:sz w:val="18"/>
              </w:rPr>
              <w:t>ANSWERS  4C</w:t>
            </w:r>
          </w:p>
          <w:p w14:paraId="750FF34D" w14:textId="77777777" w:rsidR="002516E4" w:rsidRDefault="00A3491C">
            <w:pPr>
              <w:keepNext/>
              <w:spacing w:after="14" w:line="240" w:lineRule="auto"/>
            </w:pPr>
            <w:r>
              <w:rPr>
                <w:b/>
                <w:sz w:val="18"/>
              </w:rPr>
              <w:t xml:space="preserve">1. </w:t>
            </w:r>
            <w:r>
              <w:rPr>
                <w:sz w:val="18"/>
              </w:rPr>
              <w:t>Anyone with an interest in what a business does, or who is affected by it. Any four of: owners or shareholders, employees, customers, suppliers, lenders, the local community, the government.</w:t>
            </w:r>
          </w:p>
          <w:p w14:paraId="7FF5C376" w14:textId="77777777" w:rsidR="002516E4" w:rsidRDefault="00A3491C">
            <w:pPr>
              <w:keepNext/>
              <w:spacing w:after="14" w:line="240" w:lineRule="auto"/>
            </w:pPr>
            <w:r>
              <w:rPr>
                <w:b/>
                <w:sz w:val="18"/>
              </w:rPr>
              <w:t xml:space="preserve">2. </w:t>
            </w:r>
            <w:r>
              <w:rPr>
                <w:sz w:val="18"/>
              </w:rPr>
              <w:t>Employees want higher pay, secure jobs and good conditions. Shareholders want higher profit and dividends. Pay rises come out of profit, so more for one is less for the other.</w:t>
            </w:r>
          </w:p>
          <w:p w14:paraId="125874B0" w14:textId="77777777" w:rsidR="002516E4" w:rsidRDefault="00A3491C">
            <w:pPr>
              <w:keepNext/>
              <w:spacing w:after="14" w:line="240" w:lineRule="auto"/>
            </w:pPr>
            <w:r>
              <w:rPr>
                <w:b/>
                <w:sz w:val="18"/>
              </w:rPr>
              <w:t xml:space="preserve">3. </w:t>
            </w:r>
            <w:r>
              <w:rPr>
                <w:sz w:val="18"/>
              </w:rPr>
              <w:t>For example training staff, which raises pay and prospects for employees and raises quality and profit for shareholders. Not every conflict has one of these, but some do.</w:t>
            </w:r>
          </w:p>
          <w:p w14:paraId="6681504A" w14:textId="77777777" w:rsidR="002516E4" w:rsidRDefault="00A3491C">
            <w:pPr>
              <w:keepNext/>
              <w:spacing w:after="14" w:line="240" w:lineRule="auto"/>
            </w:pPr>
            <w:r>
              <w:rPr>
                <w:b/>
                <w:sz w:val="18"/>
              </w:rPr>
              <w:t xml:space="preserve">4. </w:t>
            </w:r>
            <w:r>
              <w:rPr>
                <w:sz w:val="18"/>
              </w:rPr>
              <w:t>The owners are legally separate from the business, so the most they can lose is the money they put in.</w:t>
            </w:r>
          </w:p>
          <w:p w14:paraId="09F2043F" w14:textId="77777777" w:rsidR="002516E4" w:rsidRDefault="00A3491C">
            <w:pPr>
              <w:spacing w:after="14" w:line="240" w:lineRule="auto"/>
            </w:pPr>
            <w:r>
              <w:rPr>
                <w:b/>
                <w:sz w:val="18"/>
              </w:rPr>
              <w:t xml:space="preserve">5. </w:t>
            </w:r>
            <w:r>
              <w:rPr>
                <w:sz w:val="18"/>
              </w:rPr>
              <w:t>A need is something you cannot manage without, such as food, water or shelter. A want is something you would like but could live without.</w:t>
            </w:r>
          </w:p>
        </w:tc>
      </w:tr>
    </w:tbl>
    <w:p w14:paraId="355423FD" w14:textId="77777777" w:rsidR="002516E4" w:rsidRDefault="002516E4">
      <w:pPr>
        <w:pageBreakBefore/>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17A70ED2" w14:textId="77777777">
        <w:trPr>
          <w:cantSplit/>
        </w:trPr>
        <w:tc>
          <w:tcPr>
            <w:tcW w:w="10103" w:type="dxa"/>
          </w:tcPr>
          <w:p w14:paraId="77F580BE" w14:textId="77777777" w:rsidR="002516E4" w:rsidRDefault="00A3491C">
            <w:pPr>
              <w:keepNext/>
              <w:spacing w:after="24" w:line="240" w:lineRule="auto"/>
            </w:pPr>
            <w:r>
              <w:rPr>
                <w:b/>
                <w:sz w:val="18"/>
              </w:rPr>
              <w:t>WEEK 4  ·  ECONOMICS  ·  STARTER A      Level: GCSE and Y12</w:t>
            </w:r>
          </w:p>
          <w:p w14:paraId="2058DF14" w14:textId="77777777" w:rsidR="002516E4" w:rsidRDefault="00A3491C">
            <w:pPr>
              <w:keepNext/>
              <w:spacing w:after="30" w:line="240" w:lineRule="auto"/>
            </w:pPr>
            <w:r>
              <w:rPr>
                <w:b/>
                <w:sz w:val="20"/>
              </w:rPr>
              <w:t>The law of demand</w:t>
            </w:r>
          </w:p>
          <w:p w14:paraId="0C72C508" w14:textId="77777777" w:rsidR="002516E4" w:rsidRDefault="00A3491C">
            <w:pPr>
              <w:keepNext/>
              <w:spacing w:after="20" w:line="240" w:lineRule="auto"/>
            </w:pPr>
            <w:r>
              <w:rPr>
                <w:b/>
                <w:sz w:val="19"/>
              </w:rPr>
              <w:t xml:space="preserve">1. </w:t>
            </w:r>
            <w:r>
              <w:rPr>
                <w:sz w:val="19"/>
              </w:rPr>
              <w:t>Define demand.</w:t>
            </w:r>
          </w:p>
          <w:p w14:paraId="29FD7151" w14:textId="77777777" w:rsidR="002516E4" w:rsidRDefault="00A3491C">
            <w:pPr>
              <w:keepNext/>
              <w:spacing w:after="20" w:line="240" w:lineRule="auto"/>
            </w:pPr>
            <w:r>
              <w:rPr>
                <w:b/>
                <w:sz w:val="19"/>
              </w:rPr>
              <w:t xml:space="preserve">2. </w:t>
            </w:r>
            <w:r>
              <w:rPr>
                <w:sz w:val="19"/>
              </w:rPr>
              <w:t>Why does the demand curve slope downwards?</w:t>
            </w:r>
          </w:p>
          <w:p w14:paraId="7AF0E6BF" w14:textId="77777777" w:rsidR="002516E4" w:rsidRDefault="00A3491C">
            <w:pPr>
              <w:keepNext/>
              <w:spacing w:after="20" w:line="240" w:lineRule="auto"/>
            </w:pPr>
            <w:r>
              <w:rPr>
                <w:b/>
                <w:sz w:val="19"/>
              </w:rPr>
              <w:t xml:space="preserve">3. </w:t>
            </w:r>
            <w:r>
              <w:rPr>
                <w:sz w:val="19"/>
              </w:rPr>
              <w:t>What is the difference between a movement along the curve and a shift of the curve?</w:t>
            </w:r>
          </w:p>
          <w:p w14:paraId="06D121AE" w14:textId="77777777" w:rsidR="002516E4" w:rsidRDefault="00A3491C">
            <w:pPr>
              <w:keepNext/>
              <w:spacing w:after="20" w:line="240" w:lineRule="auto"/>
            </w:pPr>
            <w:r>
              <w:rPr>
                <w:b/>
                <w:sz w:val="19"/>
              </w:rPr>
              <w:t xml:space="preserve">4. [BACK TO WEEK 3] </w:t>
            </w:r>
            <w:r>
              <w:rPr>
                <w:sz w:val="19"/>
              </w:rPr>
              <w:t>Give one problem with barter.</w:t>
            </w:r>
          </w:p>
          <w:p w14:paraId="2005C018" w14:textId="77777777" w:rsidR="002516E4" w:rsidRDefault="00A3491C">
            <w:pPr>
              <w:keepNext/>
              <w:spacing w:after="20" w:line="240" w:lineRule="auto"/>
            </w:pPr>
            <w:r>
              <w:rPr>
                <w:b/>
                <w:sz w:val="19"/>
              </w:rPr>
              <w:t xml:space="preserve">5. [BACK TO WEEK 2] </w:t>
            </w:r>
            <w:r>
              <w:rPr>
                <w:sz w:val="19"/>
              </w:rPr>
              <w:t>A government builds a hospital instead of a school. State the opportunity cost.</w:t>
            </w:r>
          </w:p>
        </w:tc>
      </w:tr>
      <w:tr w:rsidR="002516E4" w14:paraId="358C3FD1" w14:textId="77777777">
        <w:trPr>
          <w:cantSplit/>
        </w:trPr>
        <w:tc>
          <w:tcPr>
            <w:tcW w:w="10103" w:type="dxa"/>
            <w:shd w:val="clear" w:color="auto" w:fill="F0F0F0"/>
          </w:tcPr>
          <w:p w14:paraId="7EF0474E" w14:textId="77777777" w:rsidR="002516E4" w:rsidRDefault="00A3491C">
            <w:pPr>
              <w:keepNext/>
              <w:spacing w:after="24" w:line="240" w:lineRule="auto"/>
            </w:pPr>
            <w:r>
              <w:rPr>
                <w:b/>
                <w:sz w:val="18"/>
              </w:rPr>
              <w:t>ANSWERS  4A</w:t>
            </w:r>
          </w:p>
          <w:p w14:paraId="62EC844E" w14:textId="77777777" w:rsidR="002516E4" w:rsidRDefault="00A3491C">
            <w:pPr>
              <w:keepNext/>
              <w:spacing w:after="14" w:line="240" w:lineRule="auto"/>
            </w:pPr>
            <w:r>
              <w:rPr>
                <w:b/>
                <w:sz w:val="18"/>
              </w:rPr>
              <w:t xml:space="preserve">1. </w:t>
            </w:r>
            <w:r>
              <w:rPr>
                <w:sz w:val="18"/>
              </w:rPr>
              <w:t>The quantity of a good consumers are willing and able to buy at each price over a period of time.</w:t>
            </w:r>
          </w:p>
          <w:p w14:paraId="269C7FAD" w14:textId="77777777" w:rsidR="002516E4" w:rsidRDefault="00A3491C">
            <w:pPr>
              <w:keepNext/>
              <w:spacing w:after="14" w:line="240" w:lineRule="auto"/>
            </w:pPr>
            <w:r>
              <w:rPr>
                <w:b/>
                <w:sz w:val="18"/>
              </w:rPr>
              <w:t xml:space="preserve">2. </w:t>
            </w:r>
            <w:r>
              <w:rPr>
                <w:sz w:val="18"/>
              </w:rPr>
              <w:t>As price falls the good becomes cheaper compared with its substitutes so people switch to it, and the same income goes further, so more is bought.</w:t>
            </w:r>
          </w:p>
          <w:p w14:paraId="5CDAD36E" w14:textId="77777777" w:rsidR="002516E4" w:rsidRDefault="00A3491C">
            <w:pPr>
              <w:keepNext/>
              <w:spacing w:after="14" w:line="240" w:lineRule="auto"/>
            </w:pPr>
            <w:r>
              <w:rPr>
                <w:b/>
                <w:sz w:val="18"/>
              </w:rPr>
              <w:t xml:space="preserve">3. </w:t>
            </w:r>
            <w:r>
              <w:rPr>
                <w:sz w:val="18"/>
              </w:rPr>
              <w:t>A movement along the curve is caused by a change in the price of the good itself, and nothing else. A shift is caused by a change in any other factor, and the whole curve moves.</w:t>
            </w:r>
          </w:p>
          <w:p w14:paraId="51EE1D05" w14:textId="77777777" w:rsidR="002516E4" w:rsidRDefault="00A3491C">
            <w:pPr>
              <w:keepNext/>
              <w:spacing w:after="14" w:line="240" w:lineRule="auto"/>
            </w:pPr>
            <w:r>
              <w:rPr>
                <w:b/>
                <w:sz w:val="18"/>
              </w:rPr>
              <w:t xml:space="preserve">4. </w:t>
            </w:r>
            <w:r>
              <w:rPr>
                <w:sz w:val="18"/>
              </w:rPr>
              <w:t>Any one of: it needs each side to want what the other has at the same time, many goods cannot be divided up, perishable goods cannot store value.</w:t>
            </w:r>
          </w:p>
          <w:p w14:paraId="36DC1E89" w14:textId="77777777" w:rsidR="002516E4" w:rsidRDefault="00A3491C">
            <w:pPr>
              <w:spacing w:after="14" w:line="240" w:lineRule="auto"/>
            </w:pPr>
            <w:r>
              <w:rPr>
                <w:b/>
                <w:sz w:val="18"/>
              </w:rPr>
              <w:t xml:space="preserve">5. </w:t>
            </w:r>
            <w:r>
              <w:rPr>
                <w:sz w:val="18"/>
              </w:rPr>
              <w:t>The school, and the education it would have provided.</w:t>
            </w:r>
          </w:p>
        </w:tc>
      </w:tr>
    </w:tbl>
    <w:p w14:paraId="60790ACB"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1B7801FB" w14:textId="77777777">
        <w:trPr>
          <w:cantSplit/>
        </w:trPr>
        <w:tc>
          <w:tcPr>
            <w:tcW w:w="10103" w:type="dxa"/>
          </w:tcPr>
          <w:p w14:paraId="1E9FEDBB" w14:textId="77777777" w:rsidR="002516E4" w:rsidRDefault="00A3491C">
            <w:pPr>
              <w:keepNext/>
              <w:spacing w:after="24" w:line="240" w:lineRule="auto"/>
            </w:pPr>
            <w:r>
              <w:rPr>
                <w:b/>
                <w:sz w:val="18"/>
              </w:rPr>
              <w:t>WEEK 4  ·  ECONOMICS  ·  STARTER B      Level: GCSE and Y12</w:t>
            </w:r>
          </w:p>
          <w:p w14:paraId="786FEC8E" w14:textId="77777777" w:rsidR="002516E4" w:rsidRDefault="00A3491C">
            <w:pPr>
              <w:keepNext/>
              <w:spacing w:after="30" w:line="240" w:lineRule="auto"/>
            </w:pPr>
            <w:r>
              <w:rPr>
                <w:b/>
                <w:sz w:val="20"/>
              </w:rPr>
              <w:t>What shifts demand</w:t>
            </w:r>
          </w:p>
          <w:p w14:paraId="78D30AAE" w14:textId="77777777" w:rsidR="002516E4" w:rsidRDefault="00A3491C">
            <w:pPr>
              <w:keepNext/>
              <w:spacing w:after="20" w:line="240" w:lineRule="auto"/>
            </w:pPr>
            <w:r>
              <w:rPr>
                <w:b/>
                <w:sz w:val="19"/>
              </w:rPr>
              <w:t xml:space="preserve">1. </w:t>
            </w:r>
            <w:r>
              <w:rPr>
                <w:sz w:val="19"/>
              </w:rPr>
              <w:t>Name four things that shift the demand curve.</w:t>
            </w:r>
          </w:p>
          <w:p w14:paraId="534DA23B" w14:textId="77777777" w:rsidR="002516E4" w:rsidRDefault="00A3491C">
            <w:pPr>
              <w:keepNext/>
              <w:spacing w:after="20" w:line="240" w:lineRule="auto"/>
            </w:pPr>
            <w:r>
              <w:rPr>
                <w:b/>
                <w:sz w:val="19"/>
              </w:rPr>
              <w:t xml:space="preserve">2. </w:t>
            </w:r>
            <w:r>
              <w:rPr>
                <w:sz w:val="19"/>
              </w:rPr>
              <w:t>What happens to demand for a substitute when a product's price rises?</w:t>
            </w:r>
          </w:p>
          <w:p w14:paraId="6455965C" w14:textId="77777777" w:rsidR="002516E4" w:rsidRDefault="00A3491C">
            <w:pPr>
              <w:keepNext/>
              <w:spacing w:after="20" w:line="240" w:lineRule="auto"/>
            </w:pPr>
            <w:r>
              <w:rPr>
                <w:b/>
                <w:sz w:val="19"/>
              </w:rPr>
              <w:t xml:space="preserve">3. </w:t>
            </w:r>
            <w:r>
              <w:rPr>
                <w:sz w:val="19"/>
              </w:rPr>
              <w:t>What happens to demand for a complement when a product's price rises?</w:t>
            </w:r>
          </w:p>
          <w:p w14:paraId="42763AF6" w14:textId="77777777" w:rsidR="002516E4" w:rsidRDefault="00A3491C">
            <w:pPr>
              <w:keepNext/>
              <w:spacing w:after="20" w:line="240" w:lineRule="auto"/>
            </w:pPr>
            <w:r>
              <w:rPr>
                <w:b/>
                <w:sz w:val="19"/>
              </w:rPr>
              <w:t xml:space="preserve">4. [BACK TO WEEK 3] </w:t>
            </w:r>
            <w:r>
              <w:rPr>
                <w:sz w:val="19"/>
              </w:rPr>
              <w:t>Give two advantages of specialisation.</w:t>
            </w:r>
          </w:p>
          <w:p w14:paraId="4CC0CCA7" w14:textId="77777777" w:rsidR="002516E4" w:rsidRDefault="00A3491C">
            <w:pPr>
              <w:keepNext/>
              <w:spacing w:after="20" w:line="240" w:lineRule="auto"/>
            </w:pPr>
            <w:r>
              <w:rPr>
                <w:b/>
                <w:sz w:val="19"/>
              </w:rPr>
              <w:t xml:space="preserve">5. [BACK TO WEEK 1] </w:t>
            </w:r>
            <w:r>
              <w:rPr>
                <w:sz w:val="19"/>
              </w:rPr>
              <w:t>State the economic problem in one sentence.</w:t>
            </w:r>
          </w:p>
        </w:tc>
      </w:tr>
      <w:tr w:rsidR="002516E4" w14:paraId="1C2C5175" w14:textId="77777777">
        <w:trPr>
          <w:cantSplit/>
        </w:trPr>
        <w:tc>
          <w:tcPr>
            <w:tcW w:w="10103" w:type="dxa"/>
            <w:shd w:val="clear" w:color="auto" w:fill="F0F0F0"/>
          </w:tcPr>
          <w:p w14:paraId="65F0AF75" w14:textId="77777777" w:rsidR="002516E4" w:rsidRDefault="00A3491C">
            <w:pPr>
              <w:keepNext/>
              <w:spacing w:after="24" w:line="240" w:lineRule="auto"/>
            </w:pPr>
            <w:r>
              <w:rPr>
                <w:b/>
                <w:sz w:val="18"/>
              </w:rPr>
              <w:t>ANSWERS  4B</w:t>
            </w:r>
          </w:p>
          <w:p w14:paraId="5D87FAF6" w14:textId="77777777" w:rsidR="002516E4" w:rsidRDefault="00A3491C">
            <w:pPr>
              <w:keepNext/>
              <w:spacing w:after="14" w:line="240" w:lineRule="auto"/>
            </w:pPr>
            <w:r>
              <w:rPr>
                <w:b/>
                <w:sz w:val="18"/>
              </w:rPr>
              <w:t xml:space="preserve">1. </w:t>
            </w:r>
            <w:r>
              <w:rPr>
                <w:sz w:val="18"/>
              </w:rPr>
              <w:t>Any four of: income, the price of substitutes, the price of complements, tastes and fashion, the size and age structure of the population, advertising, expectations about future prices, interest rates.</w:t>
            </w:r>
          </w:p>
          <w:p w14:paraId="44B398F1" w14:textId="77777777" w:rsidR="002516E4" w:rsidRDefault="00A3491C">
            <w:pPr>
              <w:keepNext/>
              <w:spacing w:after="14" w:line="240" w:lineRule="auto"/>
            </w:pPr>
            <w:r>
              <w:rPr>
                <w:b/>
                <w:sz w:val="18"/>
              </w:rPr>
              <w:t xml:space="preserve">2. </w:t>
            </w:r>
            <w:r>
              <w:rPr>
                <w:sz w:val="18"/>
              </w:rPr>
              <w:t>Demand for the substitute rises, because consumers switch to it. Its curve shifts right.</w:t>
            </w:r>
          </w:p>
          <w:p w14:paraId="38FF2CC5" w14:textId="77777777" w:rsidR="002516E4" w:rsidRDefault="00A3491C">
            <w:pPr>
              <w:keepNext/>
              <w:spacing w:after="14" w:line="240" w:lineRule="auto"/>
            </w:pPr>
            <w:r>
              <w:rPr>
                <w:b/>
                <w:sz w:val="18"/>
              </w:rPr>
              <w:t xml:space="preserve">3. </w:t>
            </w:r>
            <w:r>
              <w:rPr>
                <w:sz w:val="18"/>
              </w:rPr>
              <w:t>Demand for the complement falls, because less of the original good is being bought. Its curve shifts left.</w:t>
            </w:r>
          </w:p>
          <w:p w14:paraId="30654587" w14:textId="77777777" w:rsidR="002516E4" w:rsidRDefault="00A3491C">
            <w:pPr>
              <w:keepNext/>
              <w:spacing w:after="14" w:line="240" w:lineRule="auto"/>
            </w:pPr>
            <w:r>
              <w:rPr>
                <w:b/>
                <w:sz w:val="18"/>
              </w:rPr>
              <w:t xml:space="preserve">4. </w:t>
            </w:r>
            <w:r>
              <w:rPr>
                <w:sz w:val="18"/>
              </w:rPr>
              <w:t>Any two of: workers get faster at a repeated task, less time is lost switching between jobs, training is cheaper because it is narrower, output per worker rises.</w:t>
            </w:r>
          </w:p>
          <w:p w14:paraId="38291C38" w14:textId="77777777" w:rsidR="002516E4" w:rsidRDefault="00A3491C">
            <w:pPr>
              <w:spacing w:after="14" w:line="240" w:lineRule="auto"/>
            </w:pPr>
            <w:r>
              <w:rPr>
                <w:b/>
                <w:sz w:val="18"/>
              </w:rPr>
              <w:t xml:space="preserve">5. </w:t>
            </w:r>
            <w:r>
              <w:rPr>
                <w:sz w:val="18"/>
              </w:rPr>
              <w:t>Wants are unlimited but the resources available to meet them are limited, so choices have to be made.</w:t>
            </w:r>
          </w:p>
        </w:tc>
      </w:tr>
    </w:tbl>
    <w:p w14:paraId="6B3DC96C"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3AE120C4" w14:textId="77777777">
        <w:trPr>
          <w:cantSplit/>
        </w:trPr>
        <w:tc>
          <w:tcPr>
            <w:tcW w:w="10103" w:type="dxa"/>
          </w:tcPr>
          <w:p w14:paraId="3C651EDC" w14:textId="77777777" w:rsidR="002516E4" w:rsidRDefault="00A3491C">
            <w:pPr>
              <w:keepNext/>
              <w:spacing w:after="24" w:line="240" w:lineRule="auto"/>
            </w:pPr>
            <w:r>
              <w:rPr>
                <w:b/>
                <w:sz w:val="18"/>
              </w:rPr>
              <w:t>WEEK 4  ·  ECONOMICS  ·  STARTER C      Level: Y12</w:t>
            </w:r>
          </w:p>
          <w:p w14:paraId="0E5DA3AF" w14:textId="77777777" w:rsidR="002516E4" w:rsidRDefault="00A3491C">
            <w:pPr>
              <w:keepNext/>
              <w:spacing w:after="30" w:line="240" w:lineRule="auto"/>
            </w:pPr>
            <w:r>
              <w:rPr>
                <w:b/>
                <w:sz w:val="20"/>
              </w:rPr>
              <w:t>Individual and market demand</w:t>
            </w:r>
          </w:p>
          <w:p w14:paraId="395D282C" w14:textId="77777777" w:rsidR="002516E4" w:rsidRDefault="00A3491C">
            <w:pPr>
              <w:keepNext/>
              <w:spacing w:after="20" w:line="240" w:lineRule="auto"/>
            </w:pPr>
            <w:r>
              <w:rPr>
                <w:b/>
                <w:sz w:val="19"/>
              </w:rPr>
              <w:t xml:space="preserve">1. </w:t>
            </w:r>
            <w:r>
              <w:rPr>
                <w:sz w:val="19"/>
              </w:rPr>
              <w:t>How is a market demand curve built from individual demand curves?</w:t>
            </w:r>
          </w:p>
          <w:p w14:paraId="45DAF148" w14:textId="77777777" w:rsidR="002516E4" w:rsidRDefault="00A3491C">
            <w:pPr>
              <w:keepNext/>
              <w:spacing w:after="20" w:line="240" w:lineRule="auto"/>
            </w:pPr>
            <w:r>
              <w:rPr>
                <w:b/>
                <w:sz w:val="19"/>
              </w:rPr>
              <w:t xml:space="preserve">2. </w:t>
            </w:r>
            <w:r>
              <w:rPr>
                <w:sz w:val="19"/>
              </w:rPr>
              <w:t>Explain the income effect and the substitution effect, one line each.</w:t>
            </w:r>
          </w:p>
          <w:p w14:paraId="7B673410" w14:textId="77777777" w:rsidR="002516E4" w:rsidRDefault="00A3491C">
            <w:pPr>
              <w:keepNext/>
              <w:spacing w:after="20" w:line="240" w:lineRule="auto"/>
            </w:pPr>
            <w:r>
              <w:rPr>
                <w:b/>
                <w:sz w:val="19"/>
              </w:rPr>
              <w:t xml:space="preserve">3. </w:t>
            </w:r>
            <w:r>
              <w:rPr>
                <w:sz w:val="19"/>
              </w:rPr>
              <w:t>What does diminishing marginal utility mean, and why does it matter for the shape of the demand curve?</w:t>
            </w:r>
          </w:p>
          <w:p w14:paraId="41455302" w14:textId="77777777" w:rsidR="002516E4" w:rsidRDefault="00A3491C">
            <w:pPr>
              <w:keepNext/>
              <w:spacing w:after="20" w:line="240" w:lineRule="auto"/>
            </w:pPr>
            <w:r>
              <w:rPr>
                <w:b/>
                <w:sz w:val="19"/>
              </w:rPr>
              <w:t xml:space="preserve">4. [BACK TO WEEK 3] </w:t>
            </w:r>
            <w:r>
              <w:rPr>
                <w:sz w:val="19"/>
              </w:rPr>
              <w:t>Define the division of labour.</w:t>
            </w:r>
          </w:p>
          <w:p w14:paraId="1B8E3DAF" w14:textId="77777777" w:rsidR="002516E4" w:rsidRDefault="00A3491C">
            <w:pPr>
              <w:keepNext/>
              <w:spacing w:after="20" w:line="240" w:lineRule="auto"/>
            </w:pPr>
            <w:r>
              <w:rPr>
                <w:b/>
                <w:sz w:val="19"/>
              </w:rPr>
              <w:t xml:space="preserve">5. [BACK TO WEEK 2] </w:t>
            </w:r>
            <w:r>
              <w:rPr>
                <w:sz w:val="19"/>
              </w:rPr>
              <w:t>A government spends £2bn on a railway. State the opportunity cost.</w:t>
            </w:r>
          </w:p>
        </w:tc>
      </w:tr>
      <w:tr w:rsidR="002516E4" w14:paraId="0A064B22" w14:textId="77777777">
        <w:trPr>
          <w:cantSplit/>
        </w:trPr>
        <w:tc>
          <w:tcPr>
            <w:tcW w:w="10103" w:type="dxa"/>
            <w:shd w:val="clear" w:color="auto" w:fill="F0F0F0"/>
          </w:tcPr>
          <w:p w14:paraId="69B2CFE6" w14:textId="77777777" w:rsidR="002516E4" w:rsidRDefault="00A3491C">
            <w:pPr>
              <w:keepNext/>
              <w:spacing w:after="24" w:line="240" w:lineRule="auto"/>
            </w:pPr>
            <w:r>
              <w:rPr>
                <w:b/>
                <w:sz w:val="18"/>
              </w:rPr>
              <w:t>ANSWERS  4C</w:t>
            </w:r>
          </w:p>
          <w:p w14:paraId="0BDE9C73" w14:textId="77777777" w:rsidR="002516E4" w:rsidRDefault="00A3491C">
            <w:pPr>
              <w:keepNext/>
              <w:spacing w:after="14" w:line="240" w:lineRule="auto"/>
            </w:pPr>
            <w:r>
              <w:rPr>
                <w:b/>
                <w:sz w:val="18"/>
              </w:rPr>
              <w:t xml:space="preserve">1. </w:t>
            </w:r>
            <w:r>
              <w:rPr>
                <w:sz w:val="18"/>
              </w:rPr>
              <w:t>By adding up the quantity every consumer would buy at each price. The individual curves are summed horizontally.</w:t>
            </w:r>
          </w:p>
          <w:p w14:paraId="76249ED9" w14:textId="77777777" w:rsidR="002516E4" w:rsidRDefault="00A3491C">
            <w:pPr>
              <w:keepNext/>
              <w:spacing w:after="14" w:line="240" w:lineRule="auto"/>
            </w:pPr>
            <w:r>
              <w:rPr>
                <w:b/>
                <w:sz w:val="18"/>
              </w:rPr>
              <w:t xml:space="preserve">2. </w:t>
            </w:r>
            <w:r>
              <w:rPr>
                <w:sz w:val="18"/>
              </w:rPr>
              <w:t>Income effect: when price falls the same money income buys more, so real income rises and more is bought. Substitution effect: when price falls the good is cheaper relative to its substitutes, so consumers switch towards it.</w:t>
            </w:r>
          </w:p>
          <w:p w14:paraId="75EED813" w14:textId="77777777" w:rsidR="002516E4" w:rsidRDefault="00A3491C">
            <w:pPr>
              <w:keepNext/>
              <w:spacing w:after="14" w:line="240" w:lineRule="auto"/>
            </w:pPr>
            <w:r>
              <w:rPr>
                <w:b/>
                <w:sz w:val="18"/>
              </w:rPr>
              <w:t xml:space="preserve">3. </w:t>
            </w:r>
            <w:r>
              <w:rPr>
                <w:sz w:val="18"/>
              </w:rPr>
              <w:t>Each extra unit consumed gives less added satisfaction than the one before. So a consumer will only buy another unit at a lower price, which is why the demand curve slopes down.</w:t>
            </w:r>
          </w:p>
          <w:p w14:paraId="66E44ACF" w14:textId="77777777" w:rsidR="002516E4" w:rsidRDefault="00A3491C">
            <w:pPr>
              <w:keepNext/>
              <w:spacing w:after="14" w:line="240" w:lineRule="auto"/>
            </w:pPr>
            <w:r>
              <w:rPr>
                <w:b/>
                <w:sz w:val="18"/>
              </w:rPr>
              <w:t xml:space="preserve">4. </w:t>
            </w:r>
            <w:r>
              <w:rPr>
                <w:sz w:val="18"/>
              </w:rPr>
              <w:t>Splitting a production process into separate tasks and giving each worker one of them.</w:t>
            </w:r>
          </w:p>
          <w:p w14:paraId="5F16D56B" w14:textId="77777777" w:rsidR="002516E4" w:rsidRDefault="00A3491C">
            <w:pPr>
              <w:spacing w:after="14" w:line="240" w:lineRule="auto"/>
            </w:pPr>
            <w:r>
              <w:rPr>
                <w:b/>
                <w:sz w:val="18"/>
              </w:rPr>
              <w:t xml:space="preserve">5. </w:t>
            </w:r>
            <w:r>
              <w:rPr>
                <w:sz w:val="18"/>
              </w:rPr>
              <w:t>The next best use of that £2bn, for example the hospitals or schools it could have built instead.</w:t>
            </w:r>
          </w:p>
        </w:tc>
      </w:tr>
    </w:tbl>
    <w:p w14:paraId="2E7D01FD" w14:textId="77777777" w:rsidR="002516E4" w:rsidRDefault="002516E4">
      <w:pPr>
        <w:spacing w:after="6"/>
        <w:rPr>
          <w:sz w:val="6"/>
        </w:rPr>
      </w:pPr>
    </w:p>
    <w:tbl>
      <w:tblPr>
        <w:tblStyle w:val="TableGrid"/>
        <w:tblW w:w="0" w:type="auto"/>
        <w:tblLayout w:type="fixed"/>
        <w:tblLook w:val="04A0" w:firstRow="1" w:lastRow="0" w:firstColumn="1" w:lastColumn="0" w:noHBand="0" w:noVBand="1"/>
      </w:tblPr>
      <w:tblGrid>
        <w:gridCol w:w="10103"/>
      </w:tblGrid>
      <w:tr w:rsidR="002516E4" w14:paraId="60B3879B" w14:textId="77777777">
        <w:trPr>
          <w:cantSplit/>
        </w:trPr>
        <w:tc>
          <w:tcPr>
            <w:tcW w:w="10103" w:type="dxa"/>
            <w:shd w:val="clear" w:color="auto" w:fill="FAFAFA"/>
          </w:tcPr>
          <w:p w14:paraId="0CC207F4" w14:textId="77777777" w:rsidR="002516E4" w:rsidRDefault="00A3491C">
            <w:pPr>
              <w:keepNext/>
              <w:spacing w:after="30" w:line="240" w:lineRule="auto"/>
            </w:pPr>
            <w:r>
              <w:rPr>
                <w:b/>
                <w:sz w:val="18"/>
              </w:rPr>
              <w:t>GCSE SWAP  4C</w:t>
            </w:r>
            <w:r>
              <w:rPr>
                <w:sz w:val="18"/>
              </w:rPr>
              <w:t xml:space="preserve">  Replace questions 1 to 3 with these. Questions 4 and 5 stay as they are.</w:t>
            </w:r>
          </w:p>
          <w:p w14:paraId="0AB7C23B" w14:textId="77777777" w:rsidR="002516E4" w:rsidRDefault="00A3491C">
            <w:pPr>
              <w:keepNext/>
              <w:spacing w:after="10" w:line="240" w:lineRule="auto"/>
            </w:pPr>
            <w:r>
              <w:rPr>
                <w:b/>
                <w:sz w:val="18"/>
              </w:rPr>
              <w:t xml:space="preserve">(i) </w:t>
            </w:r>
            <w:r>
              <w:rPr>
                <w:sz w:val="18"/>
              </w:rPr>
              <w:t>Name two products whose demand rises in a heatwave, and say why.</w:t>
            </w:r>
          </w:p>
          <w:p w14:paraId="46A319D0" w14:textId="77777777" w:rsidR="002516E4" w:rsidRDefault="00A3491C">
            <w:pPr>
              <w:keepNext/>
              <w:spacing w:after="30" w:line="240" w:lineRule="auto"/>
            </w:pPr>
            <w:r>
              <w:rPr>
                <w:b/>
                <w:sz w:val="18"/>
              </w:rPr>
              <w:t xml:space="preserve">Answer. </w:t>
            </w:r>
            <w:r>
              <w:rPr>
                <w:i/>
                <w:sz w:val="18"/>
              </w:rPr>
              <w:t>For example ice cream and electric fans. Hot weather changes what people want, so demand shifts right at every price.</w:t>
            </w:r>
          </w:p>
          <w:p w14:paraId="7A222C3B" w14:textId="77777777" w:rsidR="002516E4" w:rsidRDefault="00A3491C">
            <w:pPr>
              <w:keepNext/>
              <w:spacing w:after="10" w:line="240" w:lineRule="auto"/>
            </w:pPr>
            <w:r>
              <w:rPr>
                <w:b/>
                <w:sz w:val="18"/>
              </w:rPr>
              <w:t xml:space="preserve">(ii) </w:t>
            </w:r>
            <w:r>
              <w:rPr>
                <w:sz w:val="18"/>
              </w:rPr>
              <w:t>What happens to demand for umbrellas in the same week?</w:t>
            </w:r>
          </w:p>
          <w:p w14:paraId="0C07D450" w14:textId="77777777" w:rsidR="002516E4" w:rsidRDefault="00A3491C">
            <w:pPr>
              <w:keepNext/>
              <w:spacing w:after="30" w:line="240" w:lineRule="auto"/>
            </w:pPr>
            <w:r>
              <w:rPr>
                <w:b/>
                <w:sz w:val="18"/>
              </w:rPr>
              <w:t xml:space="preserve">Answer. </w:t>
            </w:r>
            <w:r>
              <w:rPr>
                <w:i/>
                <w:sz w:val="18"/>
              </w:rPr>
              <w:t>It falls. The curve shifts left, because fewer people need one.</w:t>
            </w:r>
          </w:p>
          <w:p w14:paraId="2368C4BA" w14:textId="77777777" w:rsidR="002516E4" w:rsidRDefault="00A3491C">
            <w:pPr>
              <w:keepNext/>
              <w:spacing w:after="10" w:line="240" w:lineRule="auto"/>
            </w:pPr>
            <w:r>
              <w:rPr>
                <w:b/>
                <w:sz w:val="18"/>
              </w:rPr>
              <w:t xml:space="preserve">(iii) </w:t>
            </w:r>
            <w:r>
              <w:rPr>
                <w:sz w:val="18"/>
              </w:rPr>
              <w:t>Define a normal good and an inferior good, with one example of each.</w:t>
            </w:r>
          </w:p>
          <w:p w14:paraId="054FC7E0" w14:textId="77777777" w:rsidR="002516E4" w:rsidRDefault="00A3491C">
            <w:pPr>
              <w:spacing w:after="30" w:line="240" w:lineRule="auto"/>
            </w:pPr>
            <w:r>
              <w:rPr>
                <w:b/>
                <w:sz w:val="18"/>
              </w:rPr>
              <w:t xml:space="preserve">Answer. </w:t>
            </w:r>
            <w:r>
              <w:rPr>
                <w:i/>
                <w:sz w:val="18"/>
              </w:rPr>
              <w:t>A normal good is one people buy more of as income rises, for example restaurant meals. An inferior good is one they buy less of as income rises, for example supermarket value range food.</w:t>
            </w:r>
          </w:p>
        </w:tc>
      </w:tr>
    </w:tbl>
    <w:p w14:paraId="62663E17" w14:textId="77777777" w:rsidR="002516E4" w:rsidRDefault="002516E4">
      <w:pPr>
        <w:spacing w:after="0"/>
        <w:rPr>
          <w:sz w:val="6"/>
        </w:rPr>
      </w:pPr>
    </w:p>
    <w:p w14:paraId="0768F112" w14:textId="77777777" w:rsidR="002516E4" w:rsidRDefault="00A3491C">
      <w:pPr>
        <w:keepNext/>
        <w:pageBreakBefore/>
        <w:spacing w:after="40"/>
      </w:pPr>
      <w:r>
        <w:rPr>
          <w:b/>
          <w:sz w:val="25"/>
        </w:rPr>
        <w:lastRenderedPageBreak/>
        <w:t>WEEK 5. Business: the market, customers and segmentation. Economics: supply and market equilibrium.</w:t>
      </w:r>
    </w:p>
    <w:p w14:paraId="5FF4E48D" w14:textId="77777777" w:rsidR="002516E4" w:rsidRDefault="00A3491C">
      <w:pPr>
        <w:keepNext/>
      </w:pPr>
      <w:r>
        <w:rPr>
          <w:i/>
          <w:color w:val="555555"/>
          <w:sz w:val="20"/>
        </w:rPr>
        <w:t>By now the recall questions should be scoring better than the new content. If they are not, that is your intervention list, not a discipline problem.</w:t>
      </w:r>
    </w:p>
    <w:tbl>
      <w:tblPr>
        <w:tblStyle w:val="TableGrid"/>
        <w:tblW w:w="0" w:type="auto"/>
        <w:tblLayout w:type="fixed"/>
        <w:tblLook w:val="04A0" w:firstRow="1" w:lastRow="0" w:firstColumn="1" w:lastColumn="0" w:noHBand="0" w:noVBand="1"/>
      </w:tblPr>
      <w:tblGrid>
        <w:gridCol w:w="10103"/>
      </w:tblGrid>
      <w:tr w:rsidR="002516E4" w14:paraId="0E7DBAF6" w14:textId="77777777">
        <w:trPr>
          <w:cantSplit/>
        </w:trPr>
        <w:tc>
          <w:tcPr>
            <w:tcW w:w="10103" w:type="dxa"/>
          </w:tcPr>
          <w:p w14:paraId="50F0EB16" w14:textId="77777777" w:rsidR="002516E4" w:rsidRDefault="00A3491C">
            <w:pPr>
              <w:keepNext/>
              <w:spacing w:after="24" w:line="240" w:lineRule="auto"/>
            </w:pPr>
            <w:r>
              <w:rPr>
                <w:b/>
                <w:sz w:val="18"/>
              </w:rPr>
              <w:t>WEEK 5  ·  BUSINESS  ·  STARTER A      Level: GCSE and Y12</w:t>
            </w:r>
          </w:p>
          <w:p w14:paraId="45777A1E" w14:textId="77777777" w:rsidR="002516E4" w:rsidRDefault="00A3491C">
            <w:pPr>
              <w:keepNext/>
              <w:spacing w:after="30" w:line="240" w:lineRule="auto"/>
            </w:pPr>
            <w:r>
              <w:rPr>
                <w:b/>
                <w:sz w:val="20"/>
              </w:rPr>
              <w:t>What a market is</w:t>
            </w:r>
          </w:p>
          <w:p w14:paraId="1394A38C" w14:textId="77777777" w:rsidR="002516E4" w:rsidRDefault="00A3491C">
            <w:pPr>
              <w:keepNext/>
              <w:spacing w:after="20" w:line="240" w:lineRule="auto"/>
            </w:pPr>
            <w:r>
              <w:rPr>
                <w:b/>
                <w:sz w:val="19"/>
              </w:rPr>
              <w:t xml:space="preserve">1. </w:t>
            </w:r>
            <w:r>
              <w:rPr>
                <w:sz w:val="19"/>
              </w:rPr>
              <w:t>Define market, and define market share.</w:t>
            </w:r>
          </w:p>
          <w:p w14:paraId="4852F2BF" w14:textId="77777777" w:rsidR="002516E4" w:rsidRDefault="00A3491C">
            <w:pPr>
              <w:keepNext/>
              <w:spacing w:after="20" w:line="240" w:lineRule="auto"/>
            </w:pPr>
            <w:r>
              <w:rPr>
                <w:b/>
                <w:sz w:val="19"/>
              </w:rPr>
              <w:t xml:space="preserve">2. </w:t>
            </w:r>
            <w:r>
              <w:rPr>
                <w:sz w:val="19"/>
              </w:rPr>
              <w:t>A firm sells £1.8m in a market worth £24m. Calculate its market share as a percentage.</w:t>
            </w:r>
          </w:p>
          <w:p w14:paraId="31376EC4" w14:textId="77777777" w:rsidR="002516E4" w:rsidRDefault="00A3491C">
            <w:pPr>
              <w:keepNext/>
              <w:spacing w:after="20" w:line="240" w:lineRule="auto"/>
            </w:pPr>
            <w:r>
              <w:rPr>
                <w:b/>
                <w:sz w:val="19"/>
              </w:rPr>
              <w:t xml:space="preserve">3. </w:t>
            </w:r>
            <w:r>
              <w:rPr>
                <w:sz w:val="19"/>
              </w:rPr>
              <w:t>Give two effects of strong competition on a business.</w:t>
            </w:r>
          </w:p>
          <w:p w14:paraId="36A125D4" w14:textId="77777777" w:rsidR="002516E4" w:rsidRDefault="00A3491C">
            <w:pPr>
              <w:keepNext/>
              <w:spacing w:after="20" w:line="240" w:lineRule="auto"/>
            </w:pPr>
            <w:r>
              <w:rPr>
                <w:b/>
                <w:sz w:val="19"/>
              </w:rPr>
              <w:t xml:space="preserve">4. [BACK TO WEEK 4] </w:t>
            </w:r>
            <w:r>
              <w:rPr>
                <w:sz w:val="19"/>
              </w:rPr>
              <w:t>Define stakeholder, and name two stakeholder groups.</w:t>
            </w:r>
          </w:p>
          <w:p w14:paraId="5F34FA93" w14:textId="77777777" w:rsidR="002516E4" w:rsidRDefault="00A3491C">
            <w:pPr>
              <w:keepNext/>
              <w:spacing w:after="20" w:line="240" w:lineRule="auto"/>
            </w:pPr>
            <w:r>
              <w:rPr>
                <w:b/>
                <w:sz w:val="19"/>
              </w:rPr>
              <w:t xml:space="preserve">5. [BACK TO WEEK 3] </w:t>
            </w:r>
            <w:r>
              <w:rPr>
                <w:sz w:val="19"/>
              </w:rPr>
              <w:t>What is the difference between a private limited company and a public limited company?</w:t>
            </w:r>
          </w:p>
        </w:tc>
      </w:tr>
      <w:tr w:rsidR="002516E4" w14:paraId="14DE9693" w14:textId="77777777">
        <w:trPr>
          <w:cantSplit/>
        </w:trPr>
        <w:tc>
          <w:tcPr>
            <w:tcW w:w="10103" w:type="dxa"/>
            <w:shd w:val="clear" w:color="auto" w:fill="F0F0F0"/>
          </w:tcPr>
          <w:p w14:paraId="087A35E1" w14:textId="77777777" w:rsidR="002516E4" w:rsidRDefault="00A3491C">
            <w:pPr>
              <w:keepNext/>
              <w:spacing w:after="24" w:line="240" w:lineRule="auto"/>
            </w:pPr>
            <w:r>
              <w:rPr>
                <w:b/>
                <w:sz w:val="18"/>
              </w:rPr>
              <w:t>ANSWERS  5A</w:t>
            </w:r>
          </w:p>
          <w:p w14:paraId="5371A94A" w14:textId="77777777" w:rsidR="002516E4" w:rsidRDefault="00A3491C">
            <w:pPr>
              <w:keepNext/>
              <w:spacing w:after="14" w:line="240" w:lineRule="auto"/>
            </w:pPr>
            <w:r>
              <w:rPr>
                <w:b/>
                <w:sz w:val="18"/>
              </w:rPr>
              <w:t xml:space="preserve">1. </w:t>
            </w:r>
            <w:r>
              <w:rPr>
                <w:sz w:val="18"/>
              </w:rPr>
              <w:t>A market is anywhere buyers and sellers come together to trade, whether that is a physical place or online. Market share is the proportion of total sales in that market held by one business, shown as a percentage.</w:t>
            </w:r>
          </w:p>
          <w:p w14:paraId="4A7870B2" w14:textId="77777777" w:rsidR="002516E4" w:rsidRDefault="00A3491C">
            <w:pPr>
              <w:keepNext/>
              <w:spacing w:after="14" w:line="240" w:lineRule="auto"/>
            </w:pPr>
            <w:r>
              <w:rPr>
                <w:b/>
                <w:sz w:val="18"/>
              </w:rPr>
              <w:t xml:space="preserve">2. </w:t>
            </w:r>
            <w:r>
              <w:rPr>
                <w:sz w:val="18"/>
              </w:rPr>
              <w:t>1.8 divided by 24 = 0.075, so 7.5 per cent.</w:t>
            </w:r>
          </w:p>
          <w:p w14:paraId="09883D53" w14:textId="77777777" w:rsidR="002516E4" w:rsidRDefault="00A3491C">
            <w:pPr>
              <w:keepNext/>
              <w:spacing w:after="14" w:line="240" w:lineRule="auto"/>
            </w:pPr>
            <w:r>
              <w:rPr>
                <w:b/>
                <w:sz w:val="18"/>
              </w:rPr>
              <w:t xml:space="preserve">3. </w:t>
            </w:r>
            <w:r>
              <w:rPr>
                <w:sz w:val="18"/>
              </w:rPr>
              <w:t>Any two of: prices are pushed down, margins are squeezed, quality or service has to improve, more has to be spent on marketing, there is less freedom to raise price.</w:t>
            </w:r>
          </w:p>
          <w:p w14:paraId="4AA558C4" w14:textId="77777777" w:rsidR="002516E4" w:rsidRDefault="00A3491C">
            <w:pPr>
              <w:keepNext/>
              <w:spacing w:after="14" w:line="240" w:lineRule="auto"/>
            </w:pPr>
            <w:r>
              <w:rPr>
                <w:b/>
                <w:sz w:val="18"/>
              </w:rPr>
              <w:t xml:space="preserve">4. </w:t>
            </w:r>
            <w:r>
              <w:rPr>
                <w:sz w:val="18"/>
              </w:rPr>
              <w:t>Anyone with an interest in what a business does, or who is affected by it. Any two of: owners, employees, customers, suppliers, lenders, the local community, the government.</w:t>
            </w:r>
          </w:p>
          <w:p w14:paraId="444B3936" w14:textId="77777777" w:rsidR="002516E4" w:rsidRDefault="00A3491C">
            <w:pPr>
              <w:spacing w:after="14" w:line="240" w:lineRule="auto"/>
            </w:pPr>
            <w:r>
              <w:rPr>
                <w:b/>
                <w:sz w:val="18"/>
              </w:rPr>
              <w:t xml:space="preserve">5. </w:t>
            </w:r>
            <w:r>
              <w:rPr>
                <w:sz w:val="18"/>
              </w:rPr>
              <w:t>A private limited company sells shares privately to invited investors. A public limited company can sell shares to the public on the stock market.</w:t>
            </w:r>
          </w:p>
        </w:tc>
      </w:tr>
    </w:tbl>
    <w:p w14:paraId="3A434398"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6B6CBF04" w14:textId="77777777">
        <w:trPr>
          <w:cantSplit/>
        </w:trPr>
        <w:tc>
          <w:tcPr>
            <w:tcW w:w="10103" w:type="dxa"/>
          </w:tcPr>
          <w:p w14:paraId="4184EEEB" w14:textId="77777777" w:rsidR="002516E4" w:rsidRDefault="00A3491C">
            <w:pPr>
              <w:keepNext/>
              <w:spacing w:after="24" w:line="240" w:lineRule="auto"/>
            </w:pPr>
            <w:r>
              <w:rPr>
                <w:b/>
                <w:sz w:val="18"/>
              </w:rPr>
              <w:t>WEEK 5  ·  BUSINESS  ·  STARTER B      Level: GCSE and Y12</w:t>
            </w:r>
          </w:p>
          <w:p w14:paraId="23CE78E7" w14:textId="77777777" w:rsidR="002516E4" w:rsidRDefault="00A3491C">
            <w:pPr>
              <w:keepNext/>
              <w:spacing w:after="30" w:line="240" w:lineRule="auto"/>
            </w:pPr>
            <w:r>
              <w:rPr>
                <w:b/>
                <w:sz w:val="20"/>
              </w:rPr>
              <w:t>Customer needs</w:t>
            </w:r>
          </w:p>
          <w:p w14:paraId="4300ECFE" w14:textId="77777777" w:rsidR="002516E4" w:rsidRDefault="00A3491C">
            <w:pPr>
              <w:keepNext/>
              <w:spacing w:after="20" w:line="240" w:lineRule="auto"/>
            </w:pPr>
            <w:r>
              <w:rPr>
                <w:b/>
                <w:sz w:val="19"/>
              </w:rPr>
              <w:t xml:space="preserve">1. </w:t>
            </w:r>
            <w:r>
              <w:rPr>
                <w:sz w:val="19"/>
              </w:rPr>
              <w:t>Name four things customers look for.</w:t>
            </w:r>
          </w:p>
          <w:p w14:paraId="15909329" w14:textId="77777777" w:rsidR="002516E4" w:rsidRDefault="00A3491C">
            <w:pPr>
              <w:keepNext/>
              <w:spacing w:after="20" w:line="240" w:lineRule="auto"/>
            </w:pPr>
            <w:r>
              <w:rPr>
                <w:b/>
                <w:sz w:val="19"/>
              </w:rPr>
              <w:t xml:space="preserve">2. </w:t>
            </w:r>
            <w:r>
              <w:rPr>
                <w:sz w:val="19"/>
              </w:rPr>
              <w:t>Why does a business need to know which of those its own customers value most?</w:t>
            </w:r>
          </w:p>
          <w:p w14:paraId="666A38ED" w14:textId="77777777" w:rsidR="002516E4" w:rsidRDefault="00A3491C">
            <w:pPr>
              <w:keepNext/>
              <w:spacing w:after="20" w:line="240" w:lineRule="auto"/>
            </w:pPr>
            <w:r>
              <w:rPr>
                <w:b/>
                <w:sz w:val="19"/>
              </w:rPr>
              <w:t xml:space="preserve">3. </w:t>
            </w:r>
            <w:r>
              <w:rPr>
                <w:sz w:val="19"/>
              </w:rPr>
              <w:t>Name one way a business finds that out.</w:t>
            </w:r>
          </w:p>
          <w:p w14:paraId="1416BC4F" w14:textId="77777777" w:rsidR="002516E4" w:rsidRDefault="00A3491C">
            <w:pPr>
              <w:keepNext/>
              <w:spacing w:after="20" w:line="240" w:lineRule="auto"/>
            </w:pPr>
            <w:r>
              <w:rPr>
                <w:b/>
                <w:sz w:val="19"/>
              </w:rPr>
              <w:t xml:space="preserve">4. [BACK TO WEEK 4] </w:t>
            </w:r>
            <w:r>
              <w:rPr>
                <w:sz w:val="19"/>
              </w:rPr>
              <w:t>What is the difference between an aim and an objective?</w:t>
            </w:r>
          </w:p>
          <w:p w14:paraId="4742DEDE" w14:textId="77777777" w:rsidR="002516E4" w:rsidRDefault="00A3491C">
            <w:pPr>
              <w:keepNext/>
              <w:spacing w:after="20" w:line="240" w:lineRule="auto"/>
            </w:pPr>
            <w:r>
              <w:rPr>
                <w:b/>
                <w:sz w:val="19"/>
              </w:rPr>
              <w:t xml:space="preserve">5. [BACK TO WEEK 2] </w:t>
            </w:r>
            <w:r>
              <w:rPr>
                <w:sz w:val="19"/>
              </w:rPr>
              <w:t>What is the difference between an idea and an opportunity?</w:t>
            </w:r>
          </w:p>
        </w:tc>
      </w:tr>
      <w:tr w:rsidR="002516E4" w14:paraId="5EECD22E" w14:textId="77777777">
        <w:trPr>
          <w:cantSplit/>
        </w:trPr>
        <w:tc>
          <w:tcPr>
            <w:tcW w:w="10103" w:type="dxa"/>
            <w:shd w:val="clear" w:color="auto" w:fill="F0F0F0"/>
          </w:tcPr>
          <w:p w14:paraId="45E8EA86" w14:textId="77777777" w:rsidR="002516E4" w:rsidRDefault="00A3491C">
            <w:pPr>
              <w:keepNext/>
              <w:spacing w:after="24" w:line="240" w:lineRule="auto"/>
            </w:pPr>
            <w:r>
              <w:rPr>
                <w:b/>
                <w:sz w:val="18"/>
              </w:rPr>
              <w:t>ANSWERS  5B</w:t>
            </w:r>
          </w:p>
          <w:p w14:paraId="1379EA14" w14:textId="77777777" w:rsidR="002516E4" w:rsidRDefault="00A3491C">
            <w:pPr>
              <w:keepNext/>
              <w:spacing w:after="14" w:line="240" w:lineRule="auto"/>
            </w:pPr>
            <w:r>
              <w:rPr>
                <w:b/>
                <w:sz w:val="18"/>
              </w:rPr>
              <w:t xml:space="preserve">1. </w:t>
            </w:r>
            <w:r>
              <w:rPr>
                <w:sz w:val="18"/>
              </w:rPr>
              <w:t>Any four of: price, quality, choice, convenience, speed, reliability, good service, brand.</w:t>
            </w:r>
          </w:p>
          <w:p w14:paraId="4715BB1C" w14:textId="77777777" w:rsidR="002516E4" w:rsidRDefault="00A3491C">
            <w:pPr>
              <w:keepNext/>
              <w:spacing w:after="14" w:line="240" w:lineRule="auto"/>
            </w:pPr>
            <w:r>
              <w:rPr>
                <w:b/>
                <w:sz w:val="18"/>
              </w:rPr>
              <w:t xml:space="preserve">2. </w:t>
            </w:r>
            <w:r>
              <w:rPr>
                <w:sz w:val="18"/>
              </w:rPr>
              <w:t>Because no business can be best at all of them. Knowing which one customers actually pay for tells the owner where to spend money and where it is safe to be ordinary.</w:t>
            </w:r>
          </w:p>
          <w:p w14:paraId="27B803B4" w14:textId="77777777" w:rsidR="002516E4" w:rsidRDefault="00A3491C">
            <w:pPr>
              <w:keepNext/>
              <w:spacing w:after="14" w:line="240" w:lineRule="auto"/>
            </w:pPr>
            <w:r>
              <w:rPr>
                <w:b/>
                <w:sz w:val="18"/>
              </w:rPr>
              <w:t xml:space="preserve">3. </w:t>
            </w:r>
            <w:r>
              <w:rPr>
                <w:sz w:val="18"/>
              </w:rPr>
              <w:t>Any one of: a customer survey, sales data showing what people actually buy, talking to customers, watching what they do in the shop, reading complaints and reviews.</w:t>
            </w:r>
          </w:p>
          <w:p w14:paraId="5972E4C2" w14:textId="77777777" w:rsidR="002516E4" w:rsidRDefault="00A3491C">
            <w:pPr>
              <w:keepNext/>
              <w:spacing w:after="14" w:line="240" w:lineRule="auto"/>
            </w:pPr>
            <w:r>
              <w:rPr>
                <w:b/>
                <w:sz w:val="18"/>
              </w:rPr>
              <w:t xml:space="preserve">4. </w:t>
            </w:r>
            <w:r>
              <w:rPr>
                <w:sz w:val="18"/>
              </w:rPr>
              <w:t>An aim is what the business is trying to achieve overall. An objective is a specific, measurable target with a deadline that moves it towards that aim.</w:t>
            </w:r>
          </w:p>
          <w:p w14:paraId="27BED48C" w14:textId="77777777" w:rsidR="002516E4" w:rsidRDefault="00A3491C">
            <w:pPr>
              <w:spacing w:after="14" w:line="240" w:lineRule="auto"/>
            </w:pPr>
            <w:r>
              <w:rPr>
                <w:b/>
                <w:sz w:val="18"/>
              </w:rPr>
              <w:t xml:space="preserve">5. </w:t>
            </w:r>
            <w:r>
              <w:rPr>
                <w:sz w:val="18"/>
              </w:rPr>
              <w:t>An idea is something you could make. An opportunity is something people will pay for, at a price that covers the cost.</w:t>
            </w:r>
          </w:p>
        </w:tc>
      </w:tr>
    </w:tbl>
    <w:p w14:paraId="3E4807F3"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7213319F" w14:textId="77777777">
        <w:trPr>
          <w:cantSplit/>
        </w:trPr>
        <w:tc>
          <w:tcPr>
            <w:tcW w:w="10103" w:type="dxa"/>
          </w:tcPr>
          <w:p w14:paraId="6C65DBED" w14:textId="77777777" w:rsidR="002516E4" w:rsidRDefault="00A3491C">
            <w:pPr>
              <w:keepNext/>
              <w:spacing w:after="24" w:line="240" w:lineRule="auto"/>
            </w:pPr>
            <w:r>
              <w:rPr>
                <w:b/>
                <w:sz w:val="18"/>
              </w:rPr>
              <w:t>WEEK 5  ·  BUSINESS  ·  STARTER C      Level: GCSE and Y12</w:t>
            </w:r>
          </w:p>
          <w:p w14:paraId="1AB30D75" w14:textId="77777777" w:rsidR="002516E4" w:rsidRDefault="00A3491C">
            <w:pPr>
              <w:keepNext/>
              <w:spacing w:after="30" w:line="240" w:lineRule="auto"/>
            </w:pPr>
            <w:r>
              <w:rPr>
                <w:b/>
                <w:sz w:val="20"/>
              </w:rPr>
              <w:t>Segmentation, mass and niche</w:t>
            </w:r>
          </w:p>
          <w:p w14:paraId="62180CCE" w14:textId="77777777" w:rsidR="002516E4" w:rsidRDefault="00A3491C">
            <w:pPr>
              <w:keepNext/>
              <w:spacing w:after="20" w:line="240" w:lineRule="auto"/>
            </w:pPr>
            <w:r>
              <w:rPr>
                <w:b/>
                <w:sz w:val="19"/>
              </w:rPr>
              <w:t xml:space="preserve">1. </w:t>
            </w:r>
            <w:r>
              <w:rPr>
                <w:sz w:val="19"/>
              </w:rPr>
              <w:t>Define market segmentation, and name three ways a market can be segmented.</w:t>
            </w:r>
          </w:p>
          <w:p w14:paraId="4FB029BB" w14:textId="77777777" w:rsidR="002516E4" w:rsidRDefault="00A3491C">
            <w:pPr>
              <w:keepNext/>
              <w:spacing w:after="20" w:line="240" w:lineRule="auto"/>
            </w:pPr>
            <w:r>
              <w:rPr>
                <w:b/>
                <w:sz w:val="19"/>
              </w:rPr>
              <w:t xml:space="preserve">2. </w:t>
            </w:r>
            <w:r>
              <w:rPr>
                <w:sz w:val="19"/>
              </w:rPr>
              <w:t>What is the difference between a mass market and a niche market?</w:t>
            </w:r>
          </w:p>
          <w:p w14:paraId="343DBE2E" w14:textId="77777777" w:rsidR="002516E4" w:rsidRDefault="00A3491C">
            <w:pPr>
              <w:keepNext/>
              <w:spacing w:after="20" w:line="240" w:lineRule="auto"/>
            </w:pPr>
            <w:r>
              <w:rPr>
                <w:b/>
                <w:sz w:val="19"/>
              </w:rPr>
              <w:t xml:space="preserve">3. </w:t>
            </w:r>
            <w:r>
              <w:rPr>
                <w:sz w:val="19"/>
              </w:rPr>
              <w:t>Give one risk of serving a niche.</w:t>
            </w:r>
          </w:p>
          <w:p w14:paraId="3FB5BCFC" w14:textId="77777777" w:rsidR="002516E4" w:rsidRDefault="00A3491C">
            <w:pPr>
              <w:keepNext/>
              <w:spacing w:after="20" w:line="240" w:lineRule="auto"/>
            </w:pPr>
            <w:r>
              <w:rPr>
                <w:b/>
                <w:sz w:val="19"/>
              </w:rPr>
              <w:t xml:space="preserve">4. [BACK TO WEEK 4] </w:t>
            </w:r>
            <w:r>
              <w:rPr>
                <w:sz w:val="19"/>
              </w:rPr>
              <w:t>Name four possible business objectives.</w:t>
            </w:r>
          </w:p>
          <w:p w14:paraId="3A1FD3F5" w14:textId="77777777" w:rsidR="002516E4" w:rsidRDefault="00A3491C">
            <w:pPr>
              <w:keepNext/>
              <w:spacing w:after="20" w:line="240" w:lineRule="auto"/>
            </w:pPr>
            <w:r>
              <w:rPr>
                <w:b/>
                <w:sz w:val="19"/>
              </w:rPr>
              <w:t xml:space="preserve">5. [BACK TO WEEK 3] </w:t>
            </w:r>
            <w:r>
              <w:rPr>
                <w:sz w:val="19"/>
              </w:rPr>
              <w:t>Give one drawback of becoming a public limited company.</w:t>
            </w:r>
          </w:p>
        </w:tc>
      </w:tr>
      <w:tr w:rsidR="002516E4" w14:paraId="1A109C7E" w14:textId="77777777">
        <w:trPr>
          <w:cantSplit/>
        </w:trPr>
        <w:tc>
          <w:tcPr>
            <w:tcW w:w="10103" w:type="dxa"/>
            <w:shd w:val="clear" w:color="auto" w:fill="F0F0F0"/>
          </w:tcPr>
          <w:p w14:paraId="656395DF" w14:textId="77777777" w:rsidR="002516E4" w:rsidRDefault="00A3491C">
            <w:pPr>
              <w:keepNext/>
              <w:spacing w:after="24" w:line="240" w:lineRule="auto"/>
            </w:pPr>
            <w:r>
              <w:rPr>
                <w:b/>
                <w:sz w:val="18"/>
              </w:rPr>
              <w:t>ANSWERS  5C</w:t>
            </w:r>
          </w:p>
          <w:p w14:paraId="3879889E" w14:textId="77777777" w:rsidR="002516E4" w:rsidRDefault="00A3491C">
            <w:pPr>
              <w:keepNext/>
              <w:spacing w:after="14" w:line="240" w:lineRule="auto"/>
            </w:pPr>
            <w:r>
              <w:rPr>
                <w:b/>
                <w:sz w:val="18"/>
              </w:rPr>
              <w:t xml:space="preserve">1. </w:t>
            </w:r>
            <w:r>
              <w:rPr>
                <w:sz w:val="18"/>
              </w:rPr>
              <w:t>Splitting a market into groups of customers with similar characteristics or needs, so each group can be targeted differently. Any three of: age, income, gender, location, lifestyle, interests, occupation, family size.</w:t>
            </w:r>
          </w:p>
          <w:p w14:paraId="297AF1DD" w14:textId="77777777" w:rsidR="002516E4" w:rsidRDefault="00A3491C">
            <w:pPr>
              <w:keepNext/>
              <w:spacing w:after="14" w:line="240" w:lineRule="auto"/>
            </w:pPr>
            <w:r>
              <w:rPr>
                <w:b/>
                <w:sz w:val="18"/>
              </w:rPr>
              <w:t xml:space="preserve">2. </w:t>
            </w:r>
            <w:r>
              <w:rPr>
                <w:sz w:val="18"/>
              </w:rPr>
              <w:t>A mass market sells one product to a large, broad group of customers. A niche market serves a small, specific group with particular needs.</w:t>
            </w:r>
          </w:p>
          <w:p w14:paraId="6C9D644E" w14:textId="77777777" w:rsidR="002516E4" w:rsidRDefault="00A3491C">
            <w:pPr>
              <w:keepNext/>
              <w:spacing w:after="14" w:line="240" w:lineRule="auto"/>
            </w:pPr>
            <w:r>
              <w:rPr>
                <w:b/>
                <w:sz w:val="18"/>
              </w:rPr>
              <w:t xml:space="preserve">3. </w:t>
            </w:r>
            <w:r>
              <w:rPr>
                <w:sz w:val="18"/>
              </w:rPr>
              <w:t>The number of customers is small, so if tastes change or a large firm moves in, sales can fall sharply with nothing to fall back on.</w:t>
            </w:r>
          </w:p>
          <w:p w14:paraId="6D1DE6F0" w14:textId="77777777" w:rsidR="002516E4" w:rsidRDefault="00A3491C">
            <w:pPr>
              <w:keepNext/>
              <w:spacing w:after="14" w:line="240" w:lineRule="auto"/>
            </w:pPr>
            <w:r>
              <w:rPr>
                <w:b/>
                <w:sz w:val="18"/>
              </w:rPr>
              <w:t xml:space="preserve">4. </w:t>
            </w:r>
            <w:r>
              <w:rPr>
                <w:sz w:val="18"/>
              </w:rPr>
              <w:t>Any four of: survival, profit, growth, market share, independence, personal satisfaction, a better work-life balance, customer satisfaction, serving the local community, cutting environmental impact.</w:t>
            </w:r>
          </w:p>
          <w:p w14:paraId="2F3186E4" w14:textId="77777777" w:rsidR="002516E4" w:rsidRDefault="00A3491C">
            <w:pPr>
              <w:spacing w:after="14" w:line="240" w:lineRule="auto"/>
            </w:pPr>
            <w:r>
              <w:rPr>
                <w:b/>
                <w:sz w:val="18"/>
              </w:rPr>
              <w:t xml:space="preserve">5. </w:t>
            </w:r>
            <w:r>
              <w:rPr>
                <w:sz w:val="18"/>
              </w:rPr>
              <w:t>Any one of: anyone can buy the shares so control can be lost, the accounts are public, floating is expensive, shareholders push for short-term profit.</w:t>
            </w:r>
          </w:p>
        </w:tc>
      </w:tr>
    </w:tbl>
    <w:p w14:paraId="0A504214" w14:textId="77777777" w:rsidR="002516E4" w:rsidRDefault="002516E4">
      <w:pPr>
        <w:pageBreakBefore/>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1CCFAD74" w14:textId="77777777">
        <w:trPr>
          <w:cantSplit/>
        </w:trPr>
        <w:tc>
          <w:tcPr>
            <w:tcW w:w="10103" w:type="dxa"/>
          </w:tcPr>
          <w:p w14:paraId="4403A480" w14:textId="77777777" w:rsidR="002516E4" w:rsidRDefault="00A3491C">
            <w:pPr>
              <w:keepNext/>
              <w:spacing w:after="24" w:line="240" w:lineRule="auto"/>
            </w:pPr>
            <w:r>
              <w:rPr>
                <w:b/>
                <w:sz w:val="18"/>
              </w:rPr>
              <w:t>WEEK 5  ·  ECONOMICS  ·  STARTER A      Level: GCSE and Y12</w:t>
            </w:r>
          </w:p>
          <w:p w14:paraId="5ACA94EB" w14:textId="77777777" w:rsidR="002516E4" w:rsidRDefault="00A3491C">
            <w:pPr>
              <w:keepNext/>
              <w:spacing w:after="30" w:line="240" w:lineRule="auto"/>
            </w:pPr>
            <w:r>
              <w:rPr>
                <w:b/>
                <w:sz w:val="20"/>
              </w:rPr>
              <w:t>The law of supply and what shifts it</w:t>
            </w:r>
          </w:p>
          <w:p w14:paraId="28BFF415" w14:textId="77777777" w:rsidR="002516E4" w:rsidRDefault="00A3491C">
            <w:pPr>
              <w:keepNext/>
              <w:spacing w:after="20" w:line="240" w:lineRule="auto"/>
            </w:pPr>
            <w:r>
              <w:rPr>
                <w:b/>
                <w:sz w:val="19"/>
              </w:rPr>
              <w:t xml:space="preserve">1. </w:t>
            </w:r>
            <w:r>
              <w:rPr>
                <w:sz w:val="19"/>
              </w:rPr>
              <w:t>Define supply, and say why the supply curve slopes upwards.</w:t>
            </w:r>
          </w:p>
          <w:p w14:paraId="67039501" w14:textId="77777777" w:rsidR="002516E4" w:rsidRDefault="00A3491C">
            <w:pPr>
              <w:keepNext/>
              <w:spacing w:after="20" w:line="240" w:lineRule="auto"/>
            </w:pPr>
            <w:r>
              <w:rPr>
                <w:b/>
                <w:sz w:val="19"/>
              </w:rPr>
              <w:t xml:space="preserve">2. </w:t>
            </w:r>
            <w:r>
              <w:rPr>
                <w:sz w:val="19"/>
              </w:rPr>
              <w:t>Name four things that shift supply.</w:t>
            </w:r>
          </w:p>
          <w:p w14:paraId="0F783D3B" w14:textId="77777777" w:rsidR="002516E4" w:rsidRDefault="00A3491C">
            <w:pPr>
              <w:keepNext/>
              <w:spacing w:after="20" w:line="240" w:lineRule="auto"/>
            </w:pPr>
            <w:r>
              <w:rPr>
                <w:b/>
                <w:sz w:val="19"/>
              </w:rPr>
              <w:t xml:space="preserve">3. </w:t>
            </w:r>
            <w:r>
              <w:rPr>
                <w:sz w:val="19"/>
              </w:rPr>
              <w:t>A subsidy is paid to producers. What happens to the supply curve, and which way?</w:t>
            </w:r>
          </w:p>
          <w:p w14:paraId="12D1A933" w14:textId="77777777" w:rsidR="002516E4" w:rsidRDefault="00A3491C">
            <w:pPr>
              <w:keepNext/>
              <w:spacing w:after="20" w:line="240" w:lineRule="auto"/>
            </w:pPr>
            <w:r>
              <w:rPr>
                <w:b/>
                <w:sz w:val="19"/>
              </w:rPr>
              <w:t xml:space="preserve">4. [BACK TO WEEK 4] </w:t>
            </w:r>
            <w:r>
              <w:rPr>
                <w:sz w:val="19"/>
              </w:rPr>
              <w:t>The price of the good itself falls. Movement along the curve, or shift?</w:t>
            </w:r>
          </w:p>
          <w:p w14:paraId="1054B5D0" w14:textId="77777777" w:rsidR="002516E4" w:rsidRDefault="00A3491C">
            <w:pPr>
              <w:keepNext/>
              <w:spacing w:after="20" w:line="240" w:lineRule="auto"/>
            </w:pPr>
            <w:r>
              <w:rPr>
                <w:b/>
                <w:sz w:val="19"/>
              </w:rPr>
              <w:t xml:space="preserve">5. [BACK TO WEEK 3] </w:t>
            </w:r>
            <w:r>
              <w:rPr>
                <w:sz w:val="19"/>
              </w:rPr>
              <w:t>Give one advantage and one drawback of the division of labour.</w:t>
            </w:r>
          </w:p>
        </w:tc>
      </w:tr>
      <w:tr w:rsidR="002516E4" w14:paraId="679D9DBD" w14:textId="77777777">
        <w:trPr>
          <w:cantSplit/>
        </w:trPr>
        <w:tc>
          <w:tcPr>
            <w:tcW w:w="10103" w:type="dxa"/>
            <w:shd w:val="clear" w:color="auto" w:fill="F0F0F0"/>
          </w:tcPr>
          <w:p w14:paraId="663DFA27" w14:textId="77777777" w:rsidR="002516E4" w:rsidRDefault="00A3491C">
            <w:pPr>
              <w:keepNext/>
              <w:spacing w:after="24" w:line="240" w:lineRule="auto"/>
            </w:pPr>
            <w:r>
              <w:rPr>
                <w:b/>
                <w:sz w:val="18"/>
              </w:rPr>
              <w:t>ANSWERS  5A</w:t>
            </w:r>
          </w:p>
          <w:p w14:paraId="72B2A127" w14:textId="77777777" w:rsidR="002516E4" w:rsidRDefault="00A3491C">
            <w:pPr>
              <w:keepNext/>
              <w:spacing w:after="14" w:line="240" w:lineRule="auto"/>
            </w:pPr>
            <w:r>
              <w:rPr>
                <w:b/>
                <w:sz w:val="18"/>
              </w:rPr>
              <w:t xml:space="preserve">1. </w:t>
            </w:r>
            <w:r>
              <w:rPr>
                <w:sz w:val="18"/>
              </w:rPr>
              <w:t>The quantity of a good producers are willing and able to sell at each price over a period of time. It slopes upwards because a higher price makes production more profitable, so existing firms produce more and new firms enter.</w:t>
            </w:r>
          </w:p>
          <w:p w14:paraId="49DD4017" w14:textId="77777777" w:rsidR="002516E4" w:rsidRDefault="00A3491C">
            <w:pPr>
              <w:keepNext/>
              <w:spacing w:after="14" w:line="240" w:lineRule="auto"/>
            </w:pPr>
            <w:r>
              <w:rPr>
                <w:b/>
                <w:sz w:val="18"/>
              </w:rPr>
              <w:t xml:space="preserve">2. </w:t>
            </w:r>
            <w:r>
              <w:rPr>
                <w:sz w:val="18"/>
              </w:rPr>
              <w:t>Any four of: costs of production, technology, taxes on producers, subsidies, the number of firms in the market, weather for farm goods, the price of related goods.</w:t>
            </w:r>
          </w:p>
          <w:p w14:paraId="47F093FD" w14:textId="77777777" w:rsidR="002516E4" w:rsidRDefault="00A3491C">
            <w:pPr>
              <w:keepNext/>
              <w:spacing w:after="14" w:line="240" w:lineRule="auto"/>
            </w:pPr>
            <w:r>
              <w:rPr>
                <w:b/>
                <w:sz w:val="18"/>
              </w:rPr>
              <w:t xml:space="preserve">3. </w:t>
            </w:r>
            <w:r>
              <w:rPr>
                <w:sz w:val="18"/>
              </w:rPr>
              <w:t>It shifts right. The subsidy lowers the cost of producing each unit, so more is supplied at every price.</w:t>
            </w:r>
          </w:p>
          <w:p w14:paraId="736A1E62" w14:textId="77777777" w:rsidR="002516E4" w:rsidRDefault="00A3491C">
            <w:pPr>
              <w:keepNext/>
              <w:spacing w:after="14" w:line="240" w:lineRule="auto"/>
            </w:pPr>
            <w:r>
              <w:rPr>
                <w:b/>
                <w:sz w:val="18"/>
              </w:rPr>
              <w:t xml:space="preserve">4. </w:t>
            </w:r>
            <w:r>
              <w:rPr>
                <w:sz w:val="18"/>
              </w:rPr>
              <w:t>A movement along the curve. Only a change in the price of the good itself does that.</w:t>
            </w:r>
          </w:p>
          <w:p w14:paraId="491C8EC3" w14:textId="77777777" w:rsidR="002516E4" w:rsidRDefault="00A3491C">
            <w:pPr>
              <w:spacing w:after="14" w:line="240" w:lineRule="auto"/>
            </w:pPr>
            <w:r>
              <w:rPr>
                <w:b/>
                <w:sz w:val="18"/>
              </w:rPr>
              <w:t xml:space="preserve">5. </w:t>
            </w:r>
            <w:r>
              <w:rPr>
                <w:sz w:val="18"/>
              </w:rPr>
              <w:t>Advantage: workers get faster at a repeated task and output per worker rises. Drawback: the work becomes boring, so motivation and quality fall and staff leave.</w:t>
            </w:r>
          </w:p>
        </w:tc>
      </w:tr>
    </w:tbl>
    <w:p w14:paraId="24B93FC4"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7FACEA1C" w14:textId="77777777">
        <w:trPr>
          <w:cantSplit/>
        </w:trPr>
        <w:tc>
          <w:tcPr>
            <w:tcW w:w="10103" w:type="dxa"/>
          </w:tcPr>
          <w:p w14:paraId="71D00F74" w14:textId="77777777" w:rsidR="002516E4" w:rsidRDefault="00A3491C">
            <w:pPr>
              <w:keepNext/>
              <w:spacing w:after="24" w:line="240" w:lineRule="auto"/>
            </w:pPr>
            <w:r>
              <w:rPr>
                <w:b/>
                <w:sz w:val="18"/>
              </w:rPr>
              <w:t>WEEK 5  ·  ECONOMICS  ·  STARTER B      Level: GCSE and Y12</w:t>
            </w:r>
          </w:p>
          <w:p w14:paraId="55EDB965" w14:textId="77777777" w:rsidR="002516E4" w:rsidRDefault="00A3491C">
            <w:pPr>
              <w:keepNext/>
              <w:spacing w:after="30" w:line="240" w:lineRule="auto"/>
            </w:pPr>
            <w:r>
              <w:rPr>
                <w:b/>
                <w:sz w:val="20"/>
              </w:rPr>
              <w:t>Equilibrium, surplus and shortage</w:t>
            </w:r>
          </w:p>
          <w:p w14:paraId="1BEE3308" w14:textId="77777777" w:rsidR="002516E4" w:rsidRDefault="00A3491C">
            <w:pPr>
              <w:keepNext/>
              <w:spacing w:after="20" w:line="240" w:lineRule="auto"/>
            </w:pPr>
            <w:r>
              <w:rPr>
                <w:b/>
                <w:sz w:val="19"/>
              </w:rPr>
              <w:t xml:space="preserve">1. </w:t>
            </w:r>
            <w:r>
              <w:rPr>
                <w:sz w:val="19"/>
              </w:rPr>
              <w:t>What is meant by the equilibrium price?</w:t>
            </w:r>
          </w:p>
          <w:p w14:paraId="1C287D7E" w14:textId="77777777" w:rsidR="002516E4" w:rsidRDefault="00A3491C">
            <w:pPr>
              <w:keepNext/>
              <w:spacing w:after="20" w:line="240" w:lineRule="auto"/>
            </w:pPr>
            <w:r>
              <w:rPr>
                <w:b/>
                <w:sz w:val="19"/>
              </w:rPr>
              <w:t xml:space="preserve">2. </w:t>
            </w:r>
            <w:r>
              <w:rPr>
                <w:sz w:val="19"/>
              </w:rPr>
              <w:t>If price is set above equilibrium, will there be a surplus or a shortage? One line of explanation.</w:t>
            </w:r>
          </w:p>
          <w:p w14:paraId="58631E78" w14:textId="77777777" w:rsidR="002516E4" w:rsidRDefault="00A3491C">
            <w:pPr>
              <w:keepNext/>
              <w:spacing w:after="20" w:line="240" w:lineRule="auto"/>
            </w:pPr>
            <w:r>
              <w:rPr>
                <w:b/>
                <w:sz w:val="19"/>
              </w:rPr>
              <w:t xml:space="preserve">3. </w:t>
            </w:r>
            <w:r>
              <w:rPr>
                <w:sz w:val="19"/>
              </w:rPr>
              <w:t>Demand rises and supply is unchanged. What happens to equilibrium price and quantity?</w:t>
            </w:r>
          </w:p>
          <w:p w14:paraId="6D94B74F" w14:textId="77777777" w:rsidR="002516E4" w:rsidRDefault="00A3491C">
            <w:pPr>
              <w:keepNext/>
              <w:spacing w:after="20" w:line="240" w:lineRule="auto"/>
            </w:pPr>
            <w:r>
              <w:rPr>
                <w:b/>
                <w:sz w:val="19"/>
              </w:rPr>
              <w:t xml:space="preserve">4. [BACK TO WEEK 3] </w:t>
            </w:r>
            <w:r>
              <w:rPr>
                <w:sz w:val="19"/>
              </w:rPr>
              <w:t>Name two functions of money.</w:t>
            </w:r>
          </w:p>
          <w:p w14:paraId="7D494A1B" w14:textId="77777777" w:rsidR="002516E4" w:rsidRDefault="00A3491C">
            <w:pPr>
              <w:keepNext/>
              <w:spacing w:after="20" w:line="240" w:lineRule="auto"/>
            </w:pPr>
            <w:r>
              <w:rPr>
                <w:b/>
                <w:sz w:val="19"/>
              </w:rPr>
              <w:t xml:space="preserve">5. [BACK TO WEEK 2] </w:t>
            </w:r>
            <w:r>
              <w:rPr>
                <w:sz w:val="19"/>
              </w:rPr>
              <w:t>Food output falls from 60 to 45 and machinery rises from 20 to 35. State the opportunity cost.</w:t>
            </w:r>
          </w:p>
        </w:tc>
      </w:tr>
      <w:tr w:rsidR="002516E4" w14:paraId="3B699C6A" w14:textId="77777777">
        <w:trPr>
          <w:cantSplit/>
        </w:trPr>
        <w:tc>
          <w:tcPr>
            <w:tcW w:w="10103" w:type="dxa"/>
            <w:shd w:val="clear" w:color="auto" w:fill="F0F0F0"/>
          </w:tcPr>
          <w:p w14:paraId="279E4190" w14:textId="77777777" w:rsidR="002516E4" w:rsidRDefault="00A3491C">
            <w:pPr>
              <w:keepNext/>
              <w:spacing w:after="24" w:line="240" w:lineRule="auto"/>
            </w:pPr>
            <w:r>
              <w:rPr>
                <w:b/>
                <w:sz w:val="18"/>
              </w:rPr>
              <w:t>ANSWERS  5B</w:t>
            </w:r>
          </w:p>
          <w:p w14:paraId="7D4601DB" w14:textId="77777777" w:rsidR="002516E4" w:rsidRDefault="00A3491C">
            <w:pPr>
              <w:keepNext/>
              <w:spacing w:after="14" w:line="240" w:lineRule="auto"/>
            </w:pPr>
            <w:r>
              <w:rPr>
                <w:b/>
                <w:sz w:val="18"/>
              </w:rPr>
              <w:t xml:space="preserve">1. </w:t>
            </w:r>
            <w:r>
              <w:rPr>
                <w:sz w:val="18"/>
              </w:rPr>
              <w:t>The price at which the quantity demanded equals the quantity supplied, so there is no pressure on the price to move.</w:t>
            </w:r>
          </w:p>
          <w:p w14:paraId="01C238E1" w14:textId="77777777" w:rsidR="002516E4" w:rsidRDefault="00A3491C">
            <w:pPr>
              <w:keepNext/>
              <w:spacing w:after="14" w:line="240" w:lineRule="auto"/>
            </w:pPr>
            <w:r>
              <w:rPr>
                <w:b/>
                <w:sz w:val="18"/>
              </w:rPr>
              <w:t xml:space="preserve">2. </w:t>
            </w:r>
            <w:r>
              <w:rPr>
                <w:sz w:val="18"/>
              </w:rPr>
              <w:t>A surplus. At that price firms want to sell more than consumers want to buy, so stock builds up and the price is pushed back down.</w:t>
            </w:r>
          </w:p>
          <w:p w14:paraId="130CCF35" w14:textId="77777777" w:rsidR="002516E4" w:rsidRDefault="00A3491C">
            <w:pPr>
              <w:keepNext/>
              <w:spacing w:after="14" w:line="240" w:lineRule="auto"/>
            </w:pPr>
            <w:r>
              <w:rPr>
                <w:b/>
                <w:sz w:val="18"/>
              </w:rPr>
              <w:t xml:space="preserve">3. </w:t>
            </w:r>
            <w:r>
              <w:rPr>
                <w:sz w:val="18"/>
              </w:rPr>
              <w:t>Both rise. Demand shifts right, so the new equilibrium sits at a higher price and a higher quantity.</w:t>
            </w:r>
          </w:p>
          <w:p w14:paraId="6D75D1F6" w14:textId="77777777" w:rsidR="002516E4" w:rsidRDefault="00A3491C">
            <w:pPr>
              <w:keepNext/>
              <w:spacing w:after="14" w:line="240" w:lineRule="auto"/>
            </w:pPr>
            <w:r>
              <w:rPr>
                <w:b/>
                <w:sz w:val="18"/>
              </w:rPr>
              <w:t xml:space="preserve">4. </w:t>
            </w:r>
            <w:r>
              <w:rPr>
                <w:sz w:val="18"/>
              </w:rPr>
              <w:t>Any two of: a medium of exchange, a store of value, a unit of account, a standard of deferred payment.</w:t>
            </w:r>
          </w:p>
          <w:p w14:paraId="5C04B391" w14:textId="77777777" w:rsidR="002516E4" w:rsidRDefault="00A3491C">
            <w:pPr>
              <w:spacing w:after="14" w:line="240" w:lineRule="auto"/>
            </w:pPr>
            <w:r>
              <w:rPr>
                <w:b/>
                <w:sz w:val="18"/>
              </w:rPr>
              <w:t xml:space="preserve">5. </w:t>
            </w:r>
            <w:r>
              <w:rPr>
                <w:sz w:val="18"/>
              </w:rPr>
              <w:t>15 units of food given up for 15 extra units of machinery. The opportunity cost is 15 units of food.</w:t>
            </w:r>
          </w:p>
        </w:tc>
      </w:tr>
    </w:tbl>
    <w:p w14:paraId="5DA26712"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6837B816" w14:textId="77777777">
        <w:trPr>
          <w:cantSplit/>
        </w:trPr>
        <w:tc>
          <w:tcPr>
            <w:tcW w:w="10103" w:type="dxa"/>
          </w:tcPr>
          <w:p w14:paraId="3A591234" w14:textId="77777777" w:rsidR="002516E4" w:rsidRDefault="00A3491C">
            <w:pPr>
              <w:keepNext/>
              <w:spacing w:after="24" w:line="240" w:lineRule="auto"/>
            </w:pPr>
            <w:r>
              <w:rPr>
                <w:b/>
                <w:sz w:val="18"/>
              </w:rPr>
              <w:t>WEEK 5  ·  ECONOMICS  ·  STARTER C      Level: Y12</w:t>
            </w:r>
          </w:p>
          <w:p w14:paraId="061C279E" w14:textId="77777777" w:rsidR="002516E4" w:rsidRDefault="00A3491C">
            <w:pPr>
              <w:keepNext/>
              <w:spacing w:after="30" w:line="240" w:lineRule="auto"/>
            </w:pPr>
            <w:r>
              <w:rPr>
                <w:b/>
                <w:sz w:val="20"/>
              </w:rPr>
              <w:t>The functions of the price mechanism</w:t>
            </w:r>
          </w:p>
          <w:p w14:paraId="012879E5" w14:textId="77777777" w:rsidR="002516E4" w:rsidRDefault="00A3491C">
            <w:pPr>
              <w:keepNext/>
              <w:spacing w:after="20" w:line="240" w:lineRule="auto"/>
            </w:pPr>
            <w:r>
              <w:rPr>
                <w:b/>
                <w:sz w:val="19"/>
              </w:rPr>
              <w:t xml:space="preserve">1. </w:t>
            </w:r>
            <w:r>
              <w:rPr>
                <w:sz w:val="19"/>
              </w:rPr>
              <w:t>Name the three functions of the price mechanism.</w:t>
            </w:r>
          </w:p>
          <w:p w14:paraId="08D90117" w14:textId="77777777" w:rsidR="002516E4" w:rsidRDefault="00A3491C">
            <w:pPr>
              <w:keepNext/>
              <w:spacing w:after="20" w:line="240" w:lineRule="auto"/>
            </w:pPr>
            <w:r>
              <w:rPr>
                <w:b/>
                <w:sz w:val="19"/>
              </w:rPr>
              <w:t xml:space="preserve">2. </w:t>
            </w:r>
            <w:r>
              <w:rPr>
                <w:sz w:val="19"/>
              </w:rPr>
              <w:t>Explain signalling in one line.</w:t>
            </w:r>
          </w:p>
          <w:p w14:paraId="080B79FF" w14:textId="77777777" w:rsidR="002516E4" w:rsidRDefault="00A3491C">
            <w:pPr>
              <w:keepNext/>
              <w:spacing w:after="20" w:line="240" w:lineRule="auto"/>
            </w:pPr>
            <w:r>
              <w:rPr>
                <w:b/>
                <w:sz w:val="19"/>
              </w:rPr>
              <w:t xml:space="preserve">3. </w:t>
            </w:r>
            <w:r>
              <w:rPr>
                <w:sz w:val="19"/>
              </w:rPr>
              <w:t>Explain the incentive function in one line.</w:t>
            </w:r>
          </w:p>
          <w:p w14:paraId="3B53D1D0" w14:textId="77777777" w:rsidR="002516E4" w:rsidRDefault="00A3491C">
            <w:pPr>
              <w:keepNext/>
              <w:spacing w:after="20" w:line="240" w:lineRule="auto"/>
            </w:pPr>
            <w:r>
              <w:rPr>
                <w:b/>
                <w:sz w:val="19"/>
              </w:rPr>
              <w:t xml:space="preserve">4. [BACK TO WEEK 4] </w:t>
            </w:r>
            <w:r>
              <w:rPr>
                <w:sz w:val="19"/>
              </w:rPr>
              <w:t>Name four things that shift the demand curve.</w:t>
            </w:r>
          </w:p>
          <w:p w14:paraId="19A4F42A" w14:textId="77777777" w:rsidR="002516E4" w:rsidRDefault="00A3491C">
            <w:pPr>
              <w:keepNext/>
              <w:spacing w:after="20" w:line="240" w:lineRule="auto"/>
            </w:pPr>
            <w:r>
              <w:rPr>
                <w:b/>
                <w:sz w:val="19"/>
              </w:rPr>
              <w:t xml:space="preserve">5. [BACK TO WEEK 3] </w:t>
            </w:r>
            <w:r>
              <w:rPr>
                <w:sz w:val="19"/>
              </w:rPr>
              <w:t>Define specialisation.</w:t>
            </w:r>
          </w:p>
        </w:tc>
      </w:tr>
      <w:tr w:rsidR="002516E4" w14:paraId="1C2C0DEA" w14:textId="77777777">
        <w:trPr>
          <w:cantSplit/>
        </w:trPr>
        <w:tc>
          <w:tcPr>
            <w:tcW w:w="10103" w:type="dxa"/>
            <w:shd w:val="clear" w:color="auto" w:fill="F0F0F0"/>
          </w:tcPr>
          <w:p w14:paraId="3C9E131D" w14:textId="77777777" w:rsidR="002516E4" w:rsidRDefault="00A3491C">
            <w:pPr>
              <w:keepNext/>
              <w:spacing w:after="24" w:line="240" w:lineRule="auto"/>
            </w:pPr>
            <w:r>
              <w:rPr>
                <w:b/>
                <w:sz w:val="18"/>
              </w:rPr>
              <w:t>ANSWERS  5C</w:t>
            </w:r>
          </w:p>
          <w:p w14:paraId="17500153" w14:textId="77777777" w:rsidR="002516E4" w:rsidRDefault="00A3491C">
            <w:pPr>
              <w:keepNext/>
              <w:spacing w:after="14" w:line="240" w:lineRule="auto"/>
            </w:pPr>
            <w:r>
              <w:rPr>
                <w:b/>
                <w:sz w:val="18"/>
              </w:rPr>
              <w:t xml:space="preserve">1. </w:t>
            </w:r>
            <w:r>
              <w:rPr>
                <w:sz w:val="18"/>
              </w:rPr>
              <w:t>Rationing, incentive and signalling.</w:t>
            </w:r>
          </w:p>
          <w:p w14:paraId="734F930F" w14:textId="77777777" w:rsidR="002516E4" w:rsidRDefault="00A3491C">
            <w:pPr>
              <w:keepNext/>
              <w:spacing w:after="14" w:line="240" w:lineRule="auto"/>
            </w:pPr>
            <w:r>
              <w:rPr>
                <w:b/>
                <w:sz w:val="18"/>
              </w:rPr>
              <w:t xml:space="preserve">2. </w:t>
            </w:r>
            <w:r>
              <w:rPr>
                <w:sz w:val="18"/>
              </w:rPr>
              <w:t>A change in price tells buyers and sellers where the shortages and surpluses are, so resources move towards where they are wanted.</w:t>
            </w:r>
          </w:p>
          <w:p w14:paraId="4EC99258" w14:textId="77777777" w:rsidR="002516E4" w:rsidRDefault="00A3491C">
            <w:pPr>
              <w:keepNext/>
              <w:spacing w:after="14" w:line="240" w:lineRule="auto"/>
            </w:pPr>
            <w:r>
              <w:rPr>
                <w:b/>
                <w:sz w:val="18"/>
              </w:rPr>
              <w:t xml:space="preserve">3. </w:t>
            </w:r>
            <w:r>
              <w:rPr>
                <w:sz w:val="18"/>
              </w:rPr>
              <w:t>A higher price makes production more profitable, which gives firms a reason to supply more of that good.</w:t>
            </w:r>
          </w:p>
          <w:p w14:paraId="26002964" w14:textId="77777777" w:rsidR="002516E4" w:rsidRDefault="00A3491C">
            <w:pPr>
              <w:keepNext/>
              <w:spacing w:after="14" w:line="240" w:lineRule="auto"/>
            </w:pPr>
            <w:r>
              <w:rPr>
                <w:b/>
                <w:sz w:val="18"/>
              </w:rPr>
              <w:t xml:space="preserve">4. </w:t>
            </w:r>
            <w:r>
              <w:rPr>
                <w:sz w:val="18"/>
              </w:rPr>
              <w:t>Any four of: income, the price of substitutes, the price of complements, tastes and fashion, population, advertising, expectations about future prices.</w:t>
            </w:r>
          </w:p>
          <w:p w14:paraId="6F40989F" w14:textId="77777777" w:rsidR="002516E4" w:rsidRDefault="00A3491C">
            <w:pPr>
              <w:spacing w:after="14" w:line="240" w:lineRule="auto"/>
            </w:pPr>
            <w:r>
              <w:rPr>
                <w:b/>
                <w:sz w:val="18"/>
              </w:rPr>
              <w:t xml:space="preserve">5. </w:t>
            </w:r>
            <w:r>
              <w:rPr>
                <w:sz w:val="18"/>
              </w:rPr>
              <w:t>Concentrating on producing a limited range of goods, or on one task, rather than trying to do everything.</w:t>
            </w:r>
          </w:p>
        </w:tc>
      </w:tr>
    </w:tbl>
    <w:p w14:paraId="611E911D" w14:textId="77777777" w:rsidR="002516E4" w:rsidRDefault="002516E4">
      <w:pPr>
        <w:spacing w:after="6"/>
        <w:rPr>
          <w:sz w:val="6"/>
        </w:rPr>
      </w:pPr>
    </w:p>
    <w:tbl>
      <w:tblPr>
        <w:tblStyle w:val="TableGrid"/>
        <w:tblW w:w="0" w:type="auto"/>
        <w:tblLayout w:type="fixed"/>
        <w:tblLook w:val="04A0" w:firstRow="1" w:lastRow="0" w:firstColumn="1" w:lastColumn="0" w:noHBand="0" w:noVBand="1"/>
      </w:tblPr>
      <w:tblGrid>
        <w:gridCol w:w="10103"/>
      </w:tblGrid>
      <w:tr w:rsidR="002516E4" w14:paraId="51F1487B" w14:textId="77777777">
        <w:trPr>
          <w:cantSplit/>
        </w:trPr>
        <w:tc>
          <w:tcPr>
            <w:tcW w:w="10103" w:type="dxa"/>
            <w:shd w:val="clear" w:color="auto" w:fill="FAFAFA"/>
          </w:tcPr>
          <w:p w14:paraId="6CB1EDD5" w14:textId="77777777" w:rsidR="002516E4" w:rsidRDefault="00A3491C">
            <w:pPr>
              <w:keepNext/>
              <w:spacing w:after="30" w:line="240" w:lineRule="auto"/>
            </w:pPr>
            <w:r>
              <w:rPr>
                <w:b/>
                <w:sz w:val="18"/>
              </w:rPr>
              <w:t>GCSE SWAP  5C</w:t>
            </w:r>
            <w:r>
              <w:rPr>
                <w:sz w:val="18"/>
              </w:rPr>
              <w:t xml:space="preserve">  Replace questions 1 to 3 with these. Questions 4 and 5 stay as they are.</w:t>
            </w:r>
          </w:p>
          <w:p w14:paraId="00FDFE97" w14:textId="77777777" w:rsidR="002516E4" w:rsidRDefault="00A3491C">
            <w:pPr>
              <w:keepNext/>
              <w:spacing w:after="10" w:line="240" w:lineRule="auto"/>
            </w:pPr>
            <w:r>
              <w:rPr>
                <w:b/>
                <w:sz w:val="18"/>
              </w:rPr>
              <w:t xml:space="preserve">(i) </w:t>
            </w:r>
            <w:r>
              <w:rPr>
                <w:sz w:val="18"/>
              </w:rPr>
              <w:t>What happens to price when there is a shortage, and why?</w:t>
            </w:r>
          </w:p>
          <w:p w14:paraId="2B1CA439" w14:textId="77777777" w:rsidR="002516E4" w:rsidRDefault="00A3491C">
            <w:pPr>
              <w:keepNext/>
              <w:spacing w:after="30" w:line="240" w:lineRule="auto"/>
            </w:pPr>
            <w:r>
              <w:rPr>
                <w:b/>
                <w:sz w:val="18"/>
              </w:rPr>
              <w:t xml:space="preserve">Answer. </w:t>
            </w:r>
            <w:r>
              <w:rPr>
                <w:i/>
                <w:sz w:val="18"/>
              </w:rPr>
              <w:t>It rises. More people want the good than there is stock, so sellers can charge more and buyers bid the price up until the two match.</w:t>
            </w:r>
          </w:p>
          <w:p w14:paraId="04D4EF7C" w14:textId="77777777" w:rsidR="002516E4" w:rsidRDefault="00A3491C">
            <w:pPr>
              <w:keepNext/>
              <w:spacing w:after="10" w:line="240" w:lineRule="auto"/>
            </w:pPr>
            <w:r>
              <w:rPr>
                <w:b/>
                <w:sz w:val="18"/>
              </w:rPr>
              <w:t xml:space="preserve">(ii) </w:t>
            </w:r>
            <w:r>
              <w:rPr>
                <w:sz w:val="18"/>
              </w:rPr>
              <w:t>Name one market where prices rose because supply fell, and say why they rose.</w:t>
            </w:r>
          </w:p>
          <w:p w14:paraId="77F41FAE" w14:textId="77777777" w:rsidR="002516E4" w:rsidRDefault="00A3491C">
            <w:pPr>
              <w:keepNext/>
              <w:spacing w:after="30" w:line="240" w:lineRule="auto"/>
            </w:pPr>
            <w:r>
              <w:rPr>
                <w:b/>
                <w:sz w:val="18"/>
              </w:rPr>
              <w:t xml:space="preserve">Answer. </w:t>
            </w:r>
            <w:r>
              <w:rPr>
                <w:i/>
                <w:sz w:val="18"/>
              </w:rPr>
              <w:t>For example fresh vegetables after a poor growing season. Bad weather cut the harvest, so less reached the shops and the price rose.</w:t>
            </w:r>
          </w:p>
          <w:p w14:paraId="6B703E2C" w14:textId="77777777" w:rsidR="002516E4" w:rsidRDefault="00A3491C">
            <w:pPr>
              <w:keepNext/>
              <w:spacing w:after="10" w:line="240" w:lineRule="auto"/>
            </w:pPr>
            <w:r>
              <w:rPr>
                <w:b/>
                <w:sz w:val="18"/>
              </w:rPr>
              <w:t xml:space="preserve">(iii) </w:t>
            </w:r>
            <w:r>
              <w:rPr>
                <w:sz w:val="18"/>
              </w:rPr>
              <w:t>What does a rising price tell producers to do?</w:t>
            </w:r>
          </w:p>
          <w:p w14:paraId="4C0E0C0E" w14:textId="77777777" w:rsidR="002516E4" w:rsidRDefault="00A3491C">
            <w:pPr>
              <w:spacing w:after="30" w:line="240" w:lineRule="auto"/>
            </w:pPr>
            <w:r>
              <w:rPr>
                <w:b/>
                <w:sz w:val="18"/>
              </w:rPr>
              <w:t xml:space="preserve">Answer. </w:t>
            </w:r>
            <w:r>
              <w:rPr>
                <w:i/>
                <w:sz w:val="18"/>
              </w:rPr>
              <w:t>Produce more of that good, because each unit now earns more.</w:t>
            </w:r>
          </w:p>
        </w:tc>
      </w:tr>
    </w:tbl>
    <w:p w14:paraId="307676E5" w14:textId="77777777" w:rsidR="002516E4" w:rsidRDefault="002516E4">
      <w:pPr>
        <w:spacing w:after="0"/>
        <w:rPr>
          <w:sz w:val="6"/>
        </w:rPr>
      </w:pPr>
    </w:p>
    <w:p w14:paraId="4BBBEB5C" w14:textId="77777777" w:rsidR="002516E4" w:rsidRDefault="00A3491C">
      <w:pPr>
        <w:keepNext/>
        <w:pageBreakBefore/>
        <w:spacing w:after="40"/>
      </w:pPr>
      <w:r>
        <w:rPr>
          <w:b/>
          <w:sz w:val="25"/>
        </w:rPr>
        <w:lastRenderedPageBreak/>
        <w:t>WEEK 6. Business: market research. Economics: elasticity.</w:t>
      </w:r>
    </w:p>
    <w:p w14:paraId="0340FCCC" w14:textId="77777777" w:rsidR="002516E4" w:rsidRDefault="00A3491C">
      <w:pPr>
        <w:keepNext/>
      </w:pPr>
      <w:r>
        <w:rPr>
          <w:i/>
          <w:color w:val="555555"/>
          <w:sz w:val="20"/>
        </w:rPr>
        <w:t>Elasticity is the first thing this year that a Year 12 class will find genuinely hard. Set 6A twice if you need to, a week apart, rather than pushing on.</w:t>
      </w:r>
    </w:p>
    <w:tbl>
      <w:tblPr>
        <w:tblStyle w:val="TableGrid"/>
        <w:tblW w:w="0" w:type="auto"/>
        <w:tblLayout w:type="fixed"/>
        <w:tblLook w:val="04A0" w:firstRow="1" w:lastRow="0" w:firstColumn="1" w:lastColumn="0" w:noHBand="0" w:noVBand="1"/>
      </w:tblPr>
      <w:tblGrid>
        <w:gridCol w:w="10103"/>
      </w:tblGrid>
      <w:tr w:rsidR="002516E4" w14:paraId="694C87DF" w14:textId="77777777">
        <w:trPr>
          <w:cantSplit/>
        </w:trPr>
        <w:tc>
          <w:tcPr>
            <w:tcW w:w="10103" w:type="dxa"/>
          </w:tcPr>
          <w:p w14:paraId="6F2EBF73" w14:textId="77777777" w:rsidR="002516E4" w:rsidRDefault="00A3491C">
            <w:pPr>
              <w:keepNext/>
              <w:spacing w:after="24" w:line="240" w:lineRule="auto"/>
            </w:pPr>
            <w:r>
              <w:rPr>
                <w:b/>
                <w:sz w:val="18"/>
              </w:rPr>
              <w:t>WEEK 6  ·  BUSINESS  ·  STARTER A      Level: GCSE and Y12</w:t>
            </w:r>
          </w:p>
          <w:p w14:paraId="6F739876" w14:textId="77777777" w:rsidR="002516E4" w:rsidRDefault="00A3491C">
            <w:pPr>
              <w:keepNext/>
              <w:spacing w:after="30" w:line="240" w:lineRule="auto"/>
            </w:pPr>
            <w:r>
              <w:rPr>
                <w:b/>
                <w:sz w:val="20"/>
              </w:rPr>
              <w:t>Primary and secondary research</w:t>
            </w:r>
          </w:p>
          <w:p w14:paraId="40ACD72F" w14:textId="77777777" w:rsidR="002516E4" w:rsidRDefault="00A3491C">
            <w:pPr>
              <w:keepNext/>
              <w:spacing w:after="20" w:line="240" w:lineRule="auto"/>
            </w:pPr>
            <w:r>
              <w:rPr>
                <w:b/>
                <w:sz w:val="19"/>
              </w:rPr>
              <w:t xml:space="preserve">1. </w:t>
            </w:r>
            <w:r>
              <w:rPr>
                <w:sz w:val="19"/>
              </w:rPr>
              <w:t>Define primary research and name two methods.</w:t>
            </w:r>
          </w:p>
          <w:p w14:paraId="41C80AB4" w14:textId="77777777" w:rsidR="002516E4" w:rsidRDefault="00A3491C">
            <w:pPr>
              <w:keepNext/>
              <w:spacing w:after="20" w:line="240" w:lineRule="auto"/>
            </w:pPr>
            <w:r>
              <w:rPr>
                <w:b/>
                <w:sz w:val="19"/>
              </w:rPr>
              <w:t xml:space="preserve">2. </w:t>
            </w:r>
            <w:r>
              <w:rPr>
                <w:sz w:val="19"/>
              </w:rPr>
              <w:t>Define secondary research and name two sources.</w:t>
            </w:r>
          </w:p>
          <w:p w14:paraId="324F730F" w14:textId="77777777" w:rsidR="002516E4" w:rsidRDefault="00A3491C">
            <w:pPr>
              <w:keepNext/>
              <w:spacing w:after="20" w:line="240" w:lineRule="auto"/>
            </w:pPr>
            <w:r>
              <w:rPr>
                <w:b/>
                <w:sz w:val="19"/>
              </w:rPr>
              <w:t xml:space="preserve">3. </w:t>
            </w:r>
            <w:r>
              <w:rPr>
                <w:sz w:val="19"/>
              </w:rPr>
              <w:t>Give one advantage of primary over secondary, and one advantage of secondary over primary.</w:t>
            </w:r>
          </w:p>
          <w:p w14:paraId="2CFDCDDB" w14:textId="77777777" w:rsidR="002516E4" w:rsidRDefault="00A3491C">
            <w:pPr>
              <w:keepNext/>
              <w:spacing w:after="20" w:line="240" w:lineRule="auto"/>
            </w:pPr>
            <w:r>
              <w:rPr>
                <w:b/>
                <w:sz w:val="19"/>
              </w:rPr>
              <w:t xml:space="preserve">4. [BACK TO WEEK 5] </w:t>
            </w:r>
            <w:r>
              <w:rPr>
                <w:sz w:val="19"/>
              </w:rPr>
              <w:t>Define market segmentation.</w:t>
            </w:r>
          </w:p>
          <w:p w14:paraId="1FCF285F" w14:textId="77777777" w:rsidR="002516E4" w:rsidRDefault="00A3491C">
            <w:pPr>
              <w:keepNext/>
              <w:spacing w:after="20" w:line="240" w:lineRule="auto"/>
            </w:pPr>
            <w:r>
              <w:rPr>
                <w:b/>
                <w:sz w:val="19"/>
              </w:rPr>
              <w:t xml:space="preserve">5. [BACK TO WEEK 4] </w:t>
            </w:r>
            <w:r>
              <w:rPr>
                <w:sz w:val="19"/>
              </w:rPr>
              <w:t>What do employees want, what do shareholders want, and where do the two conflict?</w:t>
            </w:r>
          </w:p>
        </w:tc>
      </w:tr>
      <w:tr w:rsidR="002516E4" w14:paraId="42B84BDC" w14:textId="77777777">
        <w:trPr>
          <w:cantSplit/>
        </w:trPr>
        <w:tc>
          <w:tcPr>
            <w:tcW w:w="10103" w:type="dxa"/>
            <w:shd w:val="clear" w:color="auto" w:fill="F0F0F0"/>
          </w:tcPr>
          <w:p w14:paraId="38055B2A" w14:textId="77777777" w:rsidR="002516E4" w:rsidRDefault="00A3491C">
            <w:pPr>
              <w:keepNext/>
              <w:spacing w:after="24" w:line="240" w:lineRule="auto"/>
            </w:pPr>
            <w:r>
              <w:rPr>
                <w:b/>
                <w:sz w:val="18"/>
              </w:rPr>
              <w:t>ANSWERS  6A</w:t>
            </w:r>
          </w:p>
          <w:p w14:paraId="40873C57" w14:textId="77777777" w:rsidR="002516E4" w:rsidRDefault="00A3491C">
            <w:pPr>
              <w:keepNext/>
              <w:spacing w:after="14" w:line="240" w:lineRule="auto"/>
            </w:pPr>
            <w:r>
              <w:rPr>
                <w:b/>
                <w:sz w:val="18"/>
              </w:rPr>
              <w:t xml:space="preserve">1. </w:t>
            </w:r>
            <w:r>
              <w:rPr>
                <w:sz w:val="18"/>
              </w:rPr>
              <w:t>Research the business gathers itself for its own purpose. For example a survey and a focus group.</w:t>
            </w:r>
          </w:p>
          <w:p w14:paraId="1F22A688" w14:textId="77777777" w:rsidR="002516E4" w:rsidRDefault="00A3491C">
            <w:pPr>
              <w:keepNext/>
              <w:spacing w:after="14" w:line="240" w:lineRule="auto"/>
            </w:pPr>
            <w:r>
              <w:rPr>
                <w:b/>
                <w:sz w:val="18"/>
              </w:rPr>
              <w:t xml:space="preserve">2. </w:t>
            </w:r>
            <w:r>
              <w:rPr>
                <w:sz w:val="18"/>
              </w:rPr>
              <w:t>Research that already exists and was collected by someone else. For example government statistics and a trade magazine.</w:t>
            </w:r>
          </w:p>
          <w:p w14:paraId="0F5B697B" w14:textId="77777777" w:rsidR="002516E4" w:rsidRDefault="00A3491C">
            <w:pPr>
              <w:keepNext/>
              <w:spacing w:after="14" w:line="240" w:lineRule="auto"/>
            </w:pPr>
            <w:r>
              <w:rPr>
                <w:b/>
                <w:sz w:val="18"/>
              </w:rPr>
              <w:t xml:space="preserve">3. </w:t>
            </w:r>
            <w:r>
              <w:rPr>
                <w:sz w:val="18"/>
              </w:rPr>
              <w:t>Primary answers exactly the question this business is asking, and rivals do not have it. Secondary is quicker and cheaper, and can cover a far larger sample than a small firm could survey itself.</w:t>
            </w:r>
          </w:p>
          <w:p w14:paraId="40EA3E65" w14:textId="77777777" w:rsidR="002516E4" w:rsidRDefault="00A3491C">
            <w:pPr>
              <w:keepNext/>
              <w:spacing w:after="14" w:line="240" w:lineRule="auto"/>
            </w:pPr>
            <w:r>
              <w:rPr>
                <w:b/>
                <w:sz w:val="18"/>
              </w:rPr>
              <w:t xml:space="preserve">4. </w:t>
            </w:r>
            <w:r>
              <w:rPr>
                <w:sz w:val="18"/>
              </w:rPr>
              <w:t>Splitting a market into groups of customers with similar characteristics or needs, so each group can be targeted differently.</w:t>
            </w:r>
          </w:p>
          <w:p w14:paraId="756870B2" w14:textId="77777777" w:rsidR="002516E4" w:rsidRDefault="00A3491C">
            <w:pPr>
              <w:spacing w:after="14" w:line="240" w:lineRule="auto"/>
            </w:pPr>
            <w:r>
              <w:rPr>
                <w:b/>
                <w:sz w:val="18"/>
              </w:rPr>
              <w:t xml:space="preserve">5. </w:t>
            </w:r>
            <w:r>
              <w:rPr>
                <w:sz w:val="18"/>
              </w:rPr>
              <w:t>Employees want higher pay, secure jobs and good conditions. Shareholders want higher profit and dividends. Pay rises come out of profit, so more for one is less for the other.</w:t>
            </w:r>
          </w:p>
        </w:tc>
      </w:tr>
    </w:tbl>
    <w:p w14:paraId="3342FFAE"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7F6E0D06" w14:textId="77777777">
        <w:trPr>
          <w:cantSplit/>
        </w:trPr>
        <w:tc>
          <w:tcPr>
            <w:tcW w:w="10103" w:type="dxa"/>
          </w:tcPr>
          <w:p w14:paraId="2C577800" w14:textId="77777777" w:rsidR="002516E4" w:rsidRDefault="00A3491C">
            <w:pPr>
              <w:keepNext/>
              <w:spacing w:after="24" w:line="240" w:lineRule="auto"/>
            </w:pPr>
            <w:r>
              <w:rPr>
                <w:b/>
                <w:sz w:val="18"/>
              </w:rPr>
              <w:t>WEEK 6  ·  BUSINESS  ·  STARTER B      Level: GCSE and Y12</w:t>
            </w:r>
          </w:p>
          <w:p w14:paraId="32A35DE9" w14:textId="77777777" w:rsidR="002516E4" w:rsidRDefault="00A3491C">
            <w:pPr>
              <w:keepNext/>
              <w:spacing w:after="30" w:line="240" w:lineRule="auto"/>
            </w:pPr>
            <w:r>
              <w:rPr>
                <w:b/>
                <w:sz w:val="20"/>
              </w:rPr>
              <w:t>Quantitative, qualitative, sample and bias</w:t>
            </w:r>
          </w:p>
          <w:p w14:paraId="4056792E" w14:textId="77777777" w:rsidR="002516E4" w:rsidRDefault="00A3491C">
            <w:pPr>
              <w:keepNext/>
              <w:spacing w:after="20" w:line="240" w:lineRule="auto"/>
            </w:pPr>
            <w:r>
              <w:rPr>
                <w:b/>
                <w:sz w:val="19"/>
              </w:rPr>
              <w:t xml:space="preserve">1. </w:t>
            </w:r>
            <w:r>
              <w:rPr>
                <w:sz w:val="19"/>
              </w:rPr>
              <w:t>What is the difference between quantitative and qualitative data?</w:t>
            </w:r>
          </w:p>
          <w:p w14:paraId="5073A2C4" w14:textId="77777777" w:rsidR="002516E4" w:rsidRDefault="00A3491C">
            <w:pPr>
              <w:keepNext/>
              <w:spacing w:after="20" w:line="240" w:lineRule="auto"/>
            </w:pPr>
            <w:r>
              <w:rPr>
                <w:b/>
                <w:sz w:val="19"/>
              </w:rPr>
              <w:t xml:space="preserve">2. </w:t>
            </w:r>
            <w:r>
              <w:rPr>
                <w:sz w:val="19"/>
              </w:rPr>
              <w:t>Why does sample size matter?</w:t>
            </w:r>
          </w:p>
          <w:p w14:paraId="7F3816DC" w14:textId="77777777" w:rsidR="002516E4" w:rsidRDefault="00A3491C">
            <w:pPr>
              <w:keepNext/>
              <w:spacing w:after="20" w:line="240" w:lineRule="auto"/>
            </w:pPr>
            <w:r>
              <w:rPr>
                <w:b/>
                <w:sz w:val="19"/>
              </w:rPr>
              <w:t xml:space="preserve">3. </w:t>
            </w:r>
            <w:r>
              <w:rPr>
                <w:sz w:val="19"/>
              </w:rPr>
              <w:t>Rewrite this so it is not biased: do you agree that our prices are fair?</w:t>
            </w:r>
          </w:p>
          <w:p w14:paraId="25D1F813" w14:textId="77777777" w:rsidR="002516E4" w:rsidRDefault="00A3491C">
            <w:pPr>
              <w:keepNext/>
              <w:spacing w:after="20" w:line="240" w:lineRule="auto"/>
            </w:pPr>
            <w:r>
              <w:rPr>
                <w:b/>
                <w:sz w:val="19"/>
              </w:rPr>
              <w:t xml:space="preserve">4. [BACK TO WEEK 5] </w:t>
            </w:r>
            <w:r>
              <w:rPr>
                <w:sz w:val="19"/>
              </w:rPr>
              <w:t>What is the difference between a mass market and a niche market?</w:t>
            </w:r>
          </w:p>
          <w:p w14:paraId="0326B803" w14:textId="77777777" w:rsidR="002516E4" w:rsidRDefault="00A3491C">
            <w:pPr>
              <w:keepNext/>
              <w:spacing w:after="20" w:line="240" w:lineRule="auto"/>
            </w:pPr>
            <w:r>
              <w:rPr>
                <w:b/>
                <w:sz w:val="19"/>
              </w:rPr>
              <w:t xml:space="preserve">5. [BACK TO WEEK 1] </w:t>
            </w:r>
            <w:r>
              <w:rPr>
                <w:sz w:val="19"/>
              </w:rPr>
              <w:t>Classify these as goods or services: a train ticket, a dental check up, a loaf of bread.</w:t>
            </w:r>
          </w:p>
        </w:tc>
      </w:tr>
      <w:tr w:rsidR="002516E4" w14:paraId="2A7868D0" w14:textId="77777777">
        <w:trPr>
          <w:cantSplit/>
        </w:trPr>
        <w:tc>
          <w:tcPr>
            <w:tcW w:w="10103" w:type="dxa"/>
            <w:shd w:val="clear" w:color="auto" w:fill="F0F0F0"/>
          </w:tcPr>
          <w:p w14:paraId="3BF69964" w14:textId="77777777" w:rsidR="002516E4" w:rsidRDefault="00A3491C">
            <w:pPr>
              <w:keepNext/>
              <w:spacing w:after="24" w:line="240" w:lineRule="auto"/>
            </w:pPr>
            <w:r>
              <w:rPr>
                <w:b/>
                <w:sz w:val="18"/>
              </w:rPr>
              <w:t>ANSWERS  6B</w:t>
            </w:r>
          </w:p>
          <w:p w14:paraId="7E67659E" w14:textId="77777777" w:rsidR="002516E4" w:rsidRDefault="00A3491C">
            <w:pPr>
              <w:keepNext/>
              <w:spacing w:after="14" w:line="240" w:lineRule="auto"/>
            </w:pPr>
            <w:r>
              <w:rPr>
                <w:b/>
                <w:sz w:val="18"/>
              </w:rPr>
              <w:t xml:space="preserve">1. </w:t>
            </w:r>
            <w:r>
              <w:rPr>
                <w:sz w:val="18"/>
              </w:rPr>
              <w:t>Quantitative data is numbers, such as how many people would buy. Qualitative data is opinions and reasons, such as why they would not.</w:t>
            </w:r>
          </w:p>
          <w:p w14:paraId="5FB26BDD" w14:textId="77777777" w:rsidR="002516E4" w:rsidRDefault="00A3491C">
            <w:pPr>
              <w:keepNext/>
              <w:spacing w:after="14" w:line="240" w:lineRule="auto"/>
            </w:pPr>
            <w:r>
              <w:rPr>
                <w:b/>
                <w:sz w:val="18"/>
              </w:rPr>
              <w:t xml:space="preserve">2. </w:t>
            </w:r>
            <w:r>
              <w:rPr>
                <w:sz w:val="18"/>
              </w:rPr>
              <w:t>A small sample is more likely to be unrepresentative by chance, so its results are a weaker guide to what the whole market would do.</w:t>
            </w:r>
          </w:p>
          <w:p w14:paraId="5AE0D4BA" w14:textId="77777777" w:rsidR="002516E4" w:rsidRDefault="00A3491C">
            <w:pPr>
              <w:keepNext/>
              <w:spacing w:after="14" w:line="240" w:lineRule="auto"/>
            </w:pPr>
            <w:r>
              <w:rPr>
                <w:b/>
                <w:sz w:val="18"/>
              </w:rPr>
              <w:t xml:space="preserve">3. </w:t>
            </w:r>
            <w:r>
              <w:rPr>
                <w:sz w:val="18"/>
              </w:rPr>
              <w:t>For example: how would you describe our prices? with a scale from very cheap to very expensive. The wording must not point the person at an answer.</w:t>
            </w:r>
          </w:p>
          <w:p w14:paraId="7E4DBC6F" w14:textId="77777777" w:rsidR="002516E4" w:rsidRDefault="00A3491C">
            <w:pPr>
              <w:keepNext/>
              <w:spacing w:after="14" w:line="240" w:lineRule="auto"/>
            </w:pPr>
            <w:r>
              <w:rPr>
                <w:b/>
                <w:sz w:val="18"/>
              </w:rPr>
              <w:t xml:space="preserve">4. </w:t>
            </w:r>
            <w:r>
              <w:rPr>
                <w:sz w:val="18"/>
              </w:rPr>
              <w:t>A mass market sells one product to a large, broad group of customers. A niche market serves a small, specific group with particular needs.</w:t>
            </w:r>
          </w:p>
          <w:p w14:paraId="0742D880" w14:textId="77777777" w:rsidR="002516E4" w:rsidRDefault="00A3491C">
            <w:pPr>
              <w:spacing w:after="14" w:line="240" w:lineRule="auto"/>
            </w:pPr>
            <w:r>
              <w:rPr>
                <w:b/>
                <w:sz w:val="18"/>
              </w:rPr>
              <w:t xml:space="preserve">5. </w:t>
            </w:r>
            <w:r>
              <w:rPr>
                <w:sz w:val="18"/>
              </w:rPr>
              <w:t>Train ticket, service. Dental check up, service. Loaf of bread, good.</w:t>
            </w:r>
          </w:p>
        </w:tc>
      </w:tr>
    </w:tbl>
    <w:p w14:paraId="6859C3E2"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0B20274E" w14:textId="77777777">
        <w:trPr>
          <w:cantSplit/>
        </w:trPr>
        <w:tc>
          <w:tcPr>
            <w:tcW w:w="10103" w:type="dxa"/>
          </w:tcPr>
          <w:p w14:paraId="56BCAA83" w14:textId="77777777" w:rsidR="002516E4" w:rsidRDefault="00A3491C">
            <w:pPr>
              <w:keepNext/>
              <w:spacing w:after="24" w:line="240" w:lineRule="auto"/>
            </w:pPr>
            <w:r>
              <w:rPr>
                <w:b/>
                <w:sz w:val="18"/>
              </w:rPr>
              <w:t>WEEK 6  ·  BUSINESS  ·  STARTER C      Level: GCSE and Y12</w:t>
            </w:r>
          </w:p>
          <w:p w14:paraId="1EE655A2" w14:textId="77777777" w:rsidR="002516E4" w:rsidRDefault="00A3491C">
            <w:pPr>
              <w:keepNext/>
              <w:spacing w:after="30" w:line="240" w:lineRule="auto"/>
            </w:pPr>
            <w:r>
              <w:rPr>
                <w:b/>
                <w:sz w:val="20"/>
              </w:rPr>
              <w:t>Using research to make a decision</w:t>
            </w:r>
          </w:p>
          <w:p w14:paraId="056FECDD" w14:textId="77777777" w:rsidR="002516E4" w:rsidRDefault="00A3491C">
            <w:pPr>
              <w:keepNext/>
              <w:spacing w:after="40" w:line="240" w:lineRule="auto"/>
            </w:pPr>
            <w:r>
              <w:rPr>
                <w:i/>
                <w:sz w:val="18"/>
              </w:rPr>
              <w:t>A drinks firm asked 200 customers which new flavour they would buy.</w:t>
            </w:r>
          </w:p>
          <w:p w14:paraId="31DE98ED" w14:textId="77777777" w:rsidR="002516E4" w:rsidRDefault="00A3491C">
            <w:pPr>
              <w:keepNext/>
              <w:spacing w:after="40" w:line="240" w:lineRule="auto"/>
            </w:pPr>
            <w:r>
              <w:rPr>
                <w:i/>
                <w:sz w:val="18"/>
              </w:rPr>
              <w:t>Flavour A  84      Flavour B  56      Flavour C  38      None of these  22</w:t>
            </w:r>
          </w:p>
          <w:p w14:paraId="439D903E" w14:textId="77777777" w:rsidR="002516E4" w:rsidRDefault="00A3491C">
            <w:pPr>
              <w:keepNext/>
              <w:spacing w:after="20" w:line="240" w:lineRule="auto"/>
            </w:pPr>
            <w:r>
              <w:rPr>
                <w:b/>
                <w:sz w:val="19"/>
              </w:rPr>
              <w:t xml:space="preserve">1. </w:t>
            </w:r>
            <w:r>
              <w:rPr>
                <w:sz w:val="19"/>
              </w:rPr>
              <w:t>State the most popular option, and give one reason 200 responses might still mislead the owner.</w:t>
            </w:r>
          </w:p>
          <w:p w14:paraId="0EB373B1" w14:textId="77777777" w:rsidR="002516E4" w:rsidRDefault="00A3491C">
            <w:pPr>
              <w:keepNext/>
              <w:spacing w:after="20" w:line="240" w:lineRule="auto"/>
            </w:pPr>
            <w:r>
              <w:rPr>
                <w:b/>
                <w:sz w:val="19"/>
              </w:rPr>
              <w:t xml:space="preserve">2. </w:t>
            </w:r>
            <w:r>
              <w:rPr>
                <w:sz w:val="19"/>
              </w:rPr>
              <w:t>What percentage of the sample chose the most popular option?</w:t>
            </w:r>
          </w:p>
          <w:p w14:paraId="156A06A0" w14:textId="77777777" w:rsidR="002516E4" w:rsidRDefault="00A3491C">
            <w:pPr>
              <w:keepNext/>
              <w:spacing w:after="20" w:line="240" w:lineRule="auto"/>
            </w:pPr>
            <w:r>
              <w:rPr>
                <w:b/>
                <w:sz w:val="19"/>
              </w:rPr>
              <w:t xml:space="preserve">3. </w:t>
            </w:r>
            <w:r>
              <w:rPr>
                <w:sz w:val="19"/>
              </w:rPr>
              <w:t>Sales rise from £12,400 to £15,300. Calculate the percentage change to one decimal place.</w:t>
            </w:r>
          </w:p>
          <w:p w14:paraId="1F8CD9E1" w14:textId="77777777" w:rsidR="002516E4" w:rsidRDefault="00A3491C">
            <w:pPr>
              <w:keepNext/>
              <w:spacing w:after="20" w:line="240" w:lineRule="auto"/>
            </w:pPr>
            <w:r>
              <w:rPr>
                <w:b/>
                <w:sz w:val="19"/>
              </w:rPr>
              <w:t xml:space="preserve">4. [BACK TO WEEK 5] </w:t>
            </w:r>
            <w:r>
              <w:rPr>
                <w:sz w:val="19"/>
              </w:rPr>
              <w:t>Name four things customers look for.</w:t>
            </w:r>
          </w:p>
          <w:p w14:paraId="798F5797" w14:textId="77777777" w:rsidR="002516E4" w:rsidRDefault="00A3491C">
            <w:pPr>
              <w:keepNext/>
              <w:spacing w:after="20" w:line="240" w:lineRule="auto"/>
            </w:pPr>
            <w:r>
              <w:rPr>
                <w:b/>
                <w:sz w:val="19"/>
              </w:rPr>
              <w:t xml:space="preserve">5. [BACK TO WEEK 2] </w:t>
            </w:r>
            <w:r>
              <w:rPr>
                <w:sz w:val="19"/>
              </w:rPr>
              <w:t>Name three ways to start a business.</w:t>
            </w:r>
          </w:p>
        </w:tc>
      </w:tr>
      <w:tr w:rsidR="002516E4" w14:paraId="7015AEDA" w14:textId="77777777">
        <w:trPr>
          <w:cantSplit/>
        </w:trPr>
        <w:tc>
          <w:tcPr>
            <w:tcW w:w="10103" w:type="dxa"/>
            <w:shd w:val="clear" w:color="auto" w:fill="F0F0F0"/>
          </w:tcPr>
          <w:p w14:paraId="6B90A118" w14:textId="77777777" w:rsidR="002516E4" w:rsidRDefault="00A3491C">
            <w:pPr>
              <w:keepNext/>
              <w:spacing w:after="24" w:line="240" w:lineRule="auto"/>
            </w:pPr>
            <w:r>
              <w:rPr>
                <w:b/>
                <w:sz w:val="18"/>
              </w:rPr>
              <w:t>ANSWERS  6C</w:t>
            </w:r>
          </w:p>
          <w:p w14:paraId="2680F3AE" w14:textId="77777777" w:rsidR="002516E4" w:rsidRDefault="00A3491C">
            <w:pPr>
              <w:keepNext/>
              <w:spacing w:after="14" w:line="240" w:lineRule="auto"/>
            </w:pPr>
            <w:r>
              <w:rPr>
                <w:b/>
                <w:sz w:val="18"/>
              </w:rPr>
              <w:t xml:space="preserve">1. </w:t>
            </w:r>
            <w:r>
              <w:rPr>
                <w:sz w:val="18"/>
              </w:rPr>
              <w:t>Flavour A, chosen by 84 of the 200. The 200 may not represent the whole market: they were asked in one place, at one time, and people do not always buy what they say they will.</w:t>
            </w:r>
          </w:p>
          <w:p w14:paraId="3C112BA9" w14:textId="77777777" w:rsidR="002516E4" w:rsidRDefault="00A3491C">
            <w:pPr>
              <w:keepNext/>
              <w:spacing w:after="14" w:line="240" w:lineRule="auto"/>
            </w:pPr>
            <w:r>
              <w:rPr>
                <w:b/>
                <w:sz w:val="18"/>
              </w:rPr>
              <w:t xml:space="preserve">2. </w:t>
            </w:r>
            <w:r>
              <w:rPr>
                <w:sz w:val="18"/>
              </w:rPr>
              <w:t>84 divided by 200 = 0.42, so 42 per cent.</w:t>
            </w:r>
          </w:p>
          <w:p w14:paraId="79C4B6E0" w14:textId="77777777" w:rsidR="002516E4" w:rsidRDefault="00A3491C">
            <w:pPr>
              <w:keepNext/>
              <w:spacing w:after="14" w:line="240" w:lineRule="auto"/>
            </w:pPr>
            <w:r>
              <w:rPr>
                <w:b/>
                <w:sz w:val="18"/>
              </w:rPr>
              <w:t xml:space="preserve">3. </w:t>
            </w:r>
            <w:r>
              <w:rPr>
                <w:sz w:val="18"/>
              </w:rPr>
              <w:t>15,300 minus 12,400 = 2,900. 2,900 divided by 12,400 = 0.2339, so a rise of 23.4 per cent.</w:t>
            </w:r>
          </w:p>
          <w:p w14:paraId="0AA8B055" w14:textId="77777777" w:rsidR="002516E4" w:rsidRDefault="00A3491C">
            <w:pPr>
              <w:keepNext/>
              <w:spacing w:after="14" w:line="240" w:lineRule="auto"/>
            </w:pPr>
            <w:r>
              <w:rPr>
                <w:b/>
                <w:sz w:val="18"/>
              </w:rPr>
              <w:t xml:space="preserve">4. </w:t>
            </w:r>
            <w:r>
              <w:rPr>
                <w:sz w:val="18"/>
              </w:rPr>
              <w:t>Any four of: price, quality, choice, convenience, speed, reliability, good service, brand.</w:t>
            </w:r>
          </w:p>
          <w:p w14:paraId="04815139" w14:textId="77777777" w:rsidR="002516E4" w:rsidRDefault="00A3491C">
            <w:pPr>
              <w:spacing w:after="14" w:line="240" w:lineRule="auto"/>
            </w:pPr>
            <w:r>
              <w:rPr>
                <w:b/>
                <w:sz w:val="18"/>
              </w:rPr>
              <w:t xml:space="preserve">5. </w:t>
            </w:r>
            <w:r>
              <w:rPr>
                <w:sz w:val="18"/>
              </w:rPr>
              <w:t>Start from scratch, buy an existing business, or buy a franchise.</w:t>
            </w:r>
          </w:p>
        </w:tc>
      </w:tr>
    </w:tbl>
    <w:p w14:paraId="0AE1D56A" w14:textId="77777777" w:rsidR="002516E4" w:rsidRDefault="002516E4">
      <w:pPr>
        <w:pageBreakBefore/>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23BDA2D9" w14:textId="77777777">
        <w:trPr>
          <w:cantSplit/>
        </w:trPr>
        <w:tc>
          <w:tcPr>
            <w:tcW w:w="10103" w:type="dxa"/>
          </w:tcPr>
          <w:p w14:paraId="14C4EC7F" w14:textId="77777777" w:rsidR="002516E4" w:rsidRDefault="00A3491C">
            <w:pPr>
              <w:keepNext/>
              <w:spacing w:after="24" w:line="240" w:lineRule="auto"/>
            </w:pPr>
            <w:r>
              <w:rPr>
                <w:b/>
                <w:sz w:val="18"/>
              </w:rPr>
              <w:t>WEEK 6  ·  ECONOMICS  ·  STARTER A      Level: GCSE and Y12</w:t>
            </w:r>
          </w:p>
          <w:p w14:paraId="61B18553" w14:textId="77777777" w:rsidR="002516E4" w:rsidRDefault="00A3491C">
            <w:pPr>
              <w:keepNext/>
              <w:spacing w:after="30" w:line="240" w:lineRule="auto"/>
            </w:pPr>
            <w:r>
              <w:rPr>
                <w:b/>
                <w:sz w:val="20"/>
              </w:rPr>
              <w:t>Price elasticity of demand</w:t>
            </w:r>
          </w:p>
          <w:p w14:paraId="72549C0A" w14:textId="77777777" w:rsidR="002516E4" w:rsidRDefault="00A3491C">
            <w:pPr>
              <w:keepNext/>
              <w:spacing w:after="20" w:line="240" w:lineRule="auto"/>
            </w:pPr>
            <w:r>
              <w:rPr>
                <w:b/>
                <w:sz w:val="19"/>
              </w:rPr>
              <w:t xml:space="preserve">1. </w:t>
            </w:r>
            <w:r>
              <w:rPr>
                <w:sz w:val="19"/>
              </w:rPr>
              <w:t>State the formula for price elasticity of demand.</w:t>
            </w:r>
          </w:p>
          <w:p w14:paraId="32F31223" w14:textId="77777777" w:rsidR="002516E4" w:rsidRDefault="00A3491C">
            <w:pPr>
              <w:keepNext/>
              <w:spacing w:after="20" w:line="240" w:lineRule="auto"/>
            </w:pPr>
            <w:r>
              <w:rPr>
                <w:b/>
                <w:sz w:val="19"/>
              </w:rPr>
              <w:t xml:space="preserve">2. </w:t>
            </w:r>
            <w:r>
              <w:rPr>
                <w:sz w:val="19"/>
              </w:rPr>
              <w:t>What do elastic and inelastic mean in plain words, and name one thing that makes demand more elastic?</w:t>
            </w:r>
          </w:p>
          <w:p w14:paraId="320B8EC6" w14:textId="77777777" w:rsidR="002516E4" w:rsidRDefault="00A3491C">
            <w:pPr>
              <w:keepNext/>
              <w:spacing w:after="20" w:line="240" w:lineRule="auto"/>
            </w:pPr>
            <w:r>
              <w:rPr>
                <w:b/>
                <w:sz w:val="19"/>
              </w:rPr>
              <w:t xml:space="preserve">3. </w:t>
            </w:r>
            <w:r>
              <w:rPr>
                <w:sz w:val="19"/>
              </w:rPr>
              <w:t>Price rises by 10 per cent and quantity demanded falls by 25 per cent. Calculate PED and say whether demand is elastic.</w:t>
            </w:r>
          </w:p>
          <w:p w14:paraId="00711567" w14:textId="77777777" w:rsidR="002516E4" w:rsidRDefault="00A3491C">
            <w:pPr>
              <w:keepNext/>
              <w:spacing w:after="20" w:line="240" w:lineRule="auto"/>
            </w:pPr>
            <w:r>
              <w:rPr>
                <w:b/>
                <w:sz w:val="19"/>
              </w:rPr>
              <w:t xml:space="preserve">4. [BACK TO WEEK 5] </w:t>
            </w:r>
            <w:r>
              <w:rPr>
                <w:sz w:val="19"/>
              </w:rPr>
              <w:t>A subsidy is paid to producers. What happens to the supply curve, and which way?</w:t>
            </w:r>
          </w:p>
          <w:p w14:paraId="0D4ED13C" w14:textId="77777777" w:rsidR="002516E4" w:rsidRDefault="00A3491C">
            <w:pPr>
              <w:keepNext/>
              <w:spacing w:after="20" w:line="240" w:lineRule="auto"/>
            </w:pPr>
            <w:r>
              <w:rPr>
                <w:b/>
                <w:sz w:val="19"/>
              </w:rPr>
              <w:t xml:space="preserve">5. [BACK TO WEEK 4] </w:t>
            </w:r>
            <w:r>
              <w:rPr>
                <w:sz w:val="19"/>
              </w:rPr>
              <w:t>Why does the demand curve slope downwards?</w:t>
            </w:r>
          </w:p>
        </w:tc>
      </w:tr>
      <w:tr w:rsidR="002516E4" w14:paraId="51B2C37B" w14:textId="77777777">
        <w:trPr>
          <w:cantSplit/>
        </w:trPr>
        <w:tc>
          <w:tcPr>
            <w:tcW w:w="10103" w:type="dxa"/>
            <w:shd w:val="clear" w:color="auto" w:fill="F0F0F0"/>
          </w:tcPr>
          <w:p w14:paraId="3D1D18B7" w14:textId="77777777" w:rsidR="002516E4" w:rsidRDefault="00A3491C">
            <w:pPr>
              <w:keepNext/>
              <w:spacing w:after="24" w:line="240" w:lineRule="auto"/>
            </w:pPr>
            <w:r>
              <w:rPr>
                <w:b/>
                <w:sz w:val="18"/>
              </w:rPr>
              <w:t>ANSWERS  6A</w:t>
            </w:r>
          </w:p>
          <w:p w14:paraId="2049F751" w14:textId="77777777" w:rsidR="002516E4" w:rsidRDefault="00A3491C">
            <w:pPr>
              <w:keepNext/>
              <w:spacing w:after="14" w:line="240" w:lineRule="auto"/>
            </w:pPr>
            <w:r>
              <w:rPr>
                <w:b/>
                <w:sz w:val="18"/>
              </w:rPr>
              <w:t xml:space="preserve">1. </w:t>
            </w:r>
            <w:r>
              <w:rPr>
                <w:sz w:val="18"/>
              </w:rPr>
              <w:t>PED = percentage change in quantity demanded divided by percentage change in price.</w:t>
            </w:r>
          </w:p>
          <w:p w14:paraId="50A19D84" w14:textId="77777777" w:rsidR="002516E4" w:rsidRDefault="00A3491C">
            <w:pPr>
              <w:keepNext/>
              <w:spacing w:after="14" w:line="240" w:lineRule="auto"/>
            </w:pPr>
            <w:r>
              <w:rPr>
                <w:b/>
                <w:sz w:val="18"/>
              </w:rPr>
              <w:t xml:space="preserve">2. </w:t>
            </w:r>
            <w:r>
              <w:rPr>
                <w:sz w:val="18"/>
              </w:rPr>
              <w:t>Elastic means quantity responds a lot to a price change, so PED is greater than 1 ignoring the sign. Inelastic means it barely responds, so PED is less than 1. Demand is more elastic when there are close substitutes, or the good takes a large share of income, or it is a luxury rather than a necessity.</w:t>
            </w:r>
          </w:p>
          <w:p w14:paraId="6324A88B" w14:textId="77777777" w:rsidR="002516E4" w:rsidRDefault="00A3491C">
            <w:pPr>
              <w:keepNext/>
              <w:spacing w:after="14" w:line="240" w:lineRule="auto"/>
            </w:pPr>
            <w:r>
              <w:rPr>
                <w:b/>
                <w:sz w:val="18"/>
              </w:rPr>
              <w:t xml:space="preserve">3. </w:t>
            </w:r>
            <w:r>
              <w:rPr>
                <w:sz w:val="18"/>
              </w:rPr>
              <w:t>minus 25 divided by 10 = minus 2.5. Ignoring the sign that is greater than 1, so demand is elastic.</w:t>
            </w:r>
          </w:p>
          <w:p w14:paraId="1062C34D" w14:textId="77777777" w:rsidR="002516E4" w:rsidRDefault="00A3491C">
            <w:pPr>
              <w:keepNext/>
              <w:spacing w:after="14" w:line="240" w:lineRule="auto"/>
            </w:pPr>
            <w:r>
              <w:rPr>
                <w:b/>
                <w:sz w:val="18"/>
              </w:rPr>
              <w:t xml:space="preserve">4. </w:t>
            </w:r>
            <w:r>
              <w:rPr>
                <w:sz w:val="18"/>
              </w:rPr>
              <w:t>It shifts right, because the subsidy lowers the cost of producing each unit.</w:t>
            </w:r>
          </w:p>
          <w:p w14:paraId="37EB1C8B" w14:textId="77777777" w:rsidR="002516E4" w:rsidRDefault="00A3491C">
            <w:pPr>
              <w:spacing w:after="14" w:line="240" w:lineRule="auto"/>
            </w:pPr>
            <w:r>
              <w:rPr>
                <w:b/>
                <w:sz w:val="18"/>
              </w:rPr>
              <w:t xml:space="preserve">5. </w:t>
            </w:r>
            <w:r>
              <w:rPr>
                <w:sz w:val="18"/>
              </w:rPr>
              <w:t>As price falls the good becomes cheaper compared with its substitutes so people switch to it, and the same income goes further, so more is bought.</w:t>
            </w:r>
          </w:p>
        </w:tc>
      </w:tr>
    </w:tbl>
    <w:p w14:paraId="52022E5C"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536963AB" w14:textId="77777777">
        <w:trPr>
          <w:cantSplit/>
        </w:trPr>
        <w:tc>
          <w:tcPr>
            <w:tcW w:w="10103" w:type="dxa"/>
          </w:tcPr>
          <w:p w14:paraId="38B94FBF" w14:textId="77777777" w:rsidR="002516E4" w:rsidRDefault="00A3491C">
            <w:pPr>
              <w:keepNext/>
              <w:spacing w:after="24" w:line="240" w:lineRule="auto"/>
            </w:pPr>
            <w:r>
              <w:rPr>
                <w:b/>
                <w:sz w:val="18"/>
              </w:rPr>
              <w:t>WEEK 6  ·  ECONOMICS  ·  STARTER B      Level: GCSE and Y12</w:t>
            </w:r>
          </w:p>
          <w:p w14:paraId="38352170" w14:textId="77777777" w:rsidR="002516E4" w:rsidRDefault="00A3491C">
            <w:pPr>
              <w:keepNext/>
              <w:spacing w:after="30" w:line="240" w:lineRule="auto"/>
            </w:pPr>
            <w:r>
              <w:rPr>
                <w:b/>
                <w:sz w:val="20"/>
              </w:rPr>
              <w:t>Elasticity and total revenue</w:t>
            </w:r>
          </w:p>
          <w:p w14:paraId="6950915D" w14:textId="77777777" w:rsidR="002516E4" w:rsidRDefault="00A3491C">
            <w:pPr>
              <w:keepNext/>
              <w:spacing w:after="20" w:line="240" w:lineRule="auto"/>
            </w:pPr>
            <w:r>
              <w:rPr>
                <w:b/>
                <w:sz w:val="19"/>
              </w:rPr>
              <w:t xml:space="preserve">1. </w:t>
            </w:r>
            <w:r>
              <w:rPr>
                <w:sz w:val="19"/>
              </w:rPr>
              <w:t>A firm raises its price and demand is inelastic. What happens to revenue, and why?</w:t>
            </w:r>
          </w:p>
          <w:p w14:paraId="52E58828" w14:textId="77777777" w:rsidR="002516E4" w:rsidRDefault="00A3491C">
            <w:pPr>
              <w:keepNext/>
              <w:spacing w:after="20" w:line="240" w:lineRule="auto"/>
            </w:pPr>
            <w:r>
              <w:rPr>
                <w:b/>
                <w:sz w:val="19"/>
              </w:rPr>
              <w:t xml:space="preserve">2. </w:t>
            </w:r>
            <w:r>
              <w:rPr>
                <w:sz w:val="19"/>
              </w:rPr>
              <w:t>The same firm raises its price and demand is elastic. What happens to revenue, and why?</w:t>
            </w:r>
          </w:p>
          <w:p w14:paraId="4AA54B89" w14:textId="77777777" w:rsidR="002516E4" w:rsidRDefault="00A3491C">
            <w:pPr>
              <w:keepNext/>
              <w:spacing w:after="20" w:line="240" w:lineRule="auto"/>
            </w:pPr>
            <w:r>
              <w:rPr>
                <w:b/>
                <w:sz w:val="19"/>
              </w:rPr>
              <w:t xml:space="preserve">3. </w:t>
            </w:r>
            <w:r>
              <w:rPr>
                <w:sz w:val="19"/>
              </w:rPr>
              <w:t>Sales of 4,000 units at £5 become 3,600 units at £6. Calculate revenue before and after, and say which case this is.</w:t>
            </w:r>
          </w:p>
          <w:p w14:paraId="424F9AEA" w14:textId="77777777" w:rsidR="002516E4" w:rsidRDefault="00A3491C">
            <w:pPr>
              <w:keepNext/>
              <w:spacing w:after="20" w:line="240" w:lineRule="auto"/>
            </w:pPr>
            <w:r>
              <w:rPr>
                <w:b/>
                <w:sz w:val="19"/>
              </w:rPr>
              <w:t xml:space="preserve">4. [BACK TO WEEK 5] </w:t>
            </w:r>
            <w:r>
              <w:rPr>
                <w:sz w:val="19"/>
              </w:rPr>
              <w:t>What is a surplus, and what does it do to price?</w:t>
            </w:r>
          </w:p>
          <w:p w14:paraId="02F6DC2D" w14:textId="77777777" w:rsidR="002516E4" w:rsidRDefault="00A3491C">
            <w:pPr>
              <w:keepNext/>
              <w:spacing w:after="20" w:line="240" w:lineRule="auto"/>
            </w:pPr>
            <w:r>
              <w:rPr>
                <w:b/>
                <w:sz w:val="19"/>
              </w:rPr>
              <w:t xml:space="preserve">5. [BACK TO WEEK 1] </w:t>
            </w:r>
            <w:r>
              <w:rPr>
                <w:sz w:val="19"/>
              </w:rPr>
              <w:t>State the economic problem.</w:t>
            </w:r>
          </w:p>
        </w:tc>
      </w:tr>
      <w:tr w:rsidR="002516E4" w14:paraId="1B71E8FF" w14:textId="77777777">
        <w:trPr>
          <w:cantSplit/>
        </w:trPr>
        <w:tc>
          <w:tcPr>
            <w:tcW w:w="10103" w:type="dxa"/>
            <w:shd w:val="clear" w:color="auto" w:fill="F0F0F0"/>
          </w:tcPr>
          <w:p w14:paraId="0D216F3E" w14:textId="77777777" w:rsidR="002516E4" w:rsidRDefault="00A3491C">
            <w:pPr>
              <w:keepNext/>
              <w:spacing w:after="24" w:line="240" w:lineRule="auto"/>
            </w:pPr>
            <w:r>
              <w:rPr>
                <w:b/>
                <w:sz w:val="18"/>
              </w:rPr>
              <w:t>ANSWERS  6B</w:t>
            </w:r>
          </w:p>
          <w:p w14:paraId="56B55904" w14:textId="77777777" w:rsidR="002516E4" w:rsidRDefault="00A3491C">
            <w:pPr>
              <w:keepNext/>
              <w:spacing w:after="14" w:line="240" w:lineRule="auto"/>
            </w:pPr>
            <w:r>
              <w:rPr>
                <w:b/>
                <w:sz w:val="18"/>
              </w:rPr>
              <w:t xml:space="preserve">1. </w:t>
            </w:r>
            <w:r>
              <w:rPr>
                <w:sz w:val="18"/>
              </w:rPr>
              <w:t>Revenue rises. Quantity falls by a smaller percentage than the price rise, so the higher price more than makes up for the lost sales.</w:t>
            </w:r>
          </w:p>
          <w:p w14:paraId="0624D0D6" w14:textId="77777777" w:rsidR="002516E4" w:rsidRDefault="00A3491C">
            <w:pPr>
              <w:keepNext/>
              <w:spacing w:after="14" w:line="240" w:lineRule="auto"/>
            </w:pPr>
            <w:r>
              <w:rPr>
                <w:b/>
                <w:sz w:val="18"/>
              </w:rPr>
              <w:t xml:space="preserve">2. </w:t>
            </w:r>
            <w:r>
              <w:rPr>
                <w:sz w:val="18"/>
              </w:rPr>
              <w:t>Revenue falls. Quantity falls by a larger percentage than the price rise, so the lost sales outweigh the higher price.</w:t>
            </w:r>
          </w:p>
          <w:p w14:paraId="4D6C682D" w14:textId="77777777" w:rsidR="002516E4" w:rsidRDefault="00A3491C">
            <w:pPr>
              <w:keepNext/>
              <w:spacing w:after="14" w:line="240" w:lineRule="auto"/>
            </w:pPr>
            <w:r>
              <w:rPr>
                <w:b/>
                <w:sz w:val="18"/>
              </w:rPr>
              <w:t xml:space="preserve">3. </w:t>
            </w:r>
            <w:r>
              <w:rPr>
                <w:sz w:val="18"/>
              </w:rPr>
              <w:t>Before: 4,000 times £5 = £20,000. After: 3,600 times £6 = £21,600. Revenue rose after a price rise, so demand is inelastic over that range.</w:t>
            </w:r>
          </w:p>
          <w:p w14:paraId="52E5564C" w14:textId="77777777" w:rsidR="002516E4" w:rsidRDefault="00A3491C">
            <w:pPr>
              <w:keepNext/>
              <w:spacing w:after="14" w:line="240" w:lineRule="auto"/>
            </w:pPr>
            <w:r>
              <w:rPr>
                <w:b/>
                <w:sz w:val="18"/>
              </w:rPr>
              <w:t xml:space="preserve">4. </w:t>
            </w:r>
            <w:r>
              <w:rPr>
                <w:sz w:val="18"/>
              </w:rPr>
              <w:t>Quantity supplied is greater than quantity demanded at the current price. Stock builds up, so sellers cut the price until the two are equal again.</w:t>
            </w:r>
          </w:p>
          <w:p w14:paraId="432C742E" w14:textId="77777777" w:rsidR="002516E4" w:rsidRDefault="00A3491C">
            <w:pPr>
              <w:spacing w:after="14" w:line="240" w:lineRule="auto"/>
            </w:pPr>
            <w:r>
              <w:rPr>
                <w:b/>
                <w:sz w:val="18"/>
              </w:rPr>
              <w:t xml:space="preserve">5. </w:t>
            </w:r>
            <w:r>
              <w:rPr>
                <w:sz w:val="18"/>
              </w:rPr>
              <w:t>Wants are unlimited but the resources available to meet them are limited, so choices have to be made.</w:t>
            </w:r>
          </w:p>
        </w:tc>
      </w:tr>
    </w:tbl>
    <w:p w14:paraId="7C0441C5"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44F81C90" w14:textId="77777777">
        <w:trPr>
          <w:cantSplit/>
        </w:trPr>
        <w:tc>
          <w:tcPr>
            <w:tcW w:w="10103" w:type="dxa"/>
          </w:tcPr>
          <w:p w14:paraId="4A5C192D" w14:textId="77777777" w:rsidR="002516E4" w:rsidRDefault="00A3491C">
            <w:pPr>
              <w:keepNext/>
              <w:spacing w:after="24" w:line="240" w:lineRule="auto"/>
            </w:pPr>
            <w:r>
              <w:rPr>
                <w:b/>
                <w:sz w:val="18"/>
              </w:rPr>
              <w:t>WEEK 6  ·  ECONOMICS  ·  STARTER C      Level: Y12</w:t>
            </w:r>
          </w:p>
          <w:p w14:paraId="4A3EC1DE" w14:textId="77777777" w:rsidR="002516E4" w:rsidRDefault="00A3491C">
            <w:pPr>
              <w:keepNext/>
              <w:spacing w:after="30" w:line="240" w:lineRule="auto"/>
            </w:pPr>
            <w:r>
              <w:rPr>
                <w:b/>
                <w:sz w:val="20"/>
              </w:rPr>
              <w:t>Income elasticity and cross elasticity</w:t>
            </w:r>
          </w:p>
          <w:p w14:paraId="64A0386A" w14:textId="77777777" w:rsidR="002516E4" w:rsidRDefault="00A3491C">
            <w:pPr>
              <w:keepNext/>
              <w:spacing w:after="20" w:line="240" w:lineRule="auto"/>
            </w:pPr>
            <w:r>
              <w:rPr>
                <w:b/>
                <w:sz w:val="19"/>
              </w:rPr>
              <w:t xml:space="preserve">1. </w:t>
            </w:r>
            <w:r>
              <w:rPr>
                <w:sz w:val="19"/>
              </w:rPr>
              <w:t>State the formula for income elasticity of demand, and say what a negative result tells you about a good.</w:t>
            </w:r>
          </w:p>
          <w:p w14:paraId="71A12162" w14:textId="77777777" w:rsidR="002516E4" w:rsidRDefault="00A3491C">
            <w:pPr>
              <w:keepNext/>
              <w:spacing w:after="20" w:line="240" w:lineRule="auto"/>
            </w:pPr>
            <w:r>
              <w:rPr>
                <w:b/>
                <w:sz w:val="19"/>
              </w:rPr>
              <w:t xml:space="preserve">2. </w:t>
            </w:r>
            <w:r>
              <w:rPr>
                <w:sz w:val="19"/>
              </w:rPr>
              <w:t>What does a positive cross elasticity tell you about two goods?</w:t>
            </w:r>
          </w:p>
          <w:p w14:paraId="4D8A9580" w14:textId="77777777" w:rsidR="002516E4" w:rsidRDefault="00A3491C">
            <w:pPr>
              <w:keepNext/>
              <w:spacing w:after="20" w:line="240" w:lineRule="auto"/>
            </w:pPr>
            <w:r>
              <w:rPr>
                <w:b/>
                <w:sz w:val="19"/>
              </w:rPr>
              <w:t xml:space="preserve">3. </w:t>
            </w:r>
            <w:r>
              <w:rPr>
                <w:sz w:val="19"/>
              </w:rPr>
              <w:t>Incomes rise by 8 per cent and demand for a good falls by 4 per cent. Calculate YED and name the type of good.</w:t>
            </w:r>
          </w:p>
          <w:p w14:paraId="589634BA" w14:textId="77777777" w:rsidR="002516E4" w:rsidRDefault="00A3491C">
            <w:pPr>
              <w:keepNext/>
              <w:spacing w:after="20" w:line="240" w:lineRule="auto"/>
            </w:pPr>
            <w:r>
              <w:rPr>
                <w:b/>
                <w:sz w:val="19"/>
              </w:rPr>
              <w:t xml:space="preserve">4. [BACK TO WEEK 5] </w:t>
            </w:r>
            <w:r>
              <w:rPr>
                <w:sz w:val="19"/>
              </w:rPr>
              <w:t>What is meant by the equilibrium price?</w:t>
            </w:r>
          </w:p>
          <w:p w14:paraId="1571AC9F" w14:textId="77777777" w:rsidR="002516E4" w:rsidRDefault="00A3491C">
            <w:pPr>
              <w:keepNext/>
              <w:spacing w:after="20" w:line="240" w:lineRule="auto"/>
            </w:pPr>
            <w:r>
              <w:rPr>
                <w:b/>
                <w:sz w:val="19"/>
              </w:rPr>
              <w:t xml:space="preserve">5. [BACK TO WEEK 4] </w:t>
            </w:r>
            <w:r>
              <w:rPr>
                <w:sz w:val="19"/>
              </w:rPr>
              <w:t>What happens to demand for a substitute when a product's price rises?</w:t>
            </w:r>
          </w:p>
        </w:tc>
      </w:tr>
      <w:tr w:rsidR="002516E4" w14:paraId="101B6BCA" w14:textId="77777777">
        <w:trPr>
          <w:cantSplit/>
        </w:trPr>
        <w:tc>
          <w:tcPr>
            <w:tcW w:w="10103" w:type="dxa"/>
            <w:shd w:val="clear" w:color="auto" w:fill="F0F0F0"/>
          </w:tcPr>
          <w:p w14:paraId="7D6CA11E" w14:textId="77777777" w:rsidR="002516E4" w:rsidRDefault="00A3491C">
            <w:pPr>
              <w:keepNext/>
              <w:spacing w:after="24" w:line="240" w:lineRule="auto"/>
            </w:pPr>
            <w:r>
              <w:rPr>
                <w:b/>
                <w:sz w:val="18"/>
              </w:rPr>
              <w:t>ANSWERS  6C</w:t>
            </w:r>
          </w:p>
          <w:p w14:paraId="4B6DEFD0" w14:textId="77777777" w:rsidR="002516E4" w:rsidRDefault="00A3491C">
            <w:pPr>
              <w:keepNext/>
              <w:spacing w:after="14" w:line="240" w:lineRule="auto"/>
            </w:pPr>
            <w:r>
              <w:rPr>
                <w:b/>
                <w:sz w:val="18"/>
              </w:rPr>
              <w:t xml:space="preserve">1. </w:t>
            </w:r>
            <w:r>
              <w:rPr>
                <w:sz w:val="18"/>
              </w:rPr>
              <w:t>YED = percentage change in quantity demanded divided by percentage change in income. A negative result means the good is inferior: when income rises, demand for it falls.</w:t>
            </w:r>
          </w:p>
          <w:p w14:paraId="5395D867" w14:textId="77777777" w:rsidR="002516E4" w:rsidRDefault="00A3491C">
            <w:pPr>
              <w:keepNext/>
              <w:spacing w:after="14" w:line="240" w:lineRule="auto"/>
            </w:pPr>
            <w:r>
              <w:rPr>
                <w:b/>
                <w:sz w:val="18"/>
              </w:rPr>
              <w:t xml:space="preserve">2. </w:t>
            </w:r>
            <w:r>
              <w:rPr>
                <w:sz w:val="18"/>
              </w:rPr>
              <w:t>They are substitutes. A rise in the price of one raises demand for the other.</w:t>
            </w:r>
          </w:p>
          <w:p w14:paraId="369BB917" w14:textId="77777777" w:rsidR="002516E4" w:rsidRDefault="00A3491C">
            <w:pPr>
              <w:keepNext/>
              <w:spacing w:after="14" w:line="240" w:lineRule="auto"/>
            </w:pPr>
            <w:r>
              <w:rPr>
                <w:b/>
                <w:sz w:val="18"/>
              </w:rPr>
              <w:t xml:space="preserve">3. </w:t>
            </w:r>
            <w:r>
              <w:rPr>
                <w:sz w:val="18"/>
              </w:rPr>
              <w:t>minus 4 divided by 8 = minus 0.5. The result is negative, so it is an inferior good.</w:t>
            </w:r>
          </w:p>
          <w:p w14:paraId="0F1880C0" w14:textId="77777777" w:rsidR="002516E4" w:rsidRDefault="00A3491C">
            <w:pPr>
              <w:keepNext/>
              <w:spacing w:after="14" w:line="240" w:lineRule="auto"/>
            </w:pPr>
            <w:r>
              <w:rPr>
                <w:b/>
                <w:sz w:val="18"/>
              </w:rPr>
              <w:t xml:space="preserve">4. </w:t>
            </w:r>
            <w:r>
              <w:rPr>
                <w:sz w:val="18"/>
              </w:rPr>
              <w:t>The price at which the quantity demanded equals the quantity supplied, so there is no pressure on the price to move.</w:t>
            </w:r>
          </w:p>
          <w:p w14:paraId="3A0FED9D" w14:textId="77777777" w:rsidR="002516E4" w:rsidRDefault="00A3491C">
            <w:pPr>
              <w:spacing w:after="14" w:line="240" w:lineRule="auto"/>
            </w:pPr>
            <w:r>
              <w:rPr>
                <w:b/>
                <w:sz w:val="18"/>
              </w:rPr>
              <w:t xml:space="preserve">5. </w:t>
            </w:r>
            <w:r>
              <w:rPr>
                <w:sz w:val="18"/>
              </w:rPr>
              <w:t>Demand for the substitute rises, because consumers switch to it, and its curve shifts right.</w:t>
            </w:r>
          </w:p>
        </w:tc>
      </w:tr>
    </w:tbl>
    <w:p w14:paraId="0702F05D" w14:textId="77777777" w:rsidR="002516E4" w:rsidRDefault="002516E4">
      <w:pPr>
        <w:spacing w:after="6"/>
        <w:rPr>
          <w:sz w:val="6"/>
        </w:rPr>
      </w:pPr>
    </w:p>
    <w:tbl>
      <w:tblPr>
        <w:tblStyle w:val="TableGrid"/>
        <w:tblW w:w="0" w:type="auto"/>
        <w:tblLayout w:type="fixed"/>
        <w:tblLook w:val="04A0" w:firstRow="1" w:lastRow="0" w:firstColumn="1" w:lastColumn="0" w:noHBand="0" w:noVBand="1"/>
      </w:tblPr>
      <w:tblGrid>
        <w:gridCol w:w="10103"/>
      </w:tblGrid>
      <w:tr w:rsidR="002516E4" w14:paraId="7964F76F" w14:textId="77777777">
        <w:trPr>
          <w:cantSplit/>
        </w:trPr>
        <w:tc>
          <w:tcPr>
            <w:tcW w:w="10103" w:type="dxa"/>
            <w:shd w:val="clear" w:color="auto" w:fill="FAFAFA"/>
          </w:tcPr>
          <w:p w14:paraId="16CBDA4F" w14:textId="77777777" w:rsidR="002516E4" w:rsidRDefault="00A3491C">
            <w:pPr>
              <w:keepNext/>
              <w:spacing w:after="30" w:line="240" w:lineRule="auto"/>
            </w:pPr>
            <w:r>
              <w:rPr>
                <w:b/>
                <w:sz w:val="18"/>
              </w:rPr>
              <w:t>GCSE SWAP  6C</w:t>
            </w:r>
            <w:r>
              <w:rPr>
                <w:sz w:val="18"/>
              </w:rPr>
              <w:t xml:space="preserve">  Replace questions 1 to 3 with these. Questions 4 and 5 stay as they are.</w:t>
            </w:r>
          </w:p>
          <w:p w14:paraId="2582B6DB" w14:textId="77777777" w:rsidR="002516E4" w:rsidRDefault="00A3491C">
            <w:pPr>
              <w:keepNext/>
              <w:spacing w:after="10" w:line="240" w:lineRule="auto"/>
            </w:pPr>
            <w:r>
              <w:rPr>
                <w:b/>
                <w:sz w:val="18"/>
              </w:rPr>
              <w:t xml:space="preserve">(i) </w:t>
            </w:r>
            <w:r>
              <w:rPr>
                <w:sz w:val="18"/>
              </w:rPr>
              <w:t>What are substitutes and what are complements? Give one pair of each.</w:t>
            </w:r>
          </w:p>
          <w:p w14:paraId="22ADC534" w14:textId="77777777" w:rsidR="002516E4" w:rsidRDefault="00A3491C">
            <w:pPr>
              <w:keepNext/>
              <w:spacing w:after="30" w:line="240" w:lineRule="auto"/>
            </w:pPr>
            <w:r>
              <w:rPr>
                <w:b/>
                <w:sz w:val="18"/>
              </w:rPr>
              <w:t xml:space="preserve">Answer. </w:t>
            </w:r>
            <w:r>
              <w:rPr>
                <w:i/>
                <w:sz w:val="18"/>
              </w:rPr>
              <w:t>Substitutes are bought instead of each other, for example tea and coffee. Complements are bought together, for example a printer and ink.</w:t>
            </w:r>
          </w:p>
          <w:p w14:paraId="7F7326F7" w14:textId="77777777" w:rsidR="002516E4" w:rsidRDefault="00A3491C">
            <w:pPr>
              <w:keepNext/>
              <w:spacing w:after="10" w:line="240" w:lineRule="auto"/>
            </w:pPr>
            <w:r>
              <w:rPr>
                <w:b/>
                <w:sz w:val="18"/>
              </w:rPr>
              <w:t xml:space="preserve">(ii) </w:t>
            </w:r>
            <w:r>
              <w:rPr>
                <w:sz w:val="18"/>
              </w:rPr>
              <w:t>Incomes rise. Name one product people buy more of, and one they buy less of.</w:t>
            </w:r>
          </w:p>
          <w:p w14:paraId="7FAAD214" w14:textId="77777777" w:rsidR="002516E4" w:rsidRDefault="00A3491C">
            <w:pPr>
              <w:keepNext/>
              <w:spacing w:after="30" w:line="240" w:lineRule="auto"/>
            </w:pPr>
            <w:r>
              <w:rPr>
                <w:b/>
                <w:sz w:val="18"/>
              </w:rPr>
              <w:t xml:space="preserve">Answer. </w:t>
            </w:r>
            <w:r>
              <w:rPr>
                <w:i/>
                <w:sz w:val="18"/>
              </w:rPr>
              <w:t>More of a normal good, for example restaurant meals. Less of an inferior good, for example supermarket value range food.</w:t>
            </w:r>
          </w:p>
          <w:p w14:paraId="574A4F50" w14:textId="77777777" w:rsidR="002516E4" w:rsidRDefault="00A3491C">
            <w:pPr>
              <w:keepNext/>
              <w:spacing w:after="10" w:line="240" w:lineRule="auto"/>
            </w:pPr>
            <w:r>
              <w:rPr>
                <w:b/>
                <w:sz w:val="18"/>
              </w:rPr>
              <w:t xml:space="preserve">(iii) </w:t>
            </w:r>
            <w:r>
              <w:rPr>
                <w:sz w:val="18"/>
              </w:rPr>
              <w:t>Incomes fall in a recession. Name one product whose sales rise, and say why.</w:t>
            </w:r>
          </w:p>
          <w:p w14:paraId="58D18840" w14:textId="77777777" w:rsidR="002516E4" w:rsidRDefault="00A3491C">
            <w:pPr>
              <w:spacing w:after="30" w:line="240" w:lineRule="auto"/>
            </w:pPr>
            <w:r>
              <w:rPr>
                <w:b/>
                <w:sz w:val="18"/>
              </w:rPr>
              <w:t xml:space="preserve">Answer. </w:t>
            </w:r>
            <w:r>
              <w:rPr>
                <w:i/>
                <w:sz w:val="18"/>
              </w:rPr>
              <w:t>For example supermarket own brand food. As incomes fall people trade down to cheaper alternatives, so demand for the cheaper good rises.</w:t>
            </w:r>
          </w:p>
        </w:tc>
      </w:tr>
    </w:tbl>
    <w:p w14:paraId="317544A7" w14:textId="77777777" w:rsidR="002516E4" w:rsidRDefault="002516E4">
      <w:pPr>
        <w:spacing w:after="0"/>
        <w:rPr>
          <w:sz w:val="6"/>
        </w:rPr>
      </w:pPr>
    </w:p>
    <w:p w14:paraId="7AD780B9" w14:textId="77777777" w:rsidR="002516E4" w:rsidRDefault="00A3491C">
      <w:pPr>
        <w:keepNext/>
        <w:pageBreakBefore/>
        <w:spacing w:after="40"/>
      </w:pPr>
      <w:r>
        <w:rPr>
          <w:b/>
          <w:sz w:val="25"/>
        </w:rPr>
        <w:lastRenderedPageBreak/>
        <w:t>WEEK 7. Business: business plans, risk, and the half term review. Economics: markets in action, and the half term review.</w:t>
      </w:r>
    </w:p>
    <w:p w14:paraId="3872330B" w14:textId="77777777" w:rsidR="002516E4" w:rsidRDefault="00A3491C">
      <w:pPr>
        <w:keepNext/>
      </w:pPr>
      <w:r>
        <w:rPr>
          <w:i/>
          <w:color w:val="555555"/>
          <w:sz w:val="20"/>
        </w:rPr>
        <w:t>Starter C in both subjects is the review. Take the scores seriously, write them down, and use them to decide what November reteaches.</w:t>
      </w:r>
    </w:p>
    <w:tbl>
      <w:tblPr>
        <w:tblStyle w:val="TableGrid"/>
        <w:tblW w:w="0" w:type="auto"/>
        <w:tblLayout w:type="fixed"/>
        <w:tblLook w:val="04A0" w:firstRow="1" w:lastRow="0" w:firstColumn="1" w:lastColumn="0" w:noHBand="0" w:noVBand="1"/>
      </w:tblPr>
      <w:tblGrid>
        <w:gridCol w:w="10103"/>
      </w:tblGrid>
      <w:tr w:rsidR="002516E4" w14:paraId="7A19847D" w14:textId="77777777">
        <w:trPr>
          <w:cantSplit/>
        </w:trPr>
        <w:tc>
          <w:tcPr>
            <w:tcW w:w="10103" w:type="dxa"/>
          </w:tcPr>
          <w:p w14:paraId="101CEDF6" w14:textId="77777777" w:rsidR="002516E4" w:rsidRDefault="00A3491C">
            <w:pPr>
              <w:keepNext/>
              <w:spacing w:after="24" w:line="240" w:lineRule="auto"/>
            </w:pPr>
            <w:r>
              <w:rPr>
                <w:b/>
                <w:sz w:val="18"/>
              </w:rPr>
              <w:t>WEEK 7  ·  BUSINESS  ·  STARTER A      Level: GCSE and Y12</w:t>
            </w:r>
          </w:p>
          <w:p w14:paraId="40E1BC5A" w14:textId="77777777" w:rsidR="002516E4" w:rsidRDefault="00A3491C">
            <w:pPr>
              <w:keepNext/>
              <w:spacing w:after="30" w:line="240" w:lineRule="auto"/>
            </w:pPr>
            <w:r>
              <w:rPr>
                <w:b/>
                <w:sz w:val="20"/>
              </w:rPr>
              <w:t>The business plan</w:t>
            </w:r>
          </w:p>
          <w:p w14:paraId="2F039533" w14:textId="77777777" w:rsidR="002516E4" w:rsidRDefault="00A3491C">
            <w:pPr>
              <w:keepNext/>
              <w:spacing w:after="20" w:line="240" w:lineRule="auto"/>
            </w:pPr>
            <w:r>
              <w:rPr>
                <w:b/>
                <w:sz w:val="19"/>
              </w:rPr>
              <w:t xml:space="preserve">1. </w:t>
            </w:r>
            <w:r>
              <w:rPr>
                <w:sz w:val="19"/>
              </w:rPr>
              <w:t>What is a business plan, and name four sections it usually contains.</w:t>
            </w:r>
          </w:p>
          <w:p w14:paraId="377F8A76" w14:textId="77777777" w:rsidR="002516E4" w:rsidRDefault="00A3491C">
            <w:pPr>
              <w:keepNext/>
              <w:spacing w:after="20" w:line="240" w:lineRule="auto"/>
            </w:pPr>
            <w:r>
              <w:rPr>
                <w:b/>
                <w:sz w:val="19"/>
              </w:rPr>
              <w:t xml:space="preserve">2. </w:t>
            </w:r>
            <w:r>
              <w:rPr>
                <w:sz w:val="19"/>
              </w:rPr>
              <w:t>Who reads a business plan, and why does a bank ask for one?</w:t>
            </w:r>
          </w:p>
          <w:p w14:paraId="32EFAEE7" w14:textId="77777777" w:rsidR="002516E4" w:rsidRDefault="00A3491C">
            <w:pPr>
              <w:keepNext/>
              <w:spacing w:after="20" w:line="240" w:lineRule="auto"/>
            </w:pPr>
            <w:r>
              <w:rPr>
                <w:b/>
                <w:sz w:val="19"/>
              </w:rPr>
              <w:t xml:space="preserve">3. </w:t>
            </w:r>
            <w:r>
              <w:rPr>
                <w:sz w:val="19"/>
              </w:rPr>
              <w:t>Give one reason a plan can be out of date within a month.</w:t>
            </w:r>
          </w:p>
          <w:p w14:paraId="3015AC2F" w14:textId="77777777" w:rsidR="002516E4" w:rsidRDefault="00A3491C">
            <w:pPr>
              <w:keepNext/>
              <w:spacing w:after="20" w:line="240" w:lineRule="auto"/>
            </w:pPr>
            <w:r>
              <w:rPr>
                <w:b/>
                <w:sz w:val="19"/>
              </w:rPr>
              <w:t xml:space="preserve">4. [BACK TO WEEK 5] </w:t>
            </w:r>
            <w:r>
              <w:rPr>
                <w:sz w:val="19"/>
              </w:rPr>
              <w:t>Give one risk of serving a niche market.</w:t>
            </w:r>
          </w:p>
          <w:p w14:paraId="4A7B5FDD" w14:textId="77777777" w:rsidR="002516E4" w:rsidRDefault="00A3491C">
            <w:pPr>
              <w:keepNext/>
              <w:spacing w:after="20" w:line="240" w:lineRule="auto"/>
            </w:pPr>
            <w:r>
              <w:rPr>
                <w:b/>
                <w:sz w:val="19"/>
              </w:rPr>
              <w:t xml:space="preserve">5. [BACK TO WEEK 4] </w:t>
            </w:r>
            <w:r>
              <w:rPr>
                <w:sz w:val="19"/>
              </w:rPr>
              <w:t>Why is survival usually the first objective of a new business?</w:t>
            </w:r>
          </w:p>
        </w:tc>
      </w:tr>
      <w:tr w:rsidR="002516E4" w14:paraId="5A13D953" w14:textId="77777777">
        <w:trPr>
          <w:cantSplit/>
        </w:trPr>
        <w:tc>
          <w:tcPr>
            <w:tcW w:w="10103" w:type="dxa"/>
            <w:shd w:val="clear" w:color="auto" w:fill="F0F0F0"/>
          </w:tcPr>
          <w:p w14:paraId="3FFC9C22" w14:textId="77777777" w:rsidR="002516E4" w:rsidRDefault="00A3491C">
            <w:pPr>
              <w:keepNext/>
              <w:spacing w:after="24" w:line="240" w:lineRule="auto"/>
            </w:pPr>
            <w:r>
              <w:rPr>
                <w:b/>
                <w:sz w:val="18"/>
              </w:rPr>
              <w:t>ANSWERS  7A</w:t>
            </w:r>
          </w:p>
          <w:p w14:paraId="58FE8D68" w14:textId="77777777" w:rsidR="002516E4" w:rsidRDefault="00A3491C">
            <w:pPr>
              <w:keepNext/>
              <w:spacing w:after="14" w:line="240" w:lineRule="auto"/>
            </w:pPr>
            <w:r>
              <w:rPr>
                <w:b/>
                <w:sz w:val="18"/>
              </w:rPr>
              <w:t xml:space="preserve">1. </w:t>
            </w:r>
            <w:r>
              <w:rPr>
                <w:sz w:val="18"/>
              </w:rPr>
              <w:t>A written document setting out what the business will sell, to whom, how, and what it expects to cost and earn. Any four of: the idea, the market and customers, the marketing plan, the people, the costs and pricing, a cash flow forecast, the finance needed.</w:t>
            </w:r>
          </w:p>
          <w:p w14:paraId="3883AC71" w14:textId="77777777" w:rsidR="002516E4" w:rsidRDefault="00A3491C">
            <w:pPr>
              <w:keepNext/>
              <w:spacing w:after="14" w:line="240" w:lineRule="auto"/>
            </w:pPr>
            <w:r>
              <w:rPr>
                <w:b/>
                <w:sz w:val="18"/>
              </w:rPr>
              <w:t xml:space="preserve">2. </w:t>
            </w:r>
            <w:r>
              <w:rPr>
                <w:sz w:val="18"/>
              </w:rPr>
              <w:t>The owner, any lender and any investor. A bank wants evidence that the costs and revenue have been thought through, so it can judge whether the loan will be repaid.</w:t>
            </w:r>
          </w:p>
          <w:p w14:paraId="2E7B46D7" w14:textId="77777777" w:rsidR="002516E4" w:rsidRDefault="00A3491C">
            <w:pPr>
              <w:keepNext/>
              <w:spacing w:after="14" w:line="240" w:lineRule="auto"/>
            </w:pPr>
            <w:r>
              <w:rPr>
                <w:b/>
                <w:sz w:val="18"/>
              </w:rPr>
              <w:t xml:space="preserve">3. </w:t>
            </w:r>
            <w:r>
              <w:rPr>
                <w:sz w:val="18"/>
              </w:rPr>
              <w:t>The plan is built on forecasts, and costs, prices, competitors and demand can all change quickly. A forecast is not a promise.</w:t>
            </w:r>
          </w:p>
          <w:p w14:paraId="4A596D23" w14:textId="77777777" w:rsidR="002516E4" w:rsidRDefault="00A3491C">
            <w:pPr>
              <w:keepNext/>
              <w:spacing w:after="14" w:line="240" w:lineRule="auto"/>
            </w:pPr>
            <w:r>
              <w:rPr>
                <w:b/>
                <w:sz w:val="18"/>
              </w:rPr>
              <w:t xml:space="preserve">4. </w:t>
            </w:r>
            <w:r>
              <w:rPr>
                <w:sz w:val="18"/>
              </w:rPr>
              <w:t>The number of customers is small, so if tastes change or a large firm moves in, sales can fall sharply with nothing to fall back on.</w:t>
            </w:r>
          </w:p>
          <w:p w14:paraId="63BCB90B" w14:textId="77777777" w:rsidR="002516E4" w:rsidRDefault="00A3491C">
            <w:pPr>
              <w:spacing w:after="14" w:line="240" w:lineRule="auto"/>
            </w:pPr>
            <w:r>
              <w:rPr>
                <w:b/>
                <w:sz w:val="18"/>
              </w:rPr>
              <w:t xml:space="preserve">5. </w:t>
            </w:r>
            <w:r>
              <w:rPr>
                <w:sz w:val="18"/>
              </w:rPr>
              <w:t>A new business has few customers and little cash, so getting through the first year matters more than profit. Nothing else is possible if it closes.</w:t>
            </w:r>
          </w:p>
        </w:tc>
      </w:tr>
    </w:tbl>
    <w:p w14:paraId="4685286F"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6856EF99" w14:textId="77777777">
        <w:trPr>
          <w:cantSplit/>
        </w:trPr>
        <w:tc>
          <w:tcPr>
            <w:tcW w:w="10103" w:type="dxa"/>
          </w:tcPr>
          <w:p w14:paraId="7D6CF7A6" w14:textId="77777777" w:rsidR="002516E4" w:rsidRDefault="00A3491C">
            <w:pPr>
              <w:keepNext/>
              <w:spacing w:after="24" w:line="240" w:lineRule="auto"/>
            </w:pPr>
            <w:r>
              <w:rPr>
                <w:b/>
                <w:sz w:val="18"/>
              </w:rPr>
              <w:t>WEEK 7  ·  BUSINESS  ·  STARTER B      Level: GCSE and Y12</w:t>
            </w:r>
          </w:p>
          <w:p w14:paraId="58658687" w14:textId="77777777" w:rsidR="002516E4" w:rsidRDefault="00A3491C">
            <w:pPr>
              <w:keepNext/>
              <w:spacing w:after="30" w:line="240" w:lineRule="auto"/>
            </w:pPr>
            <w:r>
              <w:rPr>
                <w:b/>
                <w:sz w:val="20"/>
              </w:rPr>
              <w:t>Risk and uncertainty</w:t>
            </w:r>
          </w:p>
          <w:p w14:paraId="49E6C02F" w14:textId="77777777" w:rsidR="002516E4" w:rsidRDefault="00A3491C">
            <w:pPr>
              <w:keepNext/>
              <w:spacing w:after="20" w:line="240" w:lineRule="auto"/>
            </w:pPr>
            <w:r>
              <w:rPr>
                <w:b/>
                <w:sz w:val="19"/>
              </w:rPr>
              <w:t xml:space="preserve">1. </w:t>
            </w:r>
            <w:r>
              <w:rPr>
                <w:sz w:val="19"/>
              </w:rPr>
              <w:t>What is the difference between risk and uncertainty?</w:t>
            </w:r>
          </w:p>
          <w:p w14:paraId="3467AE6E" w14:textId="77777777" w:rsidR="002516E4" w:rsidRDefault="00A3491C">
            <w:pPr>
              <w:keepNext/>
              <w:spacing w:after="20" w:line="240" w:lineRule="auto"/>
            </w:pPr>
            <w:r>
              <w:rPr>
                <w:b/>
                <w:sz w:val="19"/>
              </w:rPr>
              <w:t xml:space="preserve">2. </w:t>
            </w:r>
            <w:r>
              <w:rPr>
                <w:sz w:val="19"/>
              </w:rPr>
              <w:t>Name three reasons new businesses fail.</w:t>
            </w:r>
          </w:p>
          <w:p w14:paraId="089B8642" w14:textId="77777777" w:rsidR="002516E4" w:rsidRDefault="00A3491C">
            <w:pPr>
              <w:keepNext/>
              <w:spacing w:after="20" w:line="240" w:lineRule="auto"/>
            </w:pPr>
            <w:r>
              <w:rPr>
                <w:b/>
                <w:sz w:val="19"/>
              </w:rPr>
              <w:t xml:space="preserve">3. </w:t>
            </w:r>
            <w:r>
              <w:rPr>
                <w:sz w:val="19"/>
              </w:rPr>
              <w:t>Name two ways an owner can reduce risk.</w:t>
            </w:r>
          </w:p>
          <w:p w14:paraId="517A52B7" w14:textId="77777777" w:rsidR="002516E4" w:rsidRDefault="00A3491C">
            <w:pPr>
              <w:keepNext/>
              <w:spacing w:after="20" w:line="240" w:lineRule="auto"/>
            </w:pPr>
            <w:r>
              <w:rPr>
                <w:b/>
                <w:sz w:val="19"/>
              </w:rPr>
              <w:t xml:space="preserve">4. [BACK TO WEEK 3] </w:t>
            </w:r>
            <w:r>
              <w:rPr>
                <w:sz w:val="19"/>
              </w:rPr>
              <w:t>What does limited liability mean, and why does it matter to an investor?</w:t>
            </w:r>
          </w:p>
          <w:p w14:paraId="5CC40DEC" w14:textId="77777777" w:rsidR="002516E4" w:rsidRDefault="00A3491C">
            <w:pPr>
              <w:keepNext/>
              <w:spacing w:after="20" w:line="240" w:lineRule="auto"/>
            </w:pPr>
            <w:r>
              <w:rPr>
                <w:b/>
                <w:sz w:val="19"/>
              </w:rPr>
              <w:t xml:space="preserve">5. [BACK TO WEEK 5] </w:t>
            </w:r>
            <w:r>
              <w:rPr>
                <w:sz w:val="19"/>
              </w:rPr>
              <w:t>Give two effects of strong competition on a business.</w:t>
            </w:r>
          </w:p>
        </w:tc>
      </w:tr>
      <w:tr w:rsidR="002516E4" w14:paraId="42037E77" w14:textId="77777777">
        <w:trPr>
          <w:cantSplit/>
        </w:trPr>
        <w:tc>
          <w:tcPr>
            <w:tcW w:w="10103" w:type="dxa"/>
            <w:shd w:val="clear" w:color="auto" w:fill="F0F0F0"/>
          </w:tcPr>
          <w:p w14:paraId="6A32AAC1" w14:textId="77777777" w:rsidR="002516E4" w:rsidRDefault="00A3491C">
            <w:pPr>
              <w:keepNext/>
              <w:spacing w:after="24" w:line="240" w:lineRule="auto"/>
            </w:pPr>
            <w:r>
              <w:rPr>
                <w:b/>
                <w:sz w:val="18"/>
              </w:rPr>
              <w:t>ANSWERS  7B</w:t>
            </w:r>
          </w:p>
          <w:p w14:paraId="34CD96B7" w14:textId="77777777" w:rsidR="002516E4" w:rsidRDefault="00A3491C">
            <w:pPr>
              <w:keepNext/>
              <w:spacing w:after="14" w:line="240" w:lineRule="auto"/>
            </w:pPr>
            <w:r>
              <w:rPr>
                <w:b/>
                <w:sz w:val="18"/>
              </w:rPr>
              <w:t xml:space="preserve">1. </w:t>
            </w:r>
            <w:r>
              <w:rPr>
                <w:sz w:val="18"/>
              </w:rPr>
              <w:t>Risk is something you can see coming and put a rough likelihood on, so you can plan for it. Uncertainty is an event you cannot predict at all, so all you can do is leave yourself some slack.</w:t>
            </w:r>
          </w:p>
          <w:p w14:paraId="4E1BB3D6" w14:textId="77777777" w:rsidR="002516E4" w:rsidRDefault="00A3491C">
            <w:pPr>
              <w:keepNext/>
              <w:spacing w:after="14" w:line="240" w:lineRule="auto"/>
            </w:pPr>
            <w:r>
              <w:rPr>
                <w:b/>
                <w:sz w:val="18"/>
              </w:rPr>
              <w:t xml:space="preserve">2. </w:t>
            </w:r>
            <w:r>
              <w:rPr>
                <w:sz w:val="18"/>
              </w:rPr>
              <w:t>Any three of: running out of cash, too few customers, costs higher than forecast, a market smaller than expected, poor record keeping, growing faster than the cash allows.</w:t>
            </w:r>
          </w:p>
          <w:p w14:paraId="17CEEBEA" w14:textId="77777777" w:rsidR="002516E4" w:rsidRDefault="00A3491C">
            <w:pPr>
              <w:keepNext/>
              <w:spacing w:after="14" w:line="240" w:lineRule="auto"/>
            </w:pPr>
            <w:r>
              <w:rPr>
                <w:b/>
                <w:sz w:val="18"/>
              </w:rPr>
              <w:t xml:space="preserve">3. </w:t>
            </w:r>
            <w:r>
              <w:rPr>
                <w:sz w:val="18"/>
              </w:rPr>
              <w:t>Any two of: research the market before spending, start small and test, keep a cash reserve, take insurance, form a limited company, keep fixed costs low, avoid relying on a single customer.</w:t>
            </w:r>
          </w:p>
          <w:p w14:paraId="783D3B4F" w14:textId="77777777" w:rsidR="002516E4" w:rsidRDefault="00A3491C">
            <w:pPr>
              <w:keepNext/>
              <w:spacing w:after="14" w:line="240" w:lineRule="auto"/>
            </w:pPr>
            <w:r>
              <w:rPr>
                <w:b/>
                <w:sz w:val="18"/>
              </w:rPr>
              <w:t xml:space="preserve">4. </w:t>
            </w:r>
            <w:r>
              <w:rPr>
                <w:sz w:val="18"/>
              </w:rPr>
              <w:t>The owners are legally separate from the business, so the most they can lose is the money they put in. An investor knows the risk is capped, which makes them more willing to invest.</w:t>
            </w:r>
          </w:p>
          <w:p w14:paraId="60193497" w14:textId="77777777" w:rsidR="002516E4" w:rsidRDefault="00A3491C">
            <w:pPr>
              <w:spacing w:after="14" w:line="240" w:lineRule="auto"/>
            </w:pPr>
            <w:r>
              <w:rPr>
                <w:b/>
                <w:sz w:val="18"/>
              </w:rPr>
              <w:t xml:space="preserve">5. </w:t>
            </w:r>
            <w:r>
              <w:rPr>
                <w:sz w:val="18"/>
              </w:rPr>
              <w:t>Any two of: prices are pushed down, margins are squeezed, quality or service has to improve, more has to be spent on marketing, there is less freedom to raise price.</w:t>
            </w:r>
          </w:p>
        </w:tc>
      </w:tr>
    </w:tbl>
    <w:p w14:paraId="1B176D81"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7574550D" w14:textId="77777777">
        <w:trPr>
          <w:cantSplit/>
        </w:trPr>
        <w:tc>
          <w:tcPr>
            <w:tcW w:w="10103" w:type="dxa"/>
          </w:tcPr>
          <w:p w14:paraId="6CD0B245" w14:textId="77777777" w:rsidR="002516E4" w:rsidRDefault="00A3491C">
            <w:pPr>
              <w:keepNext/>
              <w:spacing w:after="24" w:line="240" w:lineRule="auto"/>
            </w:pPr>
            <w:r>
              <w:rPr>
                <w:b/>
                <w:sz w:val="18"/>
              </w:rPr>
              <w:t>WEEK 7  ·  BUSINESS  ·  STARTER C      Level: GCSE and Y12</w:t>
            </w:r>
          </w:p>
          <w:p w14:paraId="1D53FB0D" w14:textId="77777777" w:rsidR="002516E4" w:rsidRDefault="00A3491C">
            <w:pPr>
              <w:keepNext/>
              <w:spacing w:after="30" w:line="240" w:lineRule="auto"/>
            </w:pPr>
            <w:r>
              <w:rPr>
                <w:b/>
                <w:sz w:val="20"/>
              </w:rPr>
              <w:t>Half term review</w:t>
            </w:r>
          </w:p>
          <w:p w14:paraId="39D2F079" w14:textId="77777777" w:rsidR="002516E4" w:rsidRDefault="00A3491C">
            <w:pPr>
              <w:keepNext/>
              <w:spacing w:after="20" w:line="240" w:lineRule="auto"/>
            </w:pPr>
            <w:r>
              <w:rPr>
                <w:b/>
                <w:sz w:val="19"/>
              </w:rPr>
              <w:t xml:space="preserve">1. [WEEK 1] </w:t>
            </w:r>
            <w:r>
              <w:rPr>
                <w:sz w:val="19"/>
              </w:rPr>
              <w:t>Name the four factors of production.</w:t>
            </w:r>
          </w:p>
          <w:p w14:paraId="6C60281F" w14:textId="77777777" w:rsidR="002516E4" w:rsidRDefault="00A3491C">
            <w:pPr>
              <w:keepNext/>
              <w:spacing w:after="20" w:line="240" w:lineRule="auto"/>
            </w:pPr>
            <w:r>
              <w:rPr>
                <w:b/>
                <w:sz w:val="19"/>
              </w:rPr>
              <w:t xml:space="preserve">2. [WEEK 2] </w:t>
            </w:r>
            <w:r>
              <w:rPr>
                <w:sz w:val="19"/>
              </w:rPr>
              <w:t>Name three things an entrepreneur does.</w:t>
            </w:r>
          </w:p>
          <w:p w14:paraId="3FF0291E" w14:textId="77777777" w:rsidR="002516E4" w:rsidRDefault="00A3491C">
            <w:pPr>
              <w:keepNext/>
              <w:spacing w:after="20" w:line="240" w:lineRule="auto"/>
            </w:pPr>
            <w:r>
              <w:rPr>
                <w:b/>
                <w:sz w:val="19"/>
              </w:rPr>
              <w:t xml:space="preserve">3. [WEEK 3] </w:t>
            </w:r>
            <w:r>
              <w:rPr>
                <w:sz w:val="19"/>
              </w:rPr>
              <w:t>What does unlimited liability mean?</w:t>
            </w:r>
          </w:p>
          <w:p w14:paraId="7B66477A" w14:textId="77777777" w:rsidR="002516E4" w:rsidRDefault="00A3491C">
            <w:pPr>
              <w:keepNext/>
              <w:spacing w:after="20" w:line="240" w:lineRule="auto"/>
            </w:pPr>
            <w:r>
              <w:rPr>
                <w:b/>
                <w:sz w:val="19"/>
              </w:rPr>
              <w:t xml:space="preserve">4. [WEEK 4] </w:t>
            </w:r>
            <w:r>
              <w:rPr>
                <w:sz w:val="19"/>
              </w:rPr>
              <w:t>Name two stakeholder groups and one thing each of them wants.</w:t>
            </w:r>
          </w:p>
          <w:p w14:paraId="1DD0FC86" w14:textId="77777777" w:rsidR="002516E4" w:rsidRDefault="00A3491C">
            <w:pPr>
              <w:keepNext/>
              <w:spacing w:after="20" w:line="240" w:lineRule="auto"/>
            </w:pPr>
            <w:r>
              <w:rPr>
                <w:b/>
                <w:sz w:val="19"/>
              </w:rPr>
              <w:t xml:space="preserve">5. [WEEK 5] </w:t>
            </w:r>
            <w:r>
              <w:rPr>
                <w:sz w:val="19"/>
              </w:rPr>
              <w:t>A firm sells £900,000 in a market worth £7.5m. Calculate its market share.</w:t>
            </w:r>
          </w:p>
        </w:tc>
      </w:tr>
      <w:tr w:rsidR="002516E4" w14:paraId="73FC0D93" w14:textId="77777777">
        <w:trPr>
          <w:cantSplit/>
        </w:trPr>
        <w:tc>
          <w:tcPr>
            <w:tcW w:w="10103" w:type="dxa"/>
            <w:shd w:val="clear" w:color="auto" w:fill="F0F0F0"/>
          </w:tcPr>
          <w:p w14:paraId="0AEFD2A8" w14:textId="77777777" w:rsidR="002516E4" w:rsidRDefault="00A3491C">
            <w:pPr>
              <w:keepNext/>
              <w:spacing w:after="24" w:line="240" w:lineRule="auto"/>
            </w:pPr>
            <w:r>
              <w:rPr>
                <w:b/>
                <w:sz w:val="18"/>
              </w:rPr>
              <w:t>ANSWERS  7C</w:t>
            </w:r>
          </w:p>
          <w:p w14:paraId="2D711F1F" w14:textId="77777777" w:rsidR="002516E4" w:rsidRDefault="00A3491C">
            <w:pPr>
              <w:keepNext/>
              <w:spacing w:after="14" w:line="240" w:lineRule="auto"/>
            </w:pPr>
            <w:r>
              <w:rPr>
                <w:b/>
                <w:sz w:val="18"/>
              </w:rPr>
              <w:t xml:space="preserve">1. </w:t>
            </w:r>
            <w:r>
              <w:rPr>
                <w:sz w:val="18"/>
              </w:rPr>
              <w:t>Land, labour, capital and enterprise.</w:t>
            </w:r>
          </w:p>
          <w:p w14:paraId="67C3A28E" w14:textId="77777777" w:rsidR="002516E4" w:rsidRDefault="00A3491C">
            <w:pPr>
              <w:keepNext/>
              <w:spacing w:after="14" w:line="240" w:lineRule="auto"/>
            </w:pPr>
            <w:r>
              <w:rPr>
                <w:b/>
                <w:sz w:val="18"/>
              </w:rPr>
              <w:t xml:space="preserve">2. </w:t>
            </w:r>
            <w:r>
              <w:rPr>
                <w:sz w:val="18"/>
              </w:rPr>
              <w:t>Any three of: spots an opportunity, raises the money, organises the other factors of production, carries the risk, makes the decisions, hires and manages people.</w:t>
            </w:r>
          </w:p>
          <w:p w14:paraId="57400790" w14:textId="77777777" w:rsidR="002516E4" w:rsidRDefault="00A3491C">
            <w:pPr>
              <w:keepNext/>
              <w:spacing w:after="14" w:line="240" w:lineRule="auto"/>
            </w:pPr>
            <w:r>
              <w:rPr>
                <w:b/>
                <w:sz w:val="18"/>
              </w:rPr>
              <w:t xml:space="preserve">3. </w:t>
            </w:r>
            <w:r>
              <w:rPr>
                <w:sz w:val="18"/>
              </w:rPr>
              <w:t>The owner and the business are the same in law, so business debts are the owner's personal debts and personal possessions can be taken.</w:t>
            </w:r>
          </w:p>
          <w:p w14:paraId="4E6F0151" w14:textId="77777777" w:rsidR="002516E4" w:rsidRDefault="00A3491C">
            <w:pPr>
              <w:keepNext/>
              <w:spacing w:after="14" w:line="240" w:lineRule="auto"/>
            </w:pPr>
            <w:r>
              <w:rPr>
                <w:b/>
                <w:sz w:val="18"/>
              </w:rPr>
              <w:t xml:space="preserve">4. </w:t>
            </w:r>
            <w:r>
              <w:rPr>
                <w:sz w:val="18"/>
              </w:rPr>
              <w:t>Any two of: employees want secure jobs and fair pay, customers want quality at a reasonable price, shareholders want profit and dividends, suppliers want to be paid on time, the local community wants jobs and little disruption.</w:t>
            </w:r>
          </w:p>
          <w:p w14:paraId="139270BF" w14:textId="77777777" w:rsidR="002516E4" w:rsidRDefault="00A3491C">
            <w:pPr>
              <w:spacing w:after="14" w:line="240" w:lineRule="auto"/>
            </w:pPr>
            <w:r>
              <w:rPr>
                <w:b/>
                <w:sz w:val="18"/>
              </w:rPr>
              <w:t xml:space="preserve">5. </w:t>
            </w:r>
            <w:r>
              <w:rPr>
                <w:sz w:val="18"/>
              </w:rPr>
              <w:t>900,000 divided by 7,500,000 = 0.12, so 12 per cent.</w:t>
            </w:r>
          </w:p>
        </w:tc>
      </w:tr>
    </w:tbl>
    <w:p w14:paraId="27A1B777" w14:textId="77777777" w:rsidR="002516E4" w:rsidRDefault="002516E4">
      <w:pPr>
        <w:pageBreakBefore/>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5FC664C7" w14:textId="77777777">
        <w:trPr>
          <w:cantSplit/>
        </w:trPr>
        <w:tc>
          <w:tcPr>
            <w:tcW w:w="10103" w:type="dxa"/>
          </w:tcPr>
          <w:p w14:paraId="02081BD6" w14:textId="77777777" w:rsidR="002516E4" w:rsidRDefault="00A3491C">
            <w:pPr>
              <w:keepNext/>
              <w:spacing w:after="24" w:line="240" w:lineRule="auto"/>
            </w:pPr>
            <w:r>
              <w:rPr>
                <w:b/>
                <w:sz w:val="18"/>
              </w:rPr>
              <w:t>WEEK 7  ·  ECONOMICS  ·  STARTER A      Level: GCSE and Y12</w:t>
            </w:r>
          </w:p>
          <w:p w14:paraId="0C209EC9" w14:textId="77777777" w:rsidR="002516E4" w:rsidRDefault="00A3491C">
            <w:pPr>
              <w:keepNext/>
              <w:spacing w:after="30" w:line="240" w:lineRule="auto"/>
            </w:pPr>
            <w:r>
              <w:rPr>
                <w:b/>
                <w:sz w:val="20"/>
              </w:rPr>
              <w:t>A market moves</w:t>
            </w:r>
          </w:p>
          <w:p w14:paraId="5A7847C8" w14:textId="77777777" w:rsidR="002516E4" w:rsidRDefault="00A3491C">
            <w:pPr>
              <w:keepNext/>
              <w:spacing w:after="20" w:line="240" w:lineRule="auto"/>
            </w:pPr>
            <w:r>
              <w:rPr>
                <w:b/>
                <w:sz w:val="19"/>
              </w:rPr>
              <w:t xml:space="preserve">1. </w:t>
            </w:r>
            <w:r>
              <w:rPr>
                <w:sz w:val="19"/>
              </w:rPr>
              <w:t>A poor harvest cuts the wheat crop. Which curve shifts, which way, and what happens to price and quantity?</w:t>
            </w:r>
          </w:p>
          <w:p w14:paraId="5366AE6B" w14:textId="77777777" w:rsidR="002516E4" w:rsidRDefault="00A3491C">
            <w:pPr>
              <w:keepNext/>
              <w:spacing w:after="20" w:line="240" w:lineRule="auto"/>
            </w:pPr>
            <w:r>
              <w:rPr>
                <w:b/>
                <w:sz w:val="19"/>
              </w:rPr>
              <w:t xml:space="preserve">2. </w:t>
            </w:r>
            <w:r>
              <w:rPr>
                <w:sz w:val="19"/>
              </w:rPr>
              <w:t>A new competitor enters a market. Which curve, which way, and what happens to price?</w:t>
            </w:r>
          </w:p>
          <w:p w14:paraId="253E2992" w14:textId="77777777" w:rsidR="002516E4" w:rsidRDefault="00A3491C">
            <w:pPr>
              <w:keepNext/>
              <w:spacing w:after="20" w:line="240" w:lineRule="auto"/>
            </w:pPr>
            <w:r>
              <w:rPr>
                <w:b/>
                <w:sz w:val="19"/>
              </w:rPr>
              <w:t xml:space="preserve">3. </w:t>
            </w:r>
            <w:r>
              <w:rPr>
                <w:sz w:val="19"/>
              </w:rPr>
              <w:t>The government pays bus operators a subsidy. Which curve shifts, and which way?</w:t>
            </w:r>
          </w:p>
          <w:p w14:paraId="5CCD92B0" w14:textId="77777777" w:rsidR="002516E4" w:rsidRDefault="00A3491C">
            <w:pPr>
              <w:keepNext/>
              <w:spacing w:after="20" w:line="240" w:lineRule="auto"/>
            </w:pPr>
            <w:r>
              <w:rPr>
                <w:b/>
                <w:sz w:val="19"/>
              </w:rPr>
              <w:t xml:space="preserve">4. [BACK TO WEEK 6] </w:t>
            </w:r>
            <w:r>
              <w:rPr>
                <w:sz w:val="19"/>
              </w:rPr>
              <w:t>Is demand for petrol elastic or inelastic? Give one reason.</w:t>
            </w:r>
          </w:p>
          <w:p w14:paraId="5581632C" w14:textId="77777777" w:rsidR="002516E4" w:rsidRDefault="00A3491C">
            <w:pPr>
              <w:keepNext/>
              <w:spacing w:after="20" w:line="240" w:lineRule="auto"/>
            </w:pPr>
            <w:r>
              <w:rPr>
                <w:b/>
                <w:sz w:val="19"/>
              </w:rPr>
              <w:t xml:space="preserve">5. [BACK TO WEEK 5] </w:t>
            </w:r>
            <w:r>
              <w:rPr>
                <w:sz w:val="19"/>
              </w:rPr>
              <w:t>Why does the supply curve slope upwards?</w:t>
            </w:r>
          </w:p>
        </w:tc>
      </w:tr>
      <w:tr w:rsidR="002516E4" w14:paraId="4EC169DE" w14:textId="77777777">
        <w:trPr>
          <w:cantSplit/>
        </w:trPr>
        <w:tc>
          <w:tcPr>
            <w:tcW w:w="10103" w:type="dxa"/>
            <w:shd w:val="clear" w:color="auto" w:fill="F0F0F0"/>
          </w:tcPr>
          <w:p w14:paraId="5914FF4E" w14:textId="77777777" w:rsidR="002516E4" w:rsidRDefault="00A3491C">
            <w:pPr>
              <w:keepNext/>
              <w:spacing w:after="24" w:line="240" w:lineRule="auto"/>
            </w:pPr>
            <w:r>
              <w:rPr>
                <w:b/>
                <w:sz w:val="18"/>
              </w:rPr>
              <w:t>ANSWERS  7A</w:t>
            </w:r>
          </w:p>
          <w:p w14:paraId="15934B73" w14:textId="77777777" w:rsidR="002516E4" w:rsidRDefault="00A3491C">
            <w:pPr>
              <w:keepNext/>
              <w:spacing w:after="14" w:line="240" w:lineRule="auto"/>
            </w:pPr>
            <w:r>
              <w:rPr>
                <w:b/>
                <w:sz w:val="18"/>
              </w:rPr>
              <w:t xml:space="preserve">1. </w:t>
            </w:r>
            <w:r>
              <w:rPr>
                <w:sz w:val="18"/>
              </w:rPr>
              <w:t>Supply shifts left, because less can be produced at every price. Price rises and quantity falls.</w:t>
            </w:r>
          </w:p>
          <w:p w14:paraId="4EC234C5" w14:textId="77777777" w:rsidR="002516E4" w:rsidRDefault="00A3491C">
            <w:pPr>
              <w:keepNext/>
              <w:spacing w:after="14" w:line="240" w:lineRule="auto"/>
            </w:pPr>
            <w:r>
              <w:rPr>
                <w:b/>
                <w:sz w:val="18"/>
              </w:rPr>
              <w:t xml:space="preserve">2. </w:t>
            </w:r>
            <w:r>
              <w:rPr>
                <w:sz w:val="18"/>
              </w:rPr>
              <w:t>Supply shifts right, because more is produced at every price. Price falls and quantity rises.</w:t>
            </w:r>
          </w:p>
          <w:p w14:paraId="0B6F5A0A" w14:textId="77777777" w:rsidR="002516E4" w:rsidRDefault="00A3491C">
            <w:pPr>
              <w:keepNext/>
              <w:spacing w:after="14" w:line="240" w:lineRule="auto"/>
            </w:pPr>
            <w:r>
              <w:rPr>
                <w:b/>
                <w:sz w:val="18"/>
              </w:rPr>
              <w:t xml:space="preserve">3. </w:t>
            </w:r>
            <w:r>
              <w:rPr>
                <w:sz w:val="18"/>
              </w:rPr>
              <w:t>Supply shifts right, because the subsidy cuts the operator's cost of running each service.</w:t>
            </w:r>
          </w:p>
          <w:p w14:paraId="49DDD765" w14:textId="77777777" w:rsidR="002516E4" w:rsidRDefault="00A3491C">
            <w:pPr>
              <w:keepNext/>
              <w:spacing w:after="14" w:line="240" w:lineRule="auto"/>
            </w:pPr>
            <w:r>
              <w:rPr>
                <w:b/>
                <w:sz w:val="18"/>
              </w:rPr>
              <w:t xml:space="preserve">4. </w:t>
            </w:r>
            <w:r>
              <w:rPr>
                <w:sz w:val="18"/>
              </w:rPr>
              <w:t>Inelastic. There are few close substitutes in the short run and most driving still has to be done, so a price rise cuts quantity by a smaller percentage.</w:t>
            </w:r>
          </w:p>
          <w:p w14:paraId="5E9D2C82" w14:textId="77777777" w:rsidR="002516E4" w:rsidRDefault="00A3491C">
            <w:pPr>
              <w:spacing w:after="14" w:line="240" w:lineRule="auto"/>
            </w:pPr>
            <w:r>
              <w:rPr>
                <w:b/>
                <w:sz w:val="18"/>
              </w:rPr>
              <w:t xml:space="preserve">5. </w:t>
            </w:r>
            <w:r>
              <w:rPr>
                <w:sz w:val="18"/>
              </w:rPr>
              <w:t>Because a higher price makes production more profitable, so existing firms produce more and new firms enter the market.</w:t>
            </w:r>
          </w:p>
        </w:tc>
      </w:tr>
    </w:tbl>
    <w:p w14:paraId="6D07400A"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59516356" w14:textId="77777777">
        <w:trPr>
          <w:cantSplit/>
        </w:trPr>
        <w:tc>
          <w:tcPr>
            <w:tcW w:w="10103" w:type="dxa"/>
          </w:tcPr>
          <w:p w14:paraId="4A30AA08" w14:textId="77777777" w:rsidR="002516E4" w:rsidRDefault="00A3491C">
            <w:pPr>
              <w:keepNext/>
              <w:spacing w:after="24" w:line="240" w:lineRule="auto"/>
            </w:pPr>
            <w:r>
              <w:rPr>
                <w:b/>
                <w:sz w:val="18"/>
              </w:rPr>
              <w:t>WEEK 7  ·  ECONOMICS  ·  STARTER B      Level: Y12</w:t>
            </w:r>
          </w:p>
          <w:p w14:paraId="47F7CC0C" w14:textId="77777777" w:rsidR="002516E4" w:rsidRDefault="00A3491C">
            <w:pPr>
              <w:keepNext/>
              <w:spacing w:after="30" w:line="240" w:lineRule="auto"/>
            </w:pPr>
            <w:r>
              <w:rPr>
                <w:b/>
                <w:sz w:val="20"/>
              </w:rPr>
              <w:t>Consumer and producer surplus</w:t>
            </w:r>
          </w:p>
          <w:p w14:paraId="085BCBB8" w14:textId="77777777" w:rsidR="002516E4" w:rsidRDefault="00A3491C">
            <w:pPr>
              <w:keepNext/>
              <w:spacing w:after="20" w:line="240" w:lineRule="auto"/>
            </w:pPr>
            <w:r>
              <w:rPr>
                <w:b/>
                <w:sz w:val="19"/>
              </w:rPr>
              <w:t xml:space="preserve">1. </w:t>
            </w:r>
            <w:r>
              <w:rPr>
                <w:sz w:val="19"/>
              </w:rPr>
              <w:t>Define consumer surplus.</w:t>
            </w:r>
          </w:p>
          <w:p w14:paraId="44A2FFC6" w14:textId="77777777" w:rsidR="002516E4" w:rsidRDefault="00A3491C">
            <w:pPr>
              <w:keepNext/>
              <w:spacing w:after="20" w:line="240" w:lineRule="auto"/>
            </w:pPr>
            <w:r>
              <w:rPr>
                <w:b/>
                <w:sz w:val="19"/>
              </w:rPr>
              <w:t xml:space="preserve">2. </w:t>
            </w:r>
            <w:r>
              <w:rPr>
                <w:sz w:val="19"/>
              </w:rPr>
              <w:t>Define producer surplus.</w:t>
            </w:r>
          </w:p>
          <w:p w14:paraId="3C3B3608" w14:textId="77777777" w:rsidR="002516E4" w:rsidRDefault="00A3491C">
            <w:pPr>
              <w:keepNext/>
              <w:spacing w:after="20" w:line="240" w:lineRule="auto"/>
            </w:pPr>
            <w:r>
              <w:rPr>
                <w:b/>
                <w:sz w:val="19"/>
              </w:rPr>
              <w:t xml:space="preserve">3. </w:t>
            </w:r>
            <w:r>
              <w:rPr>
                <w:sz w:val="19"/>
              </w:rPr>
              <w:t>What happens to consumer surplus when price rises?</w:t>
            </w:r>
          </w:p>
          <w:p w14:paraId="4694A859" w14:textId="77777777" w:rsidR="002516E4" w:rsidRDefault="00A3491C">
            <w:pPr>
              <w:keepNext/>
              <w:spacing w:after="20" w:line="240" w:lineRule="auto"/>
            </w:pPr>
            <w:r>
              <w:rPr>
                <w:b/>
                <w:sz w:val="19"/>
              </w:rPr>
              <w:t xml:space="preserve">4. [BACK TO WEEK 6] </w:t>
            </w:r>
            <w:r>
              <w:rPr>
                <w:sz w:val="19"/>
              </w:rPr>
              <w:t>A firm raises its price and demand is elastic. What happens to revenue?</w:t>
            </w:r>
          </w:p>
          <w:p w14:paraId="500B3732" w14:textId="77777777" w:rsidR="002516E4" w:rsidRDefault="00A3491C">
            <w:pPr>
              <w:keepNext/>
              <w:spacing w:after="20" w:line="240" w:lineRule="auto"/>
            </w:pPr>
            <w:r>
              <w:rPr>
                <w:b/>
                <w:sz w:val="19"/>
              </w:rPr>
              <w:t xml:space="preserve">5. [BACK TO WEEK 3] </w:t>
            </w:r>
            <w:r>
              <w:rPr>
                <w:sz w:val="19"/>
              </w:rPr>
              <w:t>Why can specialisation not work without money?</w:t>
            </w:r>
          </w:p>
        </w:tc>
      </w:tr>
      <w:tr w:rsidR="002516E4" w14:paraId="5B128CB9" w14:textId="77777777">
        <w:trPr>
          <w:cantSplit/>
        </w:trPr>
        <w:tc>
          <w:tcPr>
            <w:tcW w:w="10103" w:type="dxa"/>
            <w:shd w:val="clear" w:color="auto" w:fill="F0F0F0"/>
          </w:tcPr>
          <w:p w14:paraId="225CC2D8" w14:textId="77777777" w:rsidR="002516E4" w:rsidRDefault="00A3491C">
            <w:pPr>
              <w:keepNext/>
              <w:spacing w:after="24" w:line="240" w:lineRule="auto"/>
            </w:pPr>
            <w:r>
              <w:rPr>
                <w:b/>
                <w:sz w:val="18"/>
              </w:rPr>
              <w:t>ANSWERS  7B</w:t>
            </w:r>
          </w:p>
          <w:p w14:paraId="5BABA1D2" w14:textId="77777777" w:rsidR="002516E4" w:rsidRDefault="00A3491C">
            <w:pPr>
              <w:keepNext/>
              <w:spacing w:after="14" w:line="240" w:lineRule="auto"/>
            </w:pPr>
            <w:r>
              <w:rPr>
                <w:b/>
                <w:sz w:val="18"/>
              </w:rPr>
              <w:t xml:space="preserve">1. </w:t>
            </w:r>
            <w:r>
              <w:rPr>
                <w:sz w:val="18"/>
              </w:rPr>
              <w:t>The difference between what a consumer was willing to pay and what they actually paid, added up across all buyers.</w:t>
            </w:r>
          </w:p>
          <w:p w14:paraId="626BEED2" w14:textId="77777777" w:rsidR="002516E4" w:rsidRDefault="00A3491C">
            <w:pPr>
              <w:keepNext/>
              <w:spacing w:after="14" w:line="240" w:lineRule="auto"/>
            </w:pPr>
            <w:r>
              <w:rPr>
                <w:b/>
                <w:sz w:val="18"/>
              </w:rPr>
              <w:t xml:space="preserve">2. </w:t>
            </w:r>
            <w:r>
              <w:rPr>
                <w:sz w:val="18"/>
              </w:rPr>
              <w:t>The difference between the price a producer receives and the lowest price they would have accepted, added up across all sellers.</w:t>
            </w:r>
          </w:p>
          <w:p w14:paraId="61B5DFF4" w14:textId="77777777" w:rsidR="002516E4" w:rsidRDefault="00A3491C">
            <w:pPr>
              <w:keepNext/>
              <w:spacing w:after="14" w:line="240" w:lineRule="auto"/>
            </w:pPr>
            <w:r>
              <w:rPr>
                <w:b/>
                <w:sz w:val="18"/>
              </w:rPr>
              <w:t xml:space="preserve">3. </w:t>
            </w:r>
            <w:r>
              <w:rPr>
                <w:sz w:val="18"/>
              </w:rPr>
              <w:t>It falls. Buyers now hand over more of what they were willing to pay, and some drop out of the market altogether.</w:t>
            </w:r>
          </w:p>
          <w:p w14:paraId="195D828A" w14:textId="77777777" w:rsidR="002516E4" w:rsidRDefault="00A3491C">
            <w:pPr>
              <w:keepNext/>
              <w:spacing w:after="14" w:line="240" w:lineRule="auto"/>
            </w:pPr>
            <w:r>
              <w:rPr>
                <w:b/>
                <w:sz w:val="18"/>
              </w:rPr>
              <w:t xml:space="preserve">4. </w:t>
            </w:r>
            <w:r>
              <w:rPr>
                <w:sz w:val="18"/>
              </w:rPr>
              <w:t>It falls. Quantity falls by a larger percentage than the price rise, so the lost sales outweigh the higher price.</w:t>
            </w:r>
          </w:p>
          <w:p w14:paraId="33659504" w14:textId="77777777" w:rsidR="002516E4" w:rsidRDefault="00A3491C">
            <w:pPr>
              <w:spacing w:after="14" w:line="240" w:lineRule="auto"/>
            </w:pPr>
            <w:r>
              <w:rPr>
                <w:b/>
                <w:sz w:val="18"/>
              </w:rPr>
              <w:t xml:space="preserve">5. </w:t>
            </w:r>
            <w:r>
              <w:rPr>
                <w:sz w:val="18"/>
              </w:rPr>
              <w:t>Specialists produce one thing and need everything else, so they have to trade. Without money they would have to barter, which only works if each side wants what the other has.</w:t>
            </w:r>
          </w:p>
        </w:tc>
      </w:tr>
    </w:tbl>
    <w:p w14:paraId="71AD7FFA" w14:textId="77777777" w:rsidR="002516E4" w:rsidRDefault="002516E4">
      <w:pPr>
        <w:spacing w:after="6"/>
        <w:rPr>
          <w:sz w:val="6"/>
        </w:rPr>
      </w:pPr>
    </w:p>
    <w:tbl>
      <w:tblPr>
        <w:tblStyle w:val="TableGrid"/>
        <w:tblW w:w="0" w:type="auto"/>
        <w:tblLayout w:type="fixed"/>
        <w:tblLook w:val="04A0" w:firstRow="1" w:lastRow="0" w:firstColumn="1" w:lastColumn="0" w:noHBand="0" w:noVBand="1"/>
      </w:tblPr>
      <w:tblGrid>
        <w:gridCol w:w="10103"/>
      </w:tblGrid>
      <w:tr w:rsidR="002516E4" w14:paraId="52FE9948" w14:textId="77777777">
        <w:trPr>
          <w:cantSplit/>
        </w:trPr>
        <w:tc>
          <w:tcPr>
            <w:tcW w:w="10103" w:type="dxa"/>
            <w:shd w:val="clear" w:color="auto" w:fill="FAFAFA"/>
          </w:tcPr>
          <w:p w14:paraId="281393CE" w14:textId="77777777" w:rsidR="002516E4" w:rsidRDefault="00A3491C">
            <w:pPr>
              <w:keepNext/>
              <w:spacing w:after="30" w:line="240" w:lineRule="auto"/>
            </w:pPr>
            <w:r>
              <w:rPr>
                <w:b/>
                <w:sz w:val="18"/>
              </w:rPr>
              <w:t>GCSE SWAP  7B</w:t>
            </w:r>
            <w:r>
              <w:rPr>
                <w:sz w:val="18"/>
              </w:rPr>
              <w:t xml:space="preserve">  Replace questions 1 to 3 with these. Questions 4 and 5 stay as they are.</w:t>
            </w:r>
          </w:p>
          <w:p w14:paraId="121A1497" w14:textId="77777777" w:rsidR="002516E4" w:rsidRDefault="00A3491C">
            <w:pPr>
              <w:keepNext/>
              <w:spacing w:after="10" w:line="240" w:lineRule="auto"/>
            </w:pPr>
            <w:r>
              <w:rPr>
                <w:b/>
                <w:sz w:val="18"/>
              </w:rPr>
              <w:t xml:space="preserve">(i) </w:t>
            </w:r>
            <w:r>
              <w:rPr>
                <w:sz w:val="18"/>
              </w:rPr>
              <w:t>What do people mean when they say they got a bargain?</w:t>
            </w:r>
          </w:p>
          <w:p w14:paraId="0D9494AA" w14:textId="77777777" w:rsidR="002516E4" w:rsidRDefault="00A3491C">
            <w:pPr>
              <w:keepNext/>
              <w:spacing w:after="30" w:line="240" w:lineRule="auto"/>
            </w:pPr>
            <w:r>
              <w:rPr>
                <w:b/>
                <w:sz w:val="18"/>
              </w:rPr>
              <w:t xml:space="preserve">Answer. </w:t>
            </w:r>
            <w:r>
              <w:rPr>
                <w:i/>
                <w:sz w:val="18"/>
              </w:rPr>
              <w:t>They paid less than they would have been willing to pay, so they feel better off by the difference.</w:t>
            </w:r>
          </w:p>
          <w:p w14:paraId="1817ECE4" w14:textId="77777777" w:rsidR="002516E4" w:rsidRDefault="00A3491C">
            <w:pPr>
              <w:keepNext/>
              <w:spacing w:after="10" w:line="240" w:lineRule="auto"/>
            </w:pPr>
            <w:r>
              <w:rPr>
                <w:b/>
                <w:sz w:val="18"/>
              </w:rPr>
              <w:t xml:space="preserve">(ii) </w:t>
            </w:r>
            <w:r>
              <w:rPr>
                <w:sz w:val="18"/>
              </w:rPr>
              <w:t>You would have paid £40 and you paid £25. How much better off are you, and what do economists call that gain?</w:t>
            </w:r>
          </w:p>
          <w:p w14:paraId="68E7A3F8" w14:textId="77777777" w:rsidR="002516E4" w:rsidRDefault="00A3491C">
            <w:pPr>
              <w:keepNext/>
              <w:spacing w:after="30" w:line="240" w:lineRule="auto"/>
            </w:pPr>
            <w:r>
              <w:rPr>
                <w:b/>
                <w:sz w:val="18"/>
              </w:rPr>
              <w:t xml:space="preserve">Answer. </w:t>
            </w:r>
            <w:r>
              <w:rPr>
                <w:i/>
                <w:sz w:val="18"/>
              </w:rPr>
              <w:t>£40 minus £25 = £15 better off. Economists call it consumer surplus.</w:t>
            </w:r>
          </w:p>
          <w:p w14:paraId="198A4354" w14:textId="77777777" w:rsidR="002516E4" w:rsidRDefault="00A3491C">
            <w:pPr>
              <w:keepNext/>
              <w:spacing w:after="10" w:line="240" w:lineRule="auto"/>
            </w:pPr>
            <w:r>
              <w:rPr>
                <w:b/>
                <w:sz w:val="18"/>
              </w:rPr>
              <w:t xml:space="preserve">(iii) </w:t>
            </w:r>
            <w:r>
              <w:rPr>
                <w:sz w:val="18"/>
              </w:rPr>
              <w:t>Name one thing that would reduce that gain.</w:t>
            </w:r>
          </w:p>
          <w:p w14:paraId="6845A602" w14:textId="77777777" w:rsidR="002516E4" w:rsidRDefault="00A3491C">
            <w:pPr>
              <w:spacing w:after="30" w:line="240" w:lineRule="auto"/>
            </w:pPr>
            <w:r>
              <w:rPr>
                <w:b/>
                <w:sz w:val="18"/>
              </w:rPr>
              <w:t xml:space="preserve">Answer. </w:t>
            </w:r>
            <w:r>
              <w:rPr>
                <w:i/>
                <w:sz w:val="18"/>
              </w:rPr>
              <w:t>A price rise, or fewer sellers competing, or the good becoming fashionable so buyers bid the price up towards what they are willing to pay.</w:t>
            </w:r>
          </w:p>
        </w:tc>
      </w:tr>
    </w:tbl>
    <w:p w14:paraId="0C4B30FB" w14:textId="77777777" w:rsidR="002516E4" w:rsidRDefault="002516E4">
      <w:pPr>
        <w:spacing w:after="0"/>
        <w:rPr>
          <w:sz w:val="6"/>
        </w:rPr>
      </w:pPr>
    </w:p>
    <w:tbl>
      <w:tblPr>
        <w:tblStyle w:val="TableGrid"/>
        <w:tblW w:w="0" w:type="auto"/>
        <w:tblLayout w:type="fixed"/>
        <w:tblLook w:val="04A0" w:firstRow="1" w:lastRow="0" w:firstColumn="1" w:lastColumn="0" w:noHBand="0" w:noVBand="1"/>
      </w:tblPr>
      <w:tblGrid>
        <w:gridCol w:w="10103"/>
      </w:tblGrid>
      <w:tr w:rsidR="002516E4" w14:paraId="2AE48FCC" w14:textId="77777777">
        <w:trPr>
          <w:cantSplit/>
        </w:trPr>
        <w:tc>
          <w:tcPr>
            <w:tcW w:w="10103" w:type="dxa"/>
          </w:tcPr>
          <w:p w14:paraId="3BA2CE26" w14:textId="77777777" w:rsidR="002516E4" w:rsidRDefault="00A3491C">
            <w:pPr>
              <w:keepNext/>
              <w:spacing w:after="24" w:line="240" w:lineRule="auto"/>
            </w:pPr>
            <w:r>
              <w:rPr>
                <w:b/>
                <w:sz w:val="18"/>
              </w:rPr>
              <w:t>WEEK 7  ·  ECONOMICS  ·  STARTER C      Level: GCSE and Y12</w:t>
            </w:r>
          </w:p>
          <w:p w14:paraId="6FCB4DC9" w14:textId="77777777" w:rsidR="002516E4" w:rsidRDefault="00A3491C">
            <w:pPr>
              <w:keepNext/>
              <w:spacing w:after="30" w:line="240" w:lineRule="auto"/>
            </w:pPr>
            <w:r>
              <w:rPr>
                <w:b/>
                <w:sz w:val="20"/>
              </w:rPr>
              <w:t>Half term review</w:t>
            </w:r>
          </w:p>
          <w:p w14:paraId="65740AE2" w14:textId="77777777" w:rsidR="002516E4" w:rsidRDefault="00A3491C">
            <w:pPr>
              <w:keepNext/>
              <w:spacing w:after="20" w:line="240" w:lineRule="auto"/>
            </w:pPr>
            <w:r>
              <w:rPr>
                <w:b/>
                <w:sz w:val="19"/>
              </w:rPr>
              <w:t xml:space="preserve">1. [WEEK 1] </w:t>
            </w:r>
            <w:r>
              <w:rPr>
                <w:sz w:val="19"/>
              </w:rPr>
              <w:t>What are the three questions every economy has to answer?</w:t>
            </w:r>
          </w:p>
          <w:p w14:paraId="2FD26B7A" w14:textId="77777777" w:rsidR="002516E4" w:rsidRDefault="00A3491C">
            <w:pPr>
              <w:keepNext/>
              <w:spacing w:after="20" w:line="240" w:lineRule="auto"/>
            </w:pPr>
            <w:r>
              <w:rPr>
                <w:b/>
                <w:sz w:val="19"/>
              </w:rPr>
              <w:t xml:space="preserve">2. [WEEK 2] </w:t>
            </w:r>
            <w:r>
              <w:rPr>
                <w:sz w:val="19"/>
              </w:rPr>
              <w:t>A government spends £2bn on defence instead of schools. State the opportunity cost.</w:t>
            </w:r>
          </w:p>
          <w:p w14:paraId="3671E5F6" w14:textId="77777777" w:rsidR="002516E4" w:rsidRDefault="00A3491C">
            <w:pPr>
              <w:keepNext/>
              <w:spacing w:after="20" w:line="240" w:lineRule="auto"/>
            </w:pPr>
            <w:r>
              <w:rPr>
                <w:b/>
                <w:sz w:val="19"/>
              </w:rPr>
              <w:t xml:space="preserve">3. [WEEK 3] </w:t>
            </w:r>
            <w:r>
              <w:rPr>
                <w:sz w:val="19"/>
              </w:rPr>
              <w:t>Give two advantages of specialisation.</w:t>
            </w:r>
          </w:p>
          <w:p w14:paraId="4A8FE283" w14:textId="77777777" w:rsidR="002516E4" w:rsidRDefault="00A3491C">
            <w:pPr>
              <w:keepNext/>
              <w:spacing w:after="20" w:line="240" w:lineRule="auto"/>
            </w:pPr>
            <w:r>
              <w:rPr>
                <w:b/>
                <w:sz w:val="19"/>
              </w:rPr>
              <w:t xml:space="preserve">4. [WEEK 4] </w:t>
            </w:r>
            <w:r>
              <w:rPr>
                <w:sz w:val="19"/>
              </w:rPr>
              <w:t>Incomes rise. Movement along the demand curve or a shift, and which way?</w:t>
            </w:r>
          </w:p>
          <w:p w14:paraId="0CF194C2" w14:textId="77777777" w:rsidR="002516E4" w:rsidRDefault="00A3491C">
            <w:pPr>
              <w:keepNext/>
              <w:spacing w:after="20" w:line="240" w:lineRule="auto"/>
            </w:pPr>
            <w:r>
              <w:rPr>
                <w:b/>
                <w:sz w:val="19"/>
              </w:rPr>
              <w:t xml:space="preserve">5. [WEEK 5] </w:t>
            </w:r>
            <w:r>
              <w:rPr>
                <w:sz w:val="19"/>
              </w:rPr>
              <w:t>Price is set below equilibrium. Surplus or shortage, and what happens next?</w:t>
            </w:r>
          </w:p>
        </w:tc>
      </w:tr>
      <w:tr w:rsidR="002516E4" w14:paraId="52087A6C" w14:textId="77777777">
        <w:trPr>
          <w:cantSplit/>
        </w:trPr>
        <w:tc>
          <w:tcPr>
            <w:tcW w:w="10103" w:type="dxa"/>
            <w:shd w:val="clear" w:color="auto" w:fill="F0F0F0"/>
          </w:tcPr>
          <w:p w14:paraId="1D6D5D3A" w14:textId="77777777" w:rsidR="002516E4" w:rsidRDefault="00A3491C">
            <w:pPr>
              <w:keepNext/>
              <w:spacing w:after="24" w:line="240" w:lineRule="auto"/>
            </w:pPr>
            <w:r>
              <w:rPr>
                <w:b/>
                <w:sz w:val="18"/>
              </w:rPr>
              <w:t>ANSWERS  7C</w:t>
            </w:r>
          </w:p>
          <w:p w14:paraId="079E44ED" w14:textId="77777777" w:rsidR="002516E4" w:rsidRDefault="00A3491C">
            <w:pPr>
              <w:keepNext/>
              <w:spacing w:after="14" w:line="240" w:lineRule="auto"/>
            </w:pPr>
            <w:r>
              <w:rPr>
                <w:b/>
                <w:sz w:val="18"/>
              </w:rPr>
              <w:t xml:space="preserve">1. </w:t>
            </w:r>
            <w:r>
              <w:rPr>
                <w:sz w:val="18"/>
              </w:rPr>
              <w:t>What to produce, how to produce it, and who gets it.</w:t>
            </w:r>
          </w:p>
          <w:p w14:paraId="5DC6FD2E" w14:textId="77777777" w:rsidR="002516E4" w:rsidRDefault="00A3491C">
            <w:pPr>
              <w:keepNext/>
              <w:spacing w:after="14" w:line="240" w:lineRule="auto"/>
            </w:pPr>
            <w:r>
              <w:rPr>
                <w:b/>
                <w:sz w:val="18"/>
              </w:rPr>
              <w:t xml:space="preserve">2. </w:t>
            </w:r>
            <w:r>
              <w:rPr>
                <w:sz w:val="18"/>
              </w:rPr>
              <w:t>The schools that £2bn would have built, and the education they would have provided.</w:t>
            </w:r>
          </w:p>
          <w:p w14:paraId="35EBB9AF" w14:textId="77777777" w:rsidR="002516E4" w:rsidRDefault="00A3491C">
            <w:pPr>
              <w:keepNext/>
              <w:spacing w:after="14" w:line="240" w:lineRule="auto"/>
            </w:pPr>
            <w:r>
              <w:rPr>
                <w:b/>
                <w:sz w:val="18"/>
              </w:rPr>
              <w:t xml:space="preserve">3. </w:t>
            </w:r>
            <w:r>
              <w:rPr>
                <w:sz w:val="18"/>
              </w:rPr>
              <w:t>Any two of: workers get faster at a repeated task, less time is lost switching between jobs, training is cheaper because it is narrower, output per worker rises.</w:t>
            </w:r>
          </w:p>
          <w:p w14:paraId="2F3F3E99" w14:textId="77777777" w:rsidR="002516E4" w:rsidRDefault="00A3491C">
            <w:pPr>
              <w:keepNext/>
              <w:spacing w:after="14" w:line="240" w:lineRule="auto"/>
            </w:pPr>
            <w:r>
              <w:rPr>
                <w:b/>
                <w:sz w:val="18"/>
              </w:rPr>
              <w:t xml:space="preserve">4. </w:t>
            </w:r>
            <w:r>
              <w:rPr>
                <w:sz w:val="18"/>
              </w:rPr>
              <w:t>A shift. Income is not the price of the good, so the whole curve moves, to the right for a normal good.</w:t>
            </w:r>
          </w:p>
          <w:p w14:paraId="28514D20" w14:textId="77777777" w:rsidR="002516E4" w:rsidRDefault="00A3491C">
            <w:pPr>
              <w:spacing w:after="14" w:line="240" w:lineRule="auto"/>
            </w:pPr>
            <w:r>
              <w:rPr>
                <w:b/>
                <w:sz w:val="18"/>
              </w:rPr>
              <w:t xml:space="preserve">5. </w:t>
            </w:r>
            <w:r>
              <w:rPr>
                <w:sz w:val="18"/>
              </w:rPr>
              <w:t>A shortage. Quantity demanded is greater than quantity supplied, so buyers bid the price up until the market clears.</w:t>
            </w:r>
          </w:p>
        </w:tc>
      </w:tr>
    </w:tbl>
    <w:p w14:paraId="2A4D6B1C" w14:textId="77777777" w:rsidR="002516E4" w:rsidRDefault="002516E4">
      <w:pPr>
        <w:spacing w:after="0"/>
        <w:rPr>
          <w:sz w:val="6"/>
        </w:rPr>
      </w:pPr>
    </w:p>
    <w:p w14:paraId="7712DDE5" w14:textId="77777777" w:rsidR="002516E4" w:rsidRDefault="00A3491C">
      <w:pPr>
        <w:keepNext/>
        <w:pageBreakBefore/>
        <w:spacing w:after="100"/>
      </w:pPr>
      <w:r>
        <w:rPr>
          <w:b/>
          <w:sz w:val="30"/>
        </w:rPr>
        <w:lastRenderedPageBreak/>
        <w:t>Class tracking sheet</w:t>
      </w:r>
    </w:p>
    <w:p w14:paraId="29D79A65" w14:textId="77777777" w:rsidR="002516E4" w:rsidRDefault="00A3491C">
      <w:pPr>
        <w:spacing w:after="120"/>
      </w:pPr>
      <w:r>
        <w:rPr>
          <w:sz w:val="20"/>
        </w:rPr>
        <w:t>Print one per class. If you teach both subjects, print two and write the subject at the top. Each week column takes a score out of fifteen, which is the three starters for that week added together.</w:t>
      </w:r>
    </w:p>
    <w:tbl>
      <w:tblPr>
        <w:tblStyle w:val="TableGrid"/>
        <w:tblW w:w="0" w:type="auto"/>
        <w:tblLayout w:type="fixed"/>
        <w:tblLook w:val="04A0" w:firstRow="1" w:lastRow="0" w:firstColumn="1" w:lastColumn="0" w:noHBand="0" w:noVBand="1"/>
      </w:tblPr>
      <w:tblGrid>
        <w:gridCol w:w="482"/>
        <w:gridCol w:w="2268"/>
        <w:gridCol w:w="867"/>
        <w:gridCol w:w="867"/>
        <w:gridCol w:w="867"/>
        <w:gridCol w:w="867"/>
        <w:gridCol w:w="867"/>
        <w:gridCol w:w="867"/>
        <w:gridCol w:w="867"/>
        <w:gridCol w:w="1281"/>
      </w:tblGrid>
      <w:tr w:rsidR="002516E4" w14:paraId="72B2393C" w14:textId="77777777">
        <w:trPr>
          <w:cantSplit/>
        </w:trPr>
        <w:tc>
          <w:tcPr>
            <w:tcW w:w="482" w:type="dxa"/>
            <w:shd w:val="clear" w:color="auto" w:fill="EFEFEF"/>
          </w:tcPr>
          <w:p w14:paraId="4F4AE670" w14:textId="77777777" w:rsidR="002516E4" w:rsidRDefault="00A3491C">
            <w:pPr>
              <w:spacing w:after="40" w:line="240" w:lineRule="auto"/>
            </w:pPr>
            <w:r>
              <w:rPr>
                <w:b/>
                <w:sz w:val="17"/>
              </w:rPr>
              <w:t>#</w:t>
            </w:r>
          </w:p>
        </w:tc>
        <w:tc>
          <w:tcPr>
            <w:tcW w:w="2268" w:type="dxa"/>
            <w:shd w:val="clear" w:color="auto" w:fill="EFEFEF"/>
          </w:tcPr>
          <w:p w14:paraId="0777370D" w14:textId="77777777" w:rsidR="002516E4" w:rsidRDefault="00A3491C">
            <w:pPr>
              <w:spacing w:after="40" w:line="240" w:lineRule="auto"/>
            </w:pPr>
            <w:r>
              <w:rPr>
                <w:b/>
                <w:sz w:val="17"/>
              </w:rPr>
              <w:t>Name</w:t>
            </w:r>
          </w:p>
        </w:tc>
        <w:tc>
          <w:tcPr>
            <w:tcW w:w="867" w:type="dxa"/>
            <w:shd w:val="clear" w:color="auto" w:fill="EFEFEF"/>
          </w:tcPr>
          <w:p w14:paraId="03879178" w14:textId="77777777" w:rsidR="002516E4" w:rsidRDefault="00A3491C">
            <w:pPr>
              <w:spacing w:after="40" w:line="240" w:lineRule="auto"/>
            </w:pPr>
            <w:r>
              <w:rPr>
                <w:b/>
                <w:sz w:val="17"/>
              </w:rPr>
              <w:t>W1</w:t>
            </w:r>
          </w:p>
        </w:tc>
        <w:tc>
          <w:tcPr>
            <w:tcW w:w="867" w:type="dxa"/>
            <w:shd w:val="clear" w:color="auto" w:fill="EFEFEF"/>
          </w:tcPr>
          <w:p w14:paraId="02E44E5D" w14:textId="77777777" w:rsidR="002516E4" w:rsidRDefault="00A3491C">
            <w:pPr>
              <w:spacing w:after="40" w:line="240" w:lineRule="auto"/>
            </w:pPr>
            <w:r>
              <w:rPr>
                <w:b/>
                <w:sz w:val="17"/>
              </w:rPr>
              <w:t>W2</w:t>
            </w:r>
          </w:p>
        </w:tc>
        <w:tc>
          <w:tcPr>
            <w:tcW w:w="867" w:type="dxa"/>
            <w:shd w:val="clear" w:color="auto" w:fill="EFEFEF"/>
          </w:tcPr>
          <w:p w14:paraId="0B9EE7E2" w14:textId="77777777" w:rsidR="002516E4" w:rsidRDefault="00A3491C">
            <w:pPr>
              <w:spacing w:after="40" w:line="240" w:lineRule="auto"/>
            </w:pPr>
            <w:r>
              <w:rPr>
                <w:b/>
                <w:sz w:val="17"/>
              </w:rPr>
              <w:t>W3</w:t>
            </w:r>
          </w:p>
        </w:tc>
        <w:tc>
          <w:tcPr>
            <w:tcW w:w="867" w:type="dxa"/>
            <w:shd w:val="clear" w:color="auto" w:fill="EFEFEF"/>
          </w:tcPr>
          <w:p w14:paraId="6A326F04" w14:textId="77777777" w:rsidR="002516E4" w:rsidRDefault="00A3491C">
            <w:pPr>
              <w:spacing w:after="40" w:line="240" w:lineRule="auto"/>
            </w:pPr>
            <w:r>
              <w:rPr>
                <w:b/>
                <w:sz w:val="17"/>
              </w:rPr>
              <w:t>W4</w:t>
            </w:r>
          </w:p>
        </w:tc>
        <w:tc>
          <w:tcPr>
            <w:tcW w:w="867" w:type="dxa"/>
            <w:shd w:val="clear" w:color="auto" w:fill="EFEFEF"/>
          </w:tcPr>
          <w:p w14:paraId="2BD9D9D7" w14:textId="77777777" w:rsidR="002516E4" w:rsidRDefault="00A3491C">
            <w:pPr>
              <w:spacing w:after="40" w:line="240" w:lineRule="auto"/>
            </w:pPr>
            <w:r>
              <w:rPr>
                <w:b/>
                <w:sz w:val="17"/>
              </w:rPr>
              <w:t>W5</w:t>
            </w:r>
          </w:p>
        </w:tc>
        <w:tc>
          <w:tcPr>
            <w:tcW w:w="867" w:type="dxa"/>
            <w:shd w:val="clear" w:color="auto" w:fill="EFEFEF"/>
          </w:tcPr>
          <w:p w14:paraId="5F86DF26" w14:textId="77777777" w:rsidR="002516E4" w:rsidRDefault="00A3491C">
            <w:pPr>
              <w:spacing w:after="40" w:line="240" w:lineRule="auto"/>
            </w:pPr>
            <w:r>
              <w:rPr>
                <w:b/>
                <w:sz w:val="17"/>
              </w:rPr>
              <w:t>W6</w:t>
            </w:r>
          </w:p>
        </w:tc>
        <w:tc>
          <w:tcPr>
            <w:tcW w:w="867" w:type="dxa"/>
            <w:shd w:val="clear" w:color="auto" w:fill="EFEFEF"/>
          </w:tcPr>
          <w:p w14:paraId="542BB109" w14:textId="77777777" w:rsidR="002516E4" w:rsidRDefault="00A3491C">
            <w:pPr>
              <w:spacing w:after="40" w:line="240" w:lineRule="auto"/>
            </w:pPr>
            <w:r>
              <w:rPr>
                <w:b/>
                <w:sz w:val="17"/>
              </w:rPr>
              <w:t>W7</w:t>
            </w:r>
          </w:p>
        </w:tc>
        <w:tc>
          <w:tcPr>
            <w:tcW w:w="1281" w:type="dxa"/>
            <w:shd w:val="clear" w:color="auto" w:fill="EFEFEF"/>
          </w:tcPr>
          <w:p w14:paraId="2B338641" w14:textId="77777777" w:rsidR="002516E4" w:rsidRDefault="00A3491C">
            <w:pPr>
              <w:spacing w:after="40" w:line="240" w:lineRule="auto"/>
            </w:pPr>
            <w:r>
              <w:rPr>
                <w:b/>
                <w:sz w:val="17"/>
              </w:rPr>
              <w:t>Flag</w:t>
            </w:r>
          </w:p>
        </w:tc>
      </w:tr>
      <w:tr w:rsidR="002516E4" w14:paraId="6140EBFA" w14:textId="77777777">
        <w:trPr>
          <w:cantSplit/>
        </w:trPr>
        <w:tc>
          <w:tcPr>
            <w:tcW w:w="482" w:type="dxa"/>
          </w:tcPr>
          <w:p w14:paraId="3A4AB9E5" w14:textId="77777777" w:rsidR="002516E4" w:rsidRDefault="00A3491C">
            <w:pPr>
              <w:spacing w:after="40" w:line="240" w:lineRule="auto"/>
            </w:pPr>
            <w:r>
              <w:rPr>
                <w:sz w:val="17"/>
              </w:rPr>
              <w:t>1</w:t>
            </w:r>
          </w:p>
        </w:tc>
        <w:tc>
          <w:tcPr>
            <w:tcW w:w="2268" w:type="dxa"/>
          </w:tcPr>
          <w:p w14:paraId="5FCA4CD9" w14:textId="77777777" w:rsidR="002516E4" w:rsidRDefault="002516E4">
            <w:pPr>
              <w:spacing w:after="40" w:line="240" w:lineRule="auto"/>
            </w:pPr>
          </w:p>
        </w:tc>
        <w:tc>
          <w:tcPr>
            <w:tcW w:w="867" w:type="dxa"/>
          </w:tcPr>
          <w:p w14:paraId="6EF305AF" w14:textId="77777777" w:rsidR="002516E4" w:rsidRDefault="002516E4">
            <w:pPr>
              <w:spacing w:after="40" w:line="240" w:lineRule="auto"/>
            </w:pPr>
          </w:p>
        </w:tc>
        <w:tc>
          <w:tcPr>
            <w:tcW w:w="867" w:type="dxa"/>
          </w:tcPr>
          <w:p w14:paraId="7C2DF724" w14:textId="77777777" w:rsidR="002516E4" w:rsidRDefault="002516E4">
            <w:pPr>
              <w:spacing w:after="40" w:line="240" w:lineRule="auto"/>
            </w:pPr>
          </w:p>
        </w:tc>
        <w:tc>
          <w:tcPr>
            <w:tcW w:w="867" w:type="dxa"/>
          </w:tcPr>
          <w:p w14:paraId="0A6F27ED" w14:textId="77777777" w:rsidR="002516E4" w:rsidRDefault="002516E4">
            <w:pPr>
              <w:spacing w:after="40" w:line="240" w:lineRule="auto"/>
            </w:pPr>
          </w:p>
        </w:tc>
        <w:tc>
          <w:tcPr>
            <w:tcW w:w="867" w:type="dxa"/>
          </w:tcPr>
          <w:p w14:paraId="655B6EB6" w14:textId="77777777" w:rsidR="002516E4" w:rsidRDefault="002516E4">
            <w:pPr>
              <w:spacing w:after="40" w:line="240" w:lineRule="auto"/>
            </w:pPr>
          </w:p>
        </w:tc>
        <w:tc>
          <w:tcPr>
            <w:tcW w:w="867" w:type="dxa"/>
          </w:tcPr>
          <w:p w14:paraId="7FB31E1F" w14:textId="77777777" w:rsidR="002516E4" w:rsidRDefault="002516E4">
            <w:pPr>
              <w:spacing w:after="40" w:line="240" w:lineRule="auto"/>
            </w:pPr>
          </w:p>
        </w:tc>
        <w:tc>
          <w:tcPr>
            <w:tcW w:w="867" w:type="dxa"/>
          </w:tcPr>
          <w:p w14:paraId="15977B95" w14:textId="77777777" w:rsidR="002516E4" w:rsidRDefault="002516E4">
            <w:pPr>
              <w:spacing w:after="40" w:line="240" w:lineRule="auto"/>
            </w:pPr>
          </w:p>
        </w:tc>
        <w:tc>
          <w:tcPr>
            <w:tcW w:w="867" w:type="dxa"/>
          </w:tcPr>
          <w:p w14:paraId="6F6CC164" w14:textId="77777777" w:rsidR="002516E4" w:rsidRDefault="002516E4">
            <w:pPr>
              <w:spacing w:after="40" w:line="240" w:lineRule="auto"/>
            </w:pPr>
          </w:p>
        </w:tc>
        <w:tc>
          <w:tcPr>
            <w:tcW w:w="1281" w:type="dxa"/>
          </w:tcPr>
          <w:p w14:paraId="3A44175C" w14:textId="77777777" w:rsidR="002516E4" w:rsidRDefault="002516E4">
            <w:pPr>
              <w:spacing w:after="40" w:line="240" w:lineRule="auto"/>
            </w:pPr>
          </w:p>
        </w:tc>
      </w:tr>
      <w:tr w:rsidR="002516E4" w14:paraId="50E2B1FD" w14:textId="77777777">
        <w:trPr>
          <w:cantSplit/>
        </w:trPr>
        <w:tc>
          <w:tcPr>
            <w:tcW w:w="482" w:type="dxa"/>
          </w:tcPr>
          <w:p w14:paraId="12A9C192" w14:textId="77777777" w:rsidR="002516E4" w:rsidRDefault="00A3491C">
            <w:pPr>
              <w:spacing w:after="40" w:line="240" w:lineRule="auto"/>
            </w:pPr>
            <w:r>
              <w:rPr>
                <w:sz w:val="17"/>
              </w:rPr>
              <w:t>2</w:t>
            </w:r>
          </w:p>
        </w:tc>
        <w:tc>
          <w:tcPr>
            <w:tcW w:w="2268" w:type="dxa"/>
          </w:tcPr>
          <w:p w14:paraId="1573B929" w14:textId="77777777" w:rsidR="002516E4" w:rsidRDefault="002516E4">
            <w:pPr>
              <w:spacing w:after="40" w:line="240" w:lineRule="auto"/>
            </w:pPr>
          </w:p>
        </w:tc>
        <w:tc>
          <w:tcPr>
            <w:tcW w:w="867" w:type="dxa"/>
          </w:tcPr>
          <w:p w14:paraId="13931970" w14:textId="77777777" w:rsidR="002516E4" w:rsidRDefault="002516E4">
            <w:pPr>
              <w:spacing w:after="40" w:line="240" w:lineRule="auto"/>
            </w:pPr>
          </w:p>
        </w:tc>
        <w:tc>
          <w:tcPr>
            <w:tcW w:w="867" w:type="dxa"/>
          </w:tcPr>
          <w:p w14:paraId="0D43925E" w14:textId="77777777" w:rsidR="002516E4" w:rsidRDefault="002516E4">
            <w:pPr>
              <w:spacing w:after="40" w:line="240" w:lineRule="auto"/>
            </w:pPr>
          </w:p>
        </w:tc>
        <w:tc>
          <w:tcPr>
            <w:tcW w:w="867" w:type="dxa"/>
          </w:tcPr>
          <w:p w14:paraId="7452C7DC" w14:textId="77777777" w:rsidR="002516E4" w:rsidRDefault="002516E4">
            <w:pPr>
              <w:spacing w:after="40" w:line="240" w:lineRule="auto"/>
            </w:pPr>
          </w:p>
        </w:tc>
        <w:tc>
          <w:tcPr>
            <w:tcW w:w="867" w:type="dxa"/>
          </w:tcPr>
          <w:p w14:paraId="26CA271A" w14:textId="77777777" w:rsidR="002516E4" w:rsidRDefault="002516E4">
            <w:pPr>
              <w:spacing w:after="40" w:line="240" w:lineRule="auto"/>
            </w:pPr>
          </w:p>
        </w:tc>
        <w:tc>
          <w:tcPr>
            <w:tcW w:w="867" w:type="dxa"/>
          </w:tcPr>
          <w:p w14:paraId="344AE4BE" w14:textId="77777777" w:rsidR="002516E4" w:rsidRDefault="002516E4">
            <w:pPr>
              <w:spacing w:after="40" w:line="240" w:lineRule="auto"/>
            </w:pPr>
          </w:p>
        </w:tc>
        <w:tc>
          <w:tcPr>
            <w:tcW w:w="867" w:type="dxa"/>
          </w:tcPr>
          <w:p w14:paraId="38360DC3" w14:textId="77777777" w:rsidR="002516E4" w:rsidRDefault="002516E4">
            <w:pPr>
              <w:spacing w:after="40" w:line="240" w:lineRule="auto"/>
            </w:pPr>
          </w:p>
        </w:tc>
        <w:tc>
          <w:tcPr>
            <w:tcW w:w="867" w:type="dxa"/>
          </w:tcPr>
          <w:p w14:paraId="0CBAC949" w14:textId="77777777" w:rsidR="002516E4" w:rsidRDefault="002516E4">
            <w:pPr>
              <w:spacing w:after="40" w:line="240" w:lineRule="auto"/>
            </w:pPr>
          </w:p>
        </w:tc>
        <w:tc>
          <w:tcPr>
            <w:tcW w:w="1281" w:type="dxa"/>
          </w:tcPr>
          <w:p w14:paraId="74C8A805" w14:textId="77777777" w:rsidR="002516E4" w:rsidRDefault="002516E4">
            <w:pPr>
              <w:spacing w:after="40" w:line="240" w:lineRule="auto"/>
            </w:pPr>
          </w:p>
        </w:tc>
      </w:tr>
      <w:tr w:rsidR="002516E4" w14:paraId="35E1EDBA" w14:textId="77777777">
        <w:trPr>
          <w:cantSplit/>
        </w:trPr>
        <w:tc>
          <w:tcPr>
            <w:tcW w:w="482" w:type="dxa"/>
          </w:tcPr>
          <w:p w14:paraId="23D31F96" w14:textId="77777777" w:rsidR="002516E4" w:rsidRDefault="00A3491C">
            <w:pPr>
              <w:spacing w:after="40" w:line="240" w:lineRule="auto"/>
            </w:pPr>
            <w:r>
              <w:rPr>
                <w:sz w:val="17"/>
              </w:rPr>
              <w:t>3</w:t>
            </w:r>
          </w:p>
        </w:tc>
        <w:tc>
          <w:tcPr>
            <w:tcW w:w="2268" w:type="dxa"/>
          </w:tcPr>
          <w:p w14:paraId="756F8DD0" w14:textId="77777777" w:rsidR="002516E4" w:rsidRDefault="002516E4">
            <w:pPr>
              <w:spacing w:after="40" w:line="240" w:lineRule="auto"/>
            </w:pPr>
          </w:p>
        </w:tc>
        <w:tc>
          <w:tcPr>
            <w:tcW w:w="867" w:type="dxa"/>
          </w:tcPr>
          <w:p w14:paraId="53A059F9" w14:textId="77777777" w:rsidR="002516E4" w:rsidRDefault="002516E4">
            <w:pPr>
              <w:spacing w:after="40" w:line="240" w:lineRule="auto"/>
            </w:pPr>
          </w:p>
        </w:tc>
        <w:tc>
          <w:tcPr>
            <w:tcW w:w="867" w:type="dxa"/>
          </w:tcPr>
          <w:p w14:paraId="49A89793" w14:textId="77777777" w:rsidR="002516E4" w:rsidRDefault="002516E4">
            <w:pPr>
              <w:spacing w:after="40" w:line="240" w:lineRule="auto"/>
            </w:pPr>
          </w:p>
        </w:tc>
        <w:tc>
          <w:tcPr>
            <w:tcW w:w="867" w:type="dxa"/>
          </w:tcPr>
          <w:p w14:paraId="63CBAE61" w14:textId="77777777" w:rsidR="002516E4" w:rsidRDefault="002516E4">
            <w:pPr>
              <w:spacing w:after="40" w:line="240" w:lineRule="auto"/>
            </w:pPr>
          </w:p>
        </w:tc>
        <w:tc>
          <w:tcPr>
            <w:tcW w:w="867" w:type="dxa"/>
          </w:tcPr>
          <w:p w14:paraId="17EDA020" w14:textId="77777777" w:rsidR="002516E4" w:rsidRDefault="002516E4">
            <w:pPr>
              <w:spacing w:after="40" w:line="240" w:lineRule="auto"/>
            </w:pPr>
          </w:p>
        </w:tc>
        <w:tc>
          <w:tcPr>
            <w:tcW w:w="867" w:type="dxa"/>
          </w:tcPr>
          <w:p w14:paraId="122499C9" w14:textId="77777777" w:rsidR="002516E4" w:rsidRDefault="002516E4">
            <w:pPr>
              <w:spacing w:after="40" w:line="240" w:lineRule="auto"/>
            </w:pPr>
          </w:p>
        </w:tc>
        <w:tc>
          <w:tcPr>
            <w:tcW w:w="867" w:type="dxa"/>
          </w:tcPr>
          <w:p w14:paraId="212C634D" w14:textId="77777777" w:rsidR="002516E4" w:rsidRDefault="002516E4">
            <w:pPr>
              <w:spacing w:after="40" w:line="240" w:lineRule="auto"/>
            </w:pPr>
          </w:p>
        </w:tc>
        <w:tc>
          <w:tcPr>
            <w:tcW w:w="867" w:type="dxa"/>
          </w:tcPr>
          <w:p w14:paraId="3EEA4C0D" w14:textId="77777777" w:rsidR="002516E4" w:rsidRDefault="002516E4">
            <w:pPr>
              <w:spacing w:after="40" w:line="240" w:lineRule="auto"/>
            </w:pPr>
          </w:p>
        </w:tc>
        <w:tc>
          <w:tcPr>
            <w:tcW w:w="1281" w:type="dxa"/>
          </w:tcPr>
          <w:p w14:paraId="3D7468B6" w14:textId="77777777" w:rsidR="002516E4" w:rsidRDefault="002516E4">
            <w:pPr>
              <w:spacing w:after="40" w:line="240" w:lineRule="auto"/>
            </w:pPr>
          </w:p>
        </w:tc>
      </w:tr>
      <w:tr w:rsidR="002516E4" w14:paraId="0EE79B1E" w14:textId="77777777">
        <w:trPr>
          <w:cantSplit/>
        </w:trPr>
        <w:tc>
          <w:tcPr>
            <w:tcW w:w="482" w:type="dxa"/>
          </w:tcPr>
          <w:p w14:paraId="3769C9B8" w14:textId="77777777" w:rsidR="002516E4" w:rsidRDefault="00A3491C">
            <w:pPr>
              <w:spacing w:after="40" w:line="240" w:lineRule="auto"/>
            </w:pPr>
            <w:r>
              <w:rPr>
                <w:sz w:val="17"/>
              </w:rPr>
              <w:t>4</w:t>
            </w:r>
          </w:p>
        </w:tc>
        <w:tc>
          <w:tcPr>
            <w:tcW w:w="2268" w:type="dxa"/>
          </w:tcPr>
          <w:p w14:paraId="706C66D1" w14:textId="77777777" w:rsidR="002516E4" w:rsidRDefault="002516E4">
            <w:pPr>
              <w:spacing w:after="40" w:line="240" w:lineRule="auto"/>
            </w:pPr>
          </w:p>
        </w:tc>
        <w:tc>
          <w:tcPr>
            <w:tcW w:w="867" w:type="dxa"/>
          </w:tcPr>
          <w:p w14:paraId="09B14B01" w14:textId="77777777" w:rsidR="002516E4" w:rsidRDefault="002516E4">
            <w:pPr>
              <w:spacing w:after="40" w:line="240" w:lineRule="auto"/>
            </w:pPr>
          </w:p>
        </w:tc>
        <w:tc>
          <w:tcPr>
            <w:tcW w:w="867" w:type="dxa"/>
          </w:tcPr>
          <w:p w14:paraId="71970834" w14:textId="77777777" w:rsidR="002516E4" w:rsidRDefault="002516E4">
            <w:pPr>
              <w:spacing w:after="40" w:line="240" w:lineRule="auto"/>
            </w:pPr>
          </w:p>
        </w:tc>
        <w:tc>
          <w:tcPr>
            <w:tcW w:w="867" w:type="dxa"/>
          </w:tcPr>
          <w:p w14:paraId="4A229E7D" w14:textId="77777777" w:rsidR="002516E4" w:rsidRDefault="002516E4">
            <w:pPr>
              <w:spacing w:after="40" w:line="240" w:lineRule="auto"/>
            </w:pPr>
          </w:p>
        </w:tc>
        <w:tc>
          <w:tcPr>
            <w:tcW w:w="867" w:type="dxa"/>
          </w:tcPr>
          <w:p w14:paraId="2D26F4F5" w14:textId="77777777" w:rsidR="002516E4" w:rsidRDefault="002516E4">
            <w:pPr>
              <w:spacing w:after="40" w:line="240" w:lineRule="auto"/>
            </w:pPr>
          </w:p>
        </w:tc>
        <w:tc>
          <w:tcPr>
            <w:tcW w:w="867" w:type="dxa"/>
          </w:tcPr>
          <w:p w14:paraId="4A9022C9" w14:textId="77777777" w:rsidR="002516E4" w:rsidRDefault="002516E4">
            <w:pPr>
              <w:spacing w:after="40" w:line="240" w:lineRule="auto"/>
            </w:pPr>
          </w:p>
        </w:tc>
        <w:tc>
          <w:tcPr>
            <w:tcW w:w="867" w:type="dxa"/>
          </w:tcPr>
          <w:p w14:paraId="16935350" w14:textId="77777777" w:rsidR="002516E4" w:rsidRDefault="002516E4">
            <w:pPr>
              <w:spacing w:after="40" w:line="240" w:lineRule="auto"/>
            </w:pPr>
          </w:p>
        </w:tc>
        <w:tc>
          <w:tcPr>
            <w:tcW w:w="867" w:type="dxa"/>
          </w:tcPr>
          <w:p w14:paraId="2CEFD2D2" w14:textId="77777777" w:rsidR="002516E4" w:rsidRDefault="002516E4">
            <w:pPr>
              <w:spacing w:after="40" w:line="240" w:lineRule="auto"/>
            </w:pPr>
          </w:p>
        </w:tc>
        <w:tc>
          <w:tcPr>
            <w:tcW w:w="1281" w:type="dxa"/>
          </w:tcPr>
          <w:p w14:paraId="077782F5" w14:textId="77777777" w:rsidR="002516E4" w:rsidRDefault="002516E4">
            <w:pPr>
              <w:spacing w:after="40" w:line="240" w:lineRule="auto"/>
            </w:pPr>
          </w:p>
        </w:tc>
      </w:tr>
      <w:tr w:rsidR="002516E4" w14:paraId="653BF557" w14:textId="77777777">
        <w:trPr>
          <w:cantSplit/>
        </w:trPr>
        <w:tc>
          <w:tcPr>
            <w:tcW w:w="482" w:type="dxa"/>
          </w:tcPr>
          <w:p w14:paraId="66368485" w14:textId="77777777" w:rsidR="002516E4" w:rsidRDefault="00A3491C">
            <w:pPr>
              <w:spacing w:after="40" w:line="240" w:lineRule="auto"/>
            </w:pPr>
            <w:r>
              <w:rPr>
                <w:sz w:val="17"/>
              </w:rPr>
              <w:t>5</w:t>
            </w:r>
          </w:p>
        </w:tc>
        <w:tc>
          <w:tcPr>
            <w:tcW w:w="2268" w:type="dxa"/>
          </w:tcPr>
          <w:p w14:paraId="5486CC1D" w14:textId="77777777" w:rsidR="002516E4" w:rsidRDefault="002516E4">
            <w:pPr>
              <w:spacing w:after="40" w:line="240" w:lineRule="auto"/>
            </w:pPr>
          </w:p>
        </w:tc>
        <w:tc>
          <w:tcPr>
            <w:tcW w:w="867" w:type="dxa"/>
          </w:tcPr>
          <w:p w14:paraId="525160A8" w14:textId="77777777" w:rsidR="002516E4" w:rsidRDefault="002516E4">
            <w:pPr>
              <w:spacing w:after="40" w:line="240" w:lineRule="auto"/>
            </w:pPr>
          </w:p>
        </w:tc>
        <w:tc>
          <w:tcPr>
            <w:tcW w:w="867" w:type="dxa"/>
          </w:tcPr>
          <w:p w14:paraId="16F5EAFF" w14:textId="77777777" w:rsidR="002516E4" w:rsidRDefault="002516E4">
            <w:pPr>
              <w:spacing w:after="40" w:line="240" w:lineRule="auto"/>
            </w:pPr>
          </w:p>
        </w:tc>
        <w:tc>
          <w:tcPr>
            <w:tcW w:w="867" w:type="dxa"/>
          </w:tcPr>
          <w:p w14:paraId="7344E391" w14:textId="77777777" w:rsidR="002516E4" w:rsidRDefault="002516E4">
            <w:pPr>
              <w:spacing w:after="40" w:line="240" w:lineRule="auto"/>
            </w:pPr>
          </w:p>
        </w:tc>
        <w:tc>
          <w:tcPr>
            <w:tcW w:w="867" w:type="dxa"/>
          </w:tcPr>
          <w:p w14:paraId="34DB34F3" w14:textId="77777777" w:rsidR="002516E4" w:rsidRDefault="002516E4">
            <w:pPr>
              <w:spacing w:after="40" w:line="240" w:lineRule="auto"/>
            </w:pPr>
          </w:p>
        </w:tc>
        <w:tc>
          <w:tcPr>
            <w:tcW w:w="867" w:type="dxa"/>
          </w:tcPr>
          <w:p w14:paraId="588B311B" w14:textId="77777777" w:rsidR="002516E4" w:rsidRDefault="002516E4">
            <w:pPr>
              <w:spacing w:after="40" w:line="240" w:lineRule="auto"/>
            </w:pPr>
          </w:p>
        </w:tc>
        <w:tc>
          <w:tcPr>
            <w:tcW w:w="867" w:type="dxa"/>
          </w:tcPr>
          <w:p w14:paraId="6EE7C90C" w14:textId="77777777" w:rsidR="002516E4" w:rsidRDefault="002516E4">
            <w:pPr>
              <w:spacing w:after="40" w:line="240" w:lineRule="auto"/>
            </w:pPr>
          </w:p>
        </w:tc>
        <w:tc>
          <w:tcPr>
            <w:tcW w:w="867" w:type="dxa"/>
          </w:tcPr>
          <w:p w14:paraId="4D18D54F" w14:textId="77777777" w:rsidR="002516E4" w:rsidRDefault="002516E4">
            <w:pPr>
              <w:spacing w:after="40" w:line="240" w:lineRule="auto"/>
            </w:pPr>
          </w:p>
        </w:tc>
        <w:tc>
          <w:tcPr>
            <w:tcW w:w="1281" w:type="dxa"/>
          </w:tcPr>
          <w:p w14:paraId="4CBC0C98" w14:textId="77777777" w:rsidR="002516E4" w:rsidRDefault="002516E4">
            <w:pPr>
              <w:spacing w:after="40" w:line="240" w:lineRule="auto"/>
            </w:pPr>
          </w:p>
        </w:tc>
      </w:tr>
      <w:tr w:rsidR="002516E4" w14:paraId="66661BD7" w14:textId="77777777">
        <w:trPr>
          <w:cantSplit/>
        </w:trPr>
        <w:tc>
          <w:tcPr>
            <w:tcW w:w="482" w:type="dxa"/>
          </w:tcPr>
          <w:p w14:paraId="483FE771" w14:textId="77777777" w:rsidR="002516E4" w:rsidRDefault="00A3491C">
            <w:pPr>
              <w:spacing w:after="40" w:line="240" w:lineRule="auto"/>
            </w:pPr>
            <w:r>
              <w:rPr>
                <w:sz w:val="17"/>
              </w:rPr>
              <w:t>6</w:t>
            </w:r>
          </w:p>
        </w:tc>
        <w:tc>
          <w:tcPr>
            <w:tcW w:w="2268" w:type="dxa"/>
          </w:tcPr>
          <w:p w14:paraId="569EB5E9" w14:textId="77777777" w:rsidR="002516E4" w:rsidRDefault="002516E4">
            <w:pPr>
              <w:spacing w:after="40" w:line="240" w:lineRule="auto"/>
            </w:pPr>
          </w:p>
        </w:tc>
        <w:tc>
          <w:tcPr>
            <w:tcW w:w="867" w:type="dxa"/>
          </w:tcPr>
          <w:p w14:paraId="21B5A003" w14:textId="77777777" w:rsidR="002516E4" w:rsidRDefault="002516E4">
            <w:pPr>
              <w:spacing w:after="40" w:line="240" w:lineRule="auto"/>
            </w:pPr>
          </w:p>
        </w:tc>
        <w:tc>
          <w:tcPr>
            <w:tcW w:w="867" w:type="dxa"/>
          </w:tcPr>
          <w:p w14:paraId="4FC849F0" w14:textId="77777777" w:rsidR="002516E4" w:rsidRDefault="002516E4">
            <w:pPr>
              <w:spacing w:after="40" w:line="240" w:lineRule="auto"/>
            </w:pPr>
          </w:p>
        </w:tc>
        <w:tc>
          <w:tcPr>
            <w:tcW w:w="867" w:type="dxa"/>
          </w:tcPr>
          <w:p w14:paraId="51C95487" w14:textId="77777777" w:rsidR="002516E4" w:rsidRDefault="002516E4">
            <w:pPr>
              <w:spacing w:after="40" w:line="240" w:lineRule="auto"/>
            </w:pPr>
          </w:p>
        </w:tc>
        <w:tc>
          <w:tcPr>
            <w:tcW w:w="867" w:type="dxa"/>
          </w:tcPr>
          <w:p w14:paraId="33BC9ECD" w14:textId="77777777" w:rsidR="002516E4" w:rsidRDefault="002516E4">
            <w:pPr>
              <w:spacing w:after="40" w:line="240" w:lineRule="auto"/>
            </w:pPr>
          </w:p>
        </w:tc>
        <w:tc>
          <w:tcPr>
            <w:tcW w:w="867" w:type="dxa"/>
          </w:tcPr>
          <w:p w14:paraId="6624FD8E" w14:textId="77777777" w:rsidR="002516E4" w:rsidRDefault="002516E4">
            <w:pPr>
              <w:spacing w:after="40" w:line="240" w:lineRule="auto"/>
            </w:pPr>
          </w:p>
        </w:tc>
        <w:tc>
          <w:tcPr>
            <w:tcW w:w="867" w:type="dxa"/>
          </w:tcPr>
          <w:p w14:paraId="34201DAF" w14:textId="77777777" w:rsidR="002516E4" w:rsidRDefault="002516E4">
            <w:pPr>
              <w:spacing w:after="40" w:line="240" w:lineRule="auto"/>
            </w:pPr>
          </w:p>
        </w:tc>
        <w:tc>
          <w:tcPr>
            <w:tcW w:w="867" w:type="dxa"/>
          </w:tcPr>
          <w:p w14:paraId="4F1F8808" w14:textId="77777777" w:rsidR="002516E4" w:rsidRDefault="002516E4">
            <w:pPr>
              <w:spacing w:after="40" w:line="240" w:lineRule="auto"/>
            </w:pPr>
          </w:p>
        </w:tc>
        <w:tc>
          <w:tcPr>
            <w:tcW w:w="1281" w:type="dxa"/>
          </w:tcPr>
          <w:p w14:paraId="07B2835C" w14:textId="77777777" w:rsidR="002516E4" w:rsidRDefault="002516E4">
            <w:pPr>
              <w:spacing w:after="40" w:line="240" w:lineRule="auto"/>
            </w:pPr>
          </w:p>
        </w:tc>
      </w:tr>
      <w:tr w:rsidR="002516E4" w14:paraId="047E7706" w14:textId="77777777">
        <w:trPr>
          <w:cantSplit/>
        </w:trPr>
        <w:tc>
          <w:tcPr>
            <w:tcW w:w="482" w:type="dxa"/>
          </w:tcPr>
          <w:p w14:paraId="7646E284" w14:textId="77777777" w:rsidR="002516E4" w:rsidRDefault="00A3491C">
            <w:pPr>
              <w:spacing w:after="40" w:line="240" w:lineRule="auto"/>
            </w:pPr>
            <w:r>
              <w:rPr>
                <w:sz w:val="17"/>
              </w:rPr>
              <w:t>7</w:t>
            </w:r>
          </w:p>
        </w:tc>
        <w:tc>
          <w:tcPr>
            <w:tcW w:w="2268" w:type="dxa"/>
          </w:tcPr>
          <w:p w14:paraId="186CD2DF" w14:textId="77777777" w:rsidR="002516E4" w:rsidRDefault="002516E4">
            <w:pPr>
              <w:spacing w:after="40" w:line="240" w:lineRule="auto"/>
            </w:pPr>
          </w:p>
        </w:tc>
        <w:tc>
          <w:tcPr>
            <w:tcW w:w="867" w:type="dxa"/>
          </w:tcPr>
          <w:p w14:paraId="21E284AA" w14:textId="77777777" w:rsidR="002516E4" w:rsidRDefault="002516E4">
            <w:pPr>
              <w:spacing w:after="40" w:line="240" w:lineRule="auto"/>
            </w:pPr>
          </w:p>
        </w:tc>
        <w:tc>
          <w:tcPr>
            <w:tcW w:w="867" w:type="dxa"/>
          </w:tcPr>
          <w:p w14:paraId="0A082476" w14:textId="77777777" w:rsidR="002516E4" w:rsidRDefault="002516E4">
            <w:pPr>
              <w:spacing w:after="40" w:line="240" w:lineRule="auto"/>
            </w:pPr>
          </w:p>
        </w:tc>
        <w:tc>
          <w:tcPr>
            <w:tcW w:w="867" w:type="dxa"/>
          </w:tcPr>
          <w:p w14:paraId="756B66E8" w14:textId="77777777" w:rsidR="002516E4" w:rsidRDefault="002516E4">
            <w:pPr>
              <w:spacing w:after="40" w:line="240" w:lineRule="auto"/>
            </w:pPr>
          </w:p>
        </w:tc>
        <w:tc>
          <w:tcPr>
            <w:tcW w:w="867" w:type="dxa"/>
          </w:tcPr>
          <w:p w14:paraId="3457BA48" w14:textId="77777777" w:rsidR="002516E4" w:rsidRDefault="002516E4">
            <w:pPr>
              <w:spacing w:after="40" w:line="240" w:lineRule="auto"/>
            </w:pPr>
          </w:p>
        </w:tc>
        <w:tc>
          <w:tcPr>
            <w:tcW w:w="867" w:type="dxa"/>
          </w:tcPr>
          <w:p w14:paraId="24923A7E" w14:textId="77777777" w:rsidR="002516E4" w:rsidRDefault="002516E4">
            <w:pPr>
              <w:spacing w:after="40" w:line="240" w:lineRule="auto"/>
            </w:pPr>
          </w:p>
        </w:tc>
        <w:tc>
          <w:tcPr>
            <w:tcW w:w="867" w:type="dxa"/>
          </w:tcPr>
          <w:p w14:paraId="18DAC18D" w14:textId="77777777" w:rsidR="002516E4" w:rsidRDefault="002516E4">
            <w:pPr>
              <w:spacing w:after="40" w:line="240" w:lineRule="auto"/>
            </w:pPr>
          </w:p>
        </w:tc>
        <w:tc>
          <w:tcPr>
            <w:tcW w:w="867" w:type="dxa"/>
          </w:tcPr>
          <w:p w14:paraId="1B400688" w14:textId="77777777" w:rsidR="002516E4" w:rsidRDefault="002516E4">
            <w:pPr>
              <w:spacing w:after="40" w:line="240" w:lineRule="auto"/>
            </w:pPr>
          </w:p>
        </w:tc>
        <w:tc>
          <w:tcPr>
            <w:tcW w:w="1281" w:type="dxa"/>
          </w:tcPr>
          <w:p w14:paraId="02474DC0" w14:textId="77777777" w:rsidR="002516E4" w:rsidRDefault="002516E4">
            <w:pPr>
              <w:spacing w:after="40" w:line="240" w:lineRule="auto"/>
            </w:pPr>
          </w:p>
        </w:tc>
      </w:tr>
      <w:tr w:rsidR="002516E4" w14:paraId="6D384BB1" w14:textId="77777777">
        <w:trPr>
          <w:cantSplit/>
        </w:trPr>
        <w:tc>
          <w:tcPr>
            <w:tcW w:w="482" w:type="dxa"/>
          </w:tcPr>
          <w:p w14:paraId="02A8E479" w14:textId="77777777" w:rsidR="002516E4" w:rsidRDefault="00A3491C">
            <w:pPr>
              <w:spacing w:after="40" w:line="240" w:lineRule="auto"/>
            </w:pPr>
            <w:r>
              <w:rPr>
                <w:sz w:val="17"/>
              </w:rPr>
              <w:t>8</w:t>
            </w:r>
          </w:p>
        </w:tc>
        <w:tc>
          <w:tcPr>
            <w:tcW w:w="2268" w:type="dxa"/>
          </w:tcPr>
          <w:p w14:paraId="24519E69" w14:textId="77777777" w:rsidR="002516E4" w:rsidRDefault="002516E4">
            <w:pPr>
              <w:spacing w:after="40" w:line="240" w:lineRule="auto"/>
            </w:pPr>
          </w:p>
        </w:tc>
        <w:tc>
          <w:tcPr>
            <w:tcW w:w="867" w:type="dxa"/>
          </w:tcPr>
          <w:p w14:paraId="6A36F006" w14:textId="77777777" w:rsidR="002516E4" w:rsidRDefault="002516E4">
            <w:pPr>
              <w:spacing w:after="40" w:line="240" w:lineRule="auto"/>
            </w:pPr>
          </w:p>
        </w:tc>
        <w:tc>
          <w:tcPr>
            <w:tcW w:w="867" w:type="dxa"/>
          </w:tcPr>
          <w:p w14:paraId="58A303E0" w14:textId="77777777" w:rsidR="002516E4" w:rsidRDefault="002516E4">
            <w:pPr>
              <w:spacing w:after="40" w:line="240" w:lineRule="auto"/>
            </w:pPr>
          </w:p>
        </w:tc>
        <w:tc>
          <w:tcPr>
            <w:tcW w:w="867" w:type="dxa"/>
          </w:tcPr>
          <w:p w14:paraId="00D87F39" w14:textId="77777777" w:rsidR="002516E4" w:rsidRDefault="002516E4">
            <w:pPr>
              <w:spacing w:after="40" w:line="240" w:lineRule="auto"/>
            </w:pPr>
          </w:p>
        </w:tc>
        <w:tc>
          <w:tcPr>
            <w:tcW w:w="867" w:type="dxa"/>
          </w:tcPr>
          <w:p w14:paraId="0C954ED4" w14:textId="77777777" w:rsidR="002516E4" w:rsidRDefault="002516E4">
            <w:pPr>
              <w:spacing w:after="40" w:line="240" w:lineRule="auto"/>
            </w:pPr>
          </w:p>
        </w:tc>
        <w:tc>
          <w:tcPr>
            <w:tcW w:w="867" w:type="dxa"/>
          </w:tcPr>
          <w:p w14:paraId="56FDD96E" w14:textId="77777777" w:rsidR="002516E4" w:rsidRDefault="002516E4">
            <w:pPr>
              <w:spacing w:after="40" w:line="240" w:lineRule="auto"/>
            </w:pPr>
          </w:p>
        </w:tc>
        <w:tc>
          <w:tcPr>
            <w:tcW w:w="867" w:type="dxa"/>
          </w:tcPr>
          <w:p w14:paraId="638B4210" w14:textId="77777777" w:rsidR="002516E4" w:rsidRDefault="002516E4">
            <w:pPr>
              <w:spacing w:after="40" w:line="240" w:lineRule="auto"/>
            </w:pPr>
          </w:p>
        </w:tc>
        <w:tc>
          <w:tcPr>
            <w:tcW w:w="867" w:type="dxa"/>
          </w:tcPr>
          <w:p w14:paraId="707253F3" w14:textId="77777777" w:rsidR="002516E4" w:rsidRDefault="002516E4">
            <w:pPr>
              <w:spacing w:after="40" w:line="240" w:lineRule="auto"/>
            </w:pPr>
          </w:p>
        </w:tc>
        <w:tc>
          <w:tcPr>
            <w:tcW w:w="1281" w:type="dxa"/>
          </w:tcPr>
          <w:p w14:paraId="6D0B7FF2" w14:textId="77777777" w:rsidR="002516E4" w:rsidRDefault="002516E4">
            <w:pPr>
              <w:spacing w:after="40" w:line="240" w:lineRule="auto"/>
            </w:pPr>
          </w:p>
        </w:tc>
      </w:tr>
      <w:tr w:rsidR="002516E4" w14:paraId="1EFC780D" w14:textId="77777777">
        <w:trPr>
          <w:cantSplit/>
        </w:trPr>
        <w:tc>
          <w:tcPr>
            <w:tcW w:w="482" w:type="dxa"/>
          </w:tcPr>
          <w:p w14:paraId="23BCAAFB" w14:textId="77777777" w:rsidR="002516E4" w:rsidRDefault="00A3491C">
            <w:pPr>
              <w:spacing w:after="40" w:line="240" w:lineRule="auto"/>
            </w:pPr>
            <w:r>
              <w:rPr>
                <w:sz w:val="17"/>
              </w:rPr>
              <w:t>9</w:t>
            </w:r>
          </w:p>
        </w:tc>
        <w:tc>
          <w:tcPr>
            <w:tcW w:w="2268" w:type="dxa"/>
          </w:tcPr>
          <w:p w14:paraId="17F82565" w14:textId="77777777" w:rsidR="002516E4" w:rsidRDefault="002516E4">
            <w:pPr>
              <w:spacing w:after="40" w:line="240" w:lineRule="auto"/>
            </w:pPr>
          </w:p>
        </w:tc>
        <w:tc>
          <w:tcPr>
            <w:tcW w:w="867" w:type="dxa"/>
          </w:tcPr>
          <w:p w14:paraId="25BF4EBD" w14:textId="77777777" w:rsidR="002516E4" w:rsidRDefault="002516E4">
            <w:pPr>
              <w:spacing w:after="40" w:line="240" w:lineRule="auto"/>
            </w:pPr>
          </w:p>
        </w:tc>
        <w:tc>
          <w:tcPr>
            <w:tcW w:w="867" w:type="dxa"/>
          </w:tcPr>
          <w:p w14:paraId="373C613B" w14:textId="77777777" w:rsidR="002516E4" w:rsidRDefault="002516E4">
            <w:pPr>
              <w:spacing w:after="40" w:line="240" w:lineRule="auto"/>
            </w:pPr>
          </w:p>
        </w:tc>
        <w:tc>
          <w:tcPr>
            <w:tcW w:w="867" w:type="dxa"/>
          </w:tcPr>
          <w:p w14:paraId="226AF398" w14:textId="77777777" w:rsidR="002516E4" w:rsidRDefault="002516E4">
            <w:pPr>
              <w:spacing w:after="40" w:line="240" w:lineRule="auto"/>
            </w:pPr>
          </w:p>
        </w:tc>
        <w:tc>
          <w:tcPr>
            <w:tcW w:w="867" w:type="dxa"/>
          </w:tcPr>
          <w:p w14:paraId="7C0FDBEB" w14:textId="77777777" w:rsidR="002516E4" w:rsidRDefault="002516E4">
            <w:pPr>
              <w:spacing w:after="40" w:line="240" w:lineRule="auto"/>
            </w:pPr>
          </w:p>
        </w:tc>
        <w:tc>
          <w:tcPr>
            <w:tcW w:w="867" w:type="dxa"/>
          </w:tcPr>
          <w:p w14:paraId="0774AE13" w14:textId="77777777" w:rsidR="002516E4" w:rsidRDefault="002516E4">
            <w:pPr>
              <w:spacing w:after="40" w:line="240" w:lineRule="auto"/>
            </w:pPr>
          </w:p>
        </w:tc>
        <w:tc>
          <w:tcPr>
            <w:tcW w:w="867" w:type="dxa"/>
          </w:tcPr>
          <w:p w14:paraId="2246D15E" w14:textId="77777777" w:rsidR="002516E4" w:rsidRDefault="002516E4">
            <w:pPr>
              <w:spacing w:after="40" w:line="240" w:lineRule="auto"/>
            </w:pPr>
          </w:p>
        </w:tc>
        <w:tc>
          <w:tcPr>
            <w:tcW w:w="867" w:type="dxa"/>
          </w:tcPr>
          <w:p w14:paraId="11DABB0C" w14:textId="77777777" w:rsidR="002516E4" w:rsidRDefault="002516E4">
            <w:pPr>
              <w:spacing w:after="40" w:line="240" w:lineRule="auto"/>
            </w:pPr>
          </w:p>
        </w:tc>
        <w:tc>
          <w:tcPr>
            <w:tcW w:w="1281" w:type="dxa"/>
          </w:tcPr>
          <w:p w14:paraId="0F46822B" w14:textId="77777777" w:rsidR="002516E4" w:rsidRDefault="002516E4">
            <w:pPr>
              <w:spacing w:after="40" w:line="240" w:lineRule="auto"/>
            </w:pPr>
          </w:p>
        </w:tc>
      </w:tr>
      <w:tr w:rsidR="002516E4" w14:paraId="50A9E39D" w14:textId="77777777">
        <w:trPr>
          <w:cantSplit/>
        </w:trPr>
        <w:tc>
          <w:tcPr>
            <w:tcW w:w="482" w:type="dxa"/>
          </w:tcPr>
          <w:p w14:paraId="569648B0" w14:textId="77777777" w:rsidR="002516E4" w:rsidRDefault="00A3491C">
            <w:pPr>
              <w:spacing w:after="40" w:line="240" w:lineRule="auto"/>
            </w:pPr>
            <w:r>
              <w:rPr>
                <w:sz w:val="17"/>
              </w:rPr>
              <w:t>10</w:t>
            </w:r>
          </w:p>
        </w:tc>
        <w:tc>
          <w:tcPr>
            <w:tcW w:w="2268" w:type="dxa"/>
          </w:tcPr>
          <w:p w14:paraId="5E6F6A18" w14:textId="77777777" w:rsidR="002516E4" w:rsidRDefault="002516E4">
            <w:pPr>
              <w:spacing w:after="40" w:line="240" w:lineRule="auto"/>
            </w:pPr>
          </w:p>
        </w:tc>
        <w:tc>
          <w:tcPr>
            <w:tcW w:w="867" w:type="dxa"/>
          </w:tcPr>
          <w:p w14:paraId="7345F29B" w14:textId="77777777" w:rsidR="002516E4" w:rsidRDefault="002516E4">
            <w:pPr>
              <w:spacing w:after="40" w:line="240" w:lineRule="auto"/>
            </w:pPr>
          </w:p>
        </w:tc>
        <w:tc>
          <w:tcPr>
            <w:tcW w:w="867" w:type="dxa"/>
          </w:tcPr>
          <w:p w14:paraId="5D7926FB" w14:textId="77777777" w:rsidR="002516E4" w:rsidRDefault="002516E4">
            <w:pPr>
              <w:spacing w:after="40" w:line="240" w:lineRule="auto"/>
            </w:pPr>
          </w:p>
        </w:tc>
        <w:tc>
          <w:tcPr>
            <w:tcW w:w="867" w:type="dxa"/>
          </w:tcPr>
          <w:p w14:paraId="0BD962FF" w14:textId="77777777" w:rsidR="002516E4" w:rsidRDefault="002516E4">
            <w:pPr>
              <w:spacing w:after="40" w:line="240" w:lineRule="auto"/>
            </w:pPr>
          </w:p>
        </w:tc>
        <w:tc>
          <w:tcPr>
            <w:tcW w:w="867" w:type="dxa"/>
          </w:tcPr>
          <w:p w14:paraId="2DB7951F" w14:textId="77777777" w:rsidR="002516E4" w:rsidRDefault="002516E4">
            <w:pPr>
              <w:spacing w:after="40" w:line="240" w:lineRule="auto"/>
            </w:pPr>
          </w:p>
        </w:tc>
        <w:tc>
          <w:tcPr>
            <w:tcW w:w="867" w:type="dxa"/>
          </w:tcPr>
          <w:p w14:paraId="76E0A0D9" w14:textId="77777777" w:rsidR="002516E4" w:rsidRDefault="002516E4">
            <w:pPr>
              <w:spacing w:after="40" w:line="240" w:lineRule="auto"/>
            </w:pPr>
          </w:p>
        </w:tc>
        <w:tc>
          <w:tcPr>
            <w:tcW w:w="867" w:type="dxa"/>
          </w:tcPr>
          <w:p w14:paraId="228795D3" w14:textId="77777777" w:rsidR="002516E4" w:rsidRDefault="002516E4">
            <w:pPr>
              <w:spacing w:after="40" w:line="240" w:lineRule="auto"/>
            </w:pPr>
          </w:p>
        </w:tc>
        <w:tc>
          <w:tcPr>
            <w:tcW w:w="867" w:type="dxa"/>
          </w:tcPr>
          <w:p w14:paraId="468B9632" w14:textId="77777777" w:rsidR="002516E4" w:rsidRDefault="002516E4">
            <w:pPr>
              <w:spacing w:after="40" w:line="240" w:lineRule="auto"/>
            </w:pPr>
          </w:p>
        </w:tc>
        <w:tc>
          <w:tcPr>
            <w:tcW w:w="1281" w:type="dxa"/>
          </w:tcPr>
          <w:p w14:paraId="740DCE22" w14:textId="77777777" w:rsidR="002516E4" w:rsidRDefault="002516E4">
            <w:pPr>
              <w:spacing w:after="40" w:line="240" w:lineRule="auto"/>
            </w:pPr>
          </w:p>
        </w:tc>
      </w:tr>
      <w:tr w:rsidR="002516E4" w14:paraId="57F3208B" w14:textId="77777777">
        <w:trPr>
          <w:cantSplit/>
        </w:trPr>
        <w:tc>
          <w:tcPr>
            <w:tcW w:w="482" w:type="dxa"/>
          </w:tcPr>
          <w:p w14:paraId="208DE237" w14:textId="77777777" w:rsidR="002516E4" w:rsidRDefault="00A3491C">
            <w:pPr>
              <w:spacing w:after="40" w:line="240" w:lineRule="auto"/>
            </w:pPr>
            <w:r>
              <w:rPr>
                <w:sz w:val="17"/>
              </w:rPr>
              <w:t>11</w:t>
            </w:r>
          </w:p>
        </w:tc>
        <w:tc>
          <w:tcPr>
            <w:tcW w:w="2268" w:type="dxa"/>
          </w:tcPr>
          <w:p w14:paraId="7E2C2C32" w14:textId="77777777" w:rsidR="002516E4" w:rsidRDefault="002516E4">
            <w:pPr>
              <w:spacing w:after="40" w:line="240" w:lineRule="auto"/>
            </w:pPr>
          </w:p>
        </w:tc>
        <w:tc>
          <w:tcPr>
            <w:tcW w:w="867" w:type="dxa"/>
          </w:tcPr>
          <w:p w14:paraId="7FA880A8" w14:textId="77777777" w:rsidR="002516E4" w:rsidRDefault="002516E4">
            <w:pPr>
              <w:spacing w:after="40" w:line="240" w:lineRule="auto"/>
            </w:pPr>
          </w:p>
        </w:tc>
        <w:tc>
          <w:tcPr>
            <w:tcW w:w="867" w:type="dxa"/>
          </w:tcPr>
          <w:p w14:paraId="7E5CAF07" w14:textId="77777777" w:rsidR="002516E4" w:rsidRDefault="002516E4">
            <w:pPr>
              <w:spacing w:after="40" w:line="240" w:lineRule="auto"/>
            </w:pPr>
          </w:p>
        </w:tc>
        <w:tc>
          <w:tcPr>
            <w:tcW w:w="867" w:type="dxa"/>
          </w:tcPr>
          <w:p w14:paraId="44B3A571" w14:textId="77777777" w:rsidR="002516E4" w:rsidRDefault="002516E4">
            <w:pPr>
              <w:spacing w:after="40" w:line="240" w:lineRule="auto"/>
            </w:pPr>
          </w:p>
        </w:tc>
        <w:tc>
          <w:tcPr>
            <w:tcW w:w="867" w:type="dxa"/>
          </w:tcPr>
          <w:p w14:paraId="3ADEAA4E" w14:textId="77777777" w:rsidR="002516E4" w:rsidRDefault="002516E4">
            <w:pPr>
              <w:spacing w:after="40" w:line="240" w:lineRule="auto"/>
            </w:pPr>
          </w:p>
        </w:tc>
        <w:tc>
          <w:tcPr>
            <w:tcW w:w="867" w:type="dxa"/>
          </w:tcPr>
          <w:p w14:paraId="0B384C67" w14:textId="77777777" w:rsidR="002516E4" w:rsidRDefault="002516E4">
            <w:pPr>
              <w:spacing w:after="40" w:line="240" w:lineRule="auto"/>
            </w:pPr>
          </w:p>
        </w:tc>
        <w:tc>
          <w:tcPr>
            <w:tcW w:w="867" w:type="dxa"/>
          </w:tcPr>
          <w:p w14:paraId="09D7CBA3" w14:textId="77777777" w:rsidR="002516E4" w:rsidRDefault="002516E4">
            <w:pPr>
              <w:spacing w:after="40" w:line="240" w:lineRule="auto"/>
            </w:pPr>
          </w:p>
        </w:tc>
        <w:tc>
          <w:tcPr>
            <w:tcW w:w="867" w:type="dxa"/>
          </w:tcPr>
          <w:p w14:paraId="36ABD2E1" w14:textId="77777777" w:rsidR="002516E4" w:rsidRDefault="002516E4">
            <w:pPr>
              <w:spacing w:after="40" w:line="240" w:lineRule="auto"/>
            </w:pPr>
          </w:p>
        </w:tc>
        <w:tc>
          <w:tcPr>
            <w:tcW w:w="1281" w:type="dxa"/>
          </w:tcPr>
          <w:p w14:paraId="78C5D116" w14:textId="77777777" w:rsidR="002516E4" w:rsidRDefault="002516E4">
            <w:pPr>
              <w:spacing w:after="40" w:line="240" w:lineRule="auto"/>
            </w:pPr>
          </w:p>
        </w:tc>
      </w:tr>
      <w:tr w:rsidR="002516E4" w14:paraId="42FA4CF2" w14:textId="77777777">
        <w:trPr>
          <w:cantSplit/>
        </w:trPr>
        <w:tc>
          <w:tcPr>
            <w:tcW w:w="482" w:type="dxa"/>
          </w:tcPr>
          <w:p w14:paraId="25344F89" w14:textId="77777777" w:rsidR="002516E4" w:rsidRDefault="00A3491C">
            <w:pPr>
              <w:spacing w:after="40" w:line="240" w:lineRule="auto"/>
            </w:pPr>
            <w:r>
              <w:rPr>
                <w:sz w:val="17"/>
              </w:rPr>
              <w:t>12</w:t>
            </w:r>
          </w:p>
        </w:tc>
        <w:tc>
          <w:tcPr>
            <w:tcW w:w="2268" w:type="dxa"/>
          </w:tcPr>
          <w:p w14:paraId="62DC08D8" w14:textId="77777777" w:rsidR="002516E4" w:rsidRDefault="002516E4">
            <w:pPr>
              <w:spacing w:after="40" w:line="240" w:lineRule="auto"/>
            </w:pPr>
          </w:p>
        </w:tc>
        <w:tc>
          <w:tcPr>
            <w:tcW w:w="867" w:type="dxa"/>
          </w:tcPr>
          <w:p w14:paraId="2E4C2AA6" w14:textId="77777777" w:rsidR="002516E4" w:rsidRDefault="002516E4">
            <w:pPr>
              <w:spacing w:after="40" w:line="240" w:lineRule="auto"/>
            </w:pPr>
          </w:p>
        </w:tc>
        <w:tc>
          <w:tcPr>
            <w:tcW w:w="867" w:type="dxa"/>
          </w:tcPr>
          <w:p w14:paraId="3B0CF686" w14:textId="77777777" w:rsidR="002516E4" w:rsidRDefault="002516E4">
            <w:pPr>
              <w:spacing w:after="40" w:line="240" w:lineRule="auto"/>
            </w:pPr>
          </w:p>
        </w:tc>
        <w:tc>
          <w:tcPr>
            <w:tcW w:w="867" w:type="dxa"/>
          </w:tcPr>
          <w:p w14:paraId="7B5A52CF" w14:textId="77777777" w:rsidR="002516E4" w:rsidRDefault="002516E4">
            <w:pPr>
              <w:spacing w:after="40" w:line="240" w:lineRule="auto"/>
            </w:pPr>
          </w:p>
        </w:tc>
        <w:tc>
          <w:tcPr>
            <w:tcW w:w="867" w:type="dxa"/>
          </w:tcPr>
          <w:p w14:paraId="5327D120" w14:textId="77777777" w:rsidR="002516E4" w:rsidRDefault="002516E4">
            <w:pPr>
              <w:spacing w:after="40" w:line="240" w:lineRule="auto"/>
            </w:pPr>
          </w:p>
        </w:tc>
        <w:tc>
          <w:tcPr>
            <w:tcW w:w="867" w:type="dxa"/>
          </w:tcPr>
          <w:p w14:paraId="398E9144" w14:textId="77777777" w:rsidR="002516E4" w:rsidRDefault="002516E4">
            <w:pPr>
              <w:spacing w:after="40" w:line="240" w:lineRule="auto"/>
            </w:pPr>
          </w:p>
        </w:tc>
        <w:tc>
          <w:tcPr>
            <w:tcW w:w="867" w:type="dxa"/>
          </w:tcPr>
          <w:p w14:paraId="2D67B2F9" w14:textId="77777777" w:rsidR="002516E4" w:rsidRDefault="002516E4">
            <w:pPr>
              <w:spacing w:after="40" w:line="240" w:lineRule="auto"/>
            </w:pPr>
          </w:p>
        </w:tc>
        <w:tc>
          <w:tcPr>
            <w:tcW w:w="867" w:type="dxa"/>
          </w:tcPr>
          <w:p w14:paraId="7E49C90E" w14:textId="77777777" w:rsidR="002516E4" w:rsidRDefault="002516E4">
            <w:pPr>
              <w:spacing w:after="40" w:line="240" w:lineRule="auto"/>
            </w:pPr>
          </w:p>
        </w:tc>
        <w:tc>
          <w:tcPr>
            <w:tcW w:w="1281" w:type="dxa"/>
          </w:tcPr>
          <w:p w14:paraId="6FB30CAD" w14:textId="77777777" w:rsidR="002516E4" w:rsidRDefault="002516E4">
            <w:pPr>
              <w:spacing w:after="40" w:line="240" w:lineRule="auto"/>
            </w:pPr>
          </w:p>
        </w:tc>
      </w:tr>
      <w:tr w:rsidR="002516E4" w14:paraId="19C4469B" w14:textId="77777777">
        <w:trPr>
          <w:cantSplit/>
        </w:trPr>
        <w:tc>
          <w:tcPr>
            <w:tcW w:w="482" w:type="dxa"/>
          </w:tcPr>
          <w:p w14:paraId="1766C2BF" w14:textId="77777777" w:rsidR="002516E4" w:rsidRDefault="00A3491C">
            <w:pPr>
              <w:spacing w:after="40" w:line="240" w:lineRule="auto"/>
            </w:pPr>
            <w:r>
              <w:rPr>
                <w:sz w:val="17"/>
              </w:rPr>
              <w:t>13</w:t>
            </w:r>
          </w:p>
        </w:tc>
        <w:tc>
          <w:tcPr>
            <w:tcW w:w="2268" w:type="dxa"/>
          </w:tcPr>
          <w:p w14:paraId="5C49E344" w14:textId="77777777" w:rsidR="002516E4" w:rsidRDefault="002516E4">
            <w:pPr>
              <w:spacing w:after="40" w:line="240" w:lineRule="auto"/>
            </w:pPr>
          </w:p>
        </w:tc>
        <w:tc>
          <w:tcPr>
            <w:tcW w:w="867" w:type="dxa"/>
          </w:tcPr>
          <w:p w14:paraId="19A0854B" w14:textId="77777777" w:rsidR="002516E4" w:rsidRDefault="002516E4">
            <w:pPr>
              <w:spacing w:after="40" w:line="240" w:lineRule="auto"/>
            </w:pPr>
          </w:p>
        </w:tc>
        <w:tc>
          <w:tcPr>
            <w:tcW w:w="867" w:type="dxa"/>
          </w:tcPr>
          <w:p w14:paraId="3E263CB4" w14:textId="77777777" w:rsidR="002516E4" w:rsidRDefault="002516E4">
            <w:pPr>
              <w:spacing w:after="40" w:line="240" w:lineRule="auto"/>
            </w:pPr>
          </w:p>
        </w:tc>
        <w:tc>
          <w:tcPr>
            <w:tcW w:w="867" w:type="dxa"/>
          </w:tcPr>
          <w:p w14:paraId="5BF3908B" w14:textId="77777777" w:rsidR="002516E4" w:rsidRDefault="002516E4">
            <w:pPr>
              <w:spacing w:after="40" w:line="240" w:lineRule="auto"/>
            </w:pPr>
          </w:p>
        </w:tc>
        <w:tc>
          <w:tcPr>
            <w:tcW w:w="867" w:type="dxa"/>
          </w:tcPr>
          <w:p w14:paraId="29FD0574" w14:textId="77777777" w:rsidR="002516E4" w:rsidRDefault="002516E4">
            <w:pPr>
              <w:spacing w:after="40" w:line="240" w:lineRule="auto"/>
            </w:pPr>
          </w:p>
        </w:tc>
        <w:tc>
          <w:tcPr>
            <w:tcW w:w="867" w:type="dxa"/>
          </w:tcPr>
          <w:p w14:paraId="6AC70EA0" w14:textId="77777777" w:rsidR="002516E4" w:rsidRDefault="002516E4">
            <w:pPr>
              <w:spacing w:after="40" w:line="240" w:lineRule="auto"/>
            </w:pPr>
          </w:p>
        </w:tc>
        <w:tc>
          <w:tcPr>
            <w:tcW w:w="867" w:type="dxa"/>
          </w:tcPr>
          <w:p w14:paraId="71890802" w14:textId="77777777" w:rsidR="002516E4" w:rsidRDefault="002516E4">
            <w:pPr>
              <w:spacing w:after="40" w:line="240" w:lineRule="auto"/>
            </w:pPr>
          </w:p>
        </w:tc>
        <w:tc>
          <w:tcPr>
            <w:tcW w:w="867" w:type="dxa"/>
          </w:tcPr>
          <w:p w14:paraId="3105268B" w14:textId="77777777" w:rsidR="002516E4" w:rsidRDefault="002516E4">
            <w:pPr>
              <w:spacing w:after="40" w:line="240" w:lineRule="auto"/>
            </w:pPr>
          </w:p>
        </w:tc>
        <w:tc>
          <w:tcPr>
            <w:tcW w:w="1281" w:type="dxa"/>
          </w:tcPr>
          <w:p w14:paraId="2DA4790A" w14:textId="77777777" w:rsidR="002516E4" w:rsidRDefault="002516E4">
            <w:pPr>
              <w:spacing w:after="40" w:line="240" w:lineRule="auto"/>
            </w:pPr>
          </w:p>
        </w:tc>
      </w:tr>
      <w:tr w:rsidR="002516E4" w14:paraId="3506FB87" w14:textId="77777777">
        <w:trPr>
          <w:cantSplit/>
        </w:trPr>
        <w:tc>
          <w:tcPr>
            <w:tcW w:w="482" w:type="dxa"/>
          </w:tcPr>
          <w:p w14:paraId="19D57736" w14:textId="77777777" w:rsidR="002516E4" w:rsidRDefault="00A3491C">
            <w:pPr>
              <w:spacing w:after="40" w:line="240" w:lineRule="auto"/>
            </w:pPr>
            <w:r>
              <w:rPr>
                <w:sz w:val="17"/>
              </w:rPr>
              <w:t>14</w:t>
            </w:r>
          </w:p>
        </w:tc>
        <w:tc>
          <w:tcPr>
            <w:tcW w:w="2268" w:type="dxa"/>
          </w:tcPr>
          <w:p w14:paraId="2D4B105C" w14:textId="77777777" w:rsidR="002516E4" w:rsidRDefault="002516E4">
            <w:pPr>
              <w:spacing w:after="40" w:line="240" w:lineRule="auto"/>
            </w:pPr>
          </w:p>
        </w:tc>
        <w:tc>
          <w:tcPr>
            <w:tcW w:w="867" w:type="dxa"/>
          </w:tcPr>
          <w:p w14:paraId="33BF66AD" w14:textId="77777777" w:rsidR="002516E4" w:rsidRDefault="002516E4">
            <w:pPr>
              <w:spacing w:after="40" w:line="240" w:lineRule="auto"/>
            </w:pPr>
          </w:p>
        </w:tc>
        <w:tc>
          <w:tcPr>
            <w:tcW w:w="867" w:type="dxa"/>
          </w:tcPr>
          <w:p w14:paraId="50D2B8BD" w14:textId="77777777" w:rsidR="002516E4" w:rsidRDefault="002516E4">
            <w:pPr>
              <w:spacing w:after="40" w:line="240" w:lineRule="auto"/>
            </w:pPr>
          </w:p>
        </w:tc>
        <w:tc>
          <w:tcPr>
            <w:tcW w:w="867" w:type="dxa"/>
          </w:tcPr>
          <w:p w14:paraId="3F0605D9" w14:textId="77777777" w:rsidR="002516E4" w:rsidRDefault="002516E4">
            <w:pPr>
              <w:spacing w:after="40" w:line="240" w:lineRule="auto"/>
            </w:pPr>
          </w:p>
        </w:tc>
        <w:tc>
          <w:tcPr>
            <w:tcW w:w="867" w:type="dxa"/>
          </w:tcPr>
          <w:p w14:paraId="651B31D8" w14:textId="77777777" w:rsidR="002516E4" w:rsidRDefault="002516E4">
            <w:pPr>
              <w:spacing w:after="40" w:line="240" w:lineRule="auto"/>
            </w:pPr>
          </w:p>
        </w:tc>
        <w:tc>
          <w:tcPr>
            <w:tcW w:w="867" w:type="dxa"/>
          </w:tcPr>
          <w:p w14:paraId="5F540767" w14:textId="77777777" w:rsidR="002516E4" w:rsidRDefault="002516E4">
            <w:pPr>
              <w:spacing w:after="40" w:line="240" w:lineRule="auto"/>
            </w:pPr>
          </w:p>
        </w:tc>
        <w:tc>
          <w:tcPr>
            <w:tcW w:w="867" w:type="dxa"/>
          </w:tcPr>
          <w:p w14:paraId="35ACF5C0" w14:textId="77777777" w:rsidR="002516E4" w:rsidRDefault="002516E4">
            <w:pPr>
              <w:spacing w:after="40" w:line="240" w:lineRule="auto"/>
            </w:pPr>
          </w:p>
        </w:tc>
        <w:tc>
          <w:tcPr>
            <w:tcW w:w="867" w:type="dxa"/>
          </w:tcPr>
          <w:p w14:paraId="475C9FD7" w14:textId="77777777" w:rsidR="002516E4" w:rsidRDefault="002516E4">
            <w:pPr>
              <w:spacing w:after="40" w:line="240" w:lineRule="auto"/>
            </w:pPr>
          </w:p>
        </w:tc>
        <w:tc>
          <w:tcPr>
            <w:tcW w:w="1281" w:type="dxa"/>
          </w:tcPr>
          <w:p w14:paraId="476CD3D2" w14:textId="77777777" w:rsidR="002516E4" w:rsidRDefault="002516E4">
            <w:pPr>
              <w:spacing w:after="40" w:line="240" w:lineRule="auto"/>
            </w:pPr>
          </w:p>
        </w:tc>
      </w:tr>
      <w:tr w:rsidR="002516E4" w14:paraId="390C6246" w14:textId="77777777">
        <w:trPr>
          <w:cantSplit/>
        </w:trPr>
        <w:tc>
          <w:tcPr>
            <w:tcW w:w="482" w:type="dxa"/>
          </w:tcPr>
          <w:p w14:paraId="67EC3485" w14:textId="77777777" w:rsidR="002516E4" w:rsidRDefault="00A3491C">
            <w:pPr>
              <w:spacing w:after="40" w:line="240" w:lineRule="auto"/>
            </w:pPr>
            <w:r>
              <w:rPr>
                <w:sz w:val="17"/>
              </w:rPr>
              <w:t>15</w:t>
            </w:r>
          </w:p>
        </w:tc>
        <w:tc>
          <w:tcPr>
            <w:tcW w:w="2268" w:type="dxa"/>
          </w:tcPr>
          <w:p w14:paraId="6BA7C148" w14:textId="77777777" w:rsidR="002516E4" w:rsidRDefault="002516E4">
            <w:pPr>
              <w:spacing w:after="40" w:line="240" w:lineRule="auto"/>
            </w:pPr>
          </w:p>
        </w:tc>
        <w:tc>
          <w:tcPr>
            <w:tcW w:w="867" w:type="dxa"/>
          </w:tcPr>
          <w:p w14:paraId="1DAEE7BC" w14:textId="77777777" w:rsidR="002516E4" w:rsidRDefault="002516E4">
            <w:pPr>
              <w:spacing w:after="40" w:line="240" w:lineRule="auto"/>
            </w:pPr>
          </w:p>
        </w:tc>
        <w:tc>
          <w:tcPr>
            <w:tcW w:w="867" w:type="dxa"/>
          </w:tcPr>
          <w:p w14:paraId="59FCE572" w14:textId="77777777" w:rsidR="002516E4" w:rsidRDefault="002516E4">
            <w:pPr>
              <w:spacing w:after="40" w:line="240" w:lineRule="auto"/>
            </w:pPr>
          </w:p>
        </w:tc>
        <w:tc>
          <w:tcPr>
            <w:tcW w:w="867" w:type="dxa"/>
          </w:tcPr>
          <w:p w14:paraId="55FB318F" w14:textId="77777777" w:rsidR="002516E4" w:rsidRDefault="002516E4">
            <w:pPr>
              <w:spacing w:after="40" w:line="240" w:lineRule="auto"/>
            </w:pPr>
          </w:p>
        </w:tc>
        <w:tc>
          <w:tcPr>
            <w:tcW w:w="867" w:type="dxa"/>
          </w:tcPr>
          <w:p w14:paraId="20A9316A" w14:textId="77777777" w:rsidR="002516E4" w:rsidRDefault="002516E4">
            <w:pPr>
              <w:spacing w:after="40" w:line="240" w:lineRule="auto"/>
            </w:pPr>
          </w:p>
        </w:tc>
        <w:tc>
          <w:tcPr>
            <w:tcW w:w="867" w:type="dxa"/>
          </w:tcPr>
          <w:p w14:paraId="15D969A8" w14:textId="77777777" w:rsidR="002516E4" w:rsidRDefault="002516E4">
            <w:pPr>
              <w:spacing w:after="40" w:line="240" w:lineRule="auto"/>
            </w:pPr>
          </w:p>
        </w:tc>
        <w:tc>
          <w:tcPr>
            <w:tcW w:w="867" w:type="dxa"/>
          </w:tcPr>
          <w:p w14:paraId="50B703B5" w14:textId="77777777" w:rsidR="002516E4" w:rsidRDefault="002516E4">
            <w:pPr>
              <w:spacing w:after="40" w:line="240" w:lineRule="auto"/>
            </w:pPr>
          </w:p>
        </w:tc>
        <w:tc>
          <w:tcPr>
            <w:tcW w:w="867" w:type="dxa"/>
          </w:tcPr>
          <w:p w14:paraId="18162101" w14:textId="77777777" w:rsidR="002516E4" w:rsidRDefault="002516E4">
            <w:pPr>
              <w:spacing w:after="40" w:line="240" w:lineRule="auto"/>
            </w:pPr>
          </w:p>
        </w:tc>
        <w:tc>
          <w:tcPr>
            <w:tcW w:w="1281" w:type="dxa"/>
          </w:tcPr>
          <w:p w14:paraId="23FCEC92" w14:textId="77777777" w:rsidR="002516E4" w:rsidRDefault="002516E4">
            <w:pPr>
              <w:spacing w:after="40" w:line="240" w:lineRule="auto"/>
            </w:pPr>
          </w:p>
        </w:tc>
      </w:tr>
      <w:tr w:rsidR="002516E4" w14:paraId="41CC0EEA" w14:textId="77777777">
        <w:trPr>
          <w:cantSplit/>
        </w:trPr>
        <w:tc>
          <w:tcPr>
            <w:tcW w:w="482" w:type="dxa"/>
          </w:tcPr>
          <w:p w14:paraId="2B22EAFA" w14:textId="77777777" w:rsidR="002516E4" w:rsidRDefault="00A3491C">
            <w:pPr>
              <w:spacing w:after="40" w:line="240" w:lineRule="auto"/>
            </w:pPr>
            <w:r>
              <w:rPr>
                <w:sz w:val="17"/>
              </w:rPr>
              <w:t>16</w:t>
            </w:r>
          </w:p>
        </w:tc>
        <w:tc>
          <w:tcPr>
            <w:tcW w:w="2268" w:type="dxa"/>
          </w:tcPr>
          <w:p w14:paraId="759D4099" w14:textId="77777777" w:rsidR="002516E4" w:rsidRDefault="002516E4">
            <w:pPr>
              <w:spacing w:after="40" w:line="240" w:lineRule="auto"/>
            </w:pPr>
          </w:p>
        </w:tc>
        <w:tc>
          <w:tcPr>
            <w:tcW w:w="867" w:type="dxa"/>
          </w:tcPr>
          <w:p w14:paraId="2CC42E3C" w14:textId="77777777" w:rsidR="002516E4" w:rsidRDefault="002516E4">
            <w:pPr>
              <w:spacing w:after="40" w:line="240" w:lineRule="auto"/>
            </w:pPr>
          </w:p>
        </w:tc>
        <w:tc>
          <w:tcPr>
            <w:tcW w:w="867" w:type="dxa"/>
          </w:tcPr>
          <w:p w14:paraId="7D2E88FD" w14:textId="77777777" w:rsidR="002516E4" w:rsidRDefault="002516E4">
            <w:pPr>
              <w:spacing w:after="40" w:line="240" w:lineRule="auto"/>
            </w:pPr>
          </w:p>
        </w:tc>
        <w:tc>
          <w:tcPr>
            <w:tcW w:w="867" w:type="dxa"/>
          </w:tcPr>
          <w:p w14:paraId="7D4A3FE7" w14:textId="77777777" w:rsidR="002516E4" w:rsidRDefault="002516E4">
            <w:pPr>
              <w:spacing w:after="40" w:line="240" w:lineRule="auto"/>
            </w:pPr>
          </w:p>
        </w:tc>
        <w:tc>
          <w:tcPr>
            <w:tcW w:w="867" w:type="dxa"/>
          </w:tcPr>
          <w:p w14:paraId="248273A3" w14:textId="77777777" w:rsidR="002516E4" w:rsidRDefault="002516E4">
            <w:pPr>
              <w:spacing w:after="40" w:line="240" w:lineRule="auto"/>
            </w:pPr>
          </w:p>
        </w:tc>
        <w:tc>
          <w:tcPr>
            <w:tcW w:w="867" w:type="dxa"/>
          </w:tcPr>
          <w:p w14:paraId="3B9AEB4A" w14:textId="77777777" w:rsidR="002516E4" w:rsidRDefault="002516E4">
            <w:pPr>
              <w:spacing w:after="40" w:line="240" w:lineRule="auto"/>
            </w:pPr>
          </w:p>
        </w:tc>
        <w:tc>
          <w:tcPr>
            <w:tcW w:w="867" w:type="dxa"/>
          </w:tcPr>
          <w:p w14:paraId="41413CC4" w14:textId="77777777" w:rsidR="002516E4" w:rsidRDefault="002516E4">
            <w:pPr>
              <w:spacing w:after="40" w:line="240" w:lineRule="auto"/>
            </w:pPr>
          </w:p>
        </w:tc>
        <w:tc>
          <w:tcPr>
            <w:tcW w:w="867" w:type="dxa"/>
          </w:tcPr>
          <w:p w14:paraId="7EC4FE98" w14:textId="77777777" w:rsidR="002516E4" w:rsidRDefault="002516E4">
            <w:pPr>
              <w:spacing w:after="40" w:line="240" w:lineRule="auto"/>
            </w:pPr>
          </w:p>
        </w:tc>
        <w:tc>
          <w:tcPr>
            <w:tcW w:w="1281" w:type="dxa"/>
          </w:tcPr>
          <w:p w14:paraId="666813CA" w14:textId="77777777" w:rsidR="002516E4" w:rsidRDefault="002516E4">
            <w:pPr>
              <w:spacing w:after="40" w:line="240" w:lineRule="auto"/>
            </w:pPr>
          </w:p>
        </w:tc>
      </w:tr>
      <w:tr w:rsidR="002516E4" w14:paraId="7258A748" w14:textId="77777777">
        <w:trPr>
          <w:cantSplit/>
        </w:trPr>
        <w:tc>
          <w:tcPr>
            <w:tcW w:w="482" w:type="dxa"/>
          </w:tcPr>
          <w:p w14:paraId="4C64FB60" w14:textId="77777777" w:rsidR="002516E4" w:rsidRDefault="00A3491C">
            <w:pPr>
              <w:spacing w:after="40" w:line="240" w:lineRule="auto"/>
            </w:pPr>
            <w:r>
              <w:rPr>
                <w:sz w:val="17"/>
              </w:rPr>
              <w:t>17</w:t>
            </w:r>
          </w:p>
        </w:tc>
        <w:tc>
          <w:tcPr>
            <w:tcW w:w="2268" w:type="dxa"/>
          </w:tcPr>
          <w:p w14:paraId="590C7FF2" w14:textId="77777777" w:rsidR="002516E4" w:rsidRDefault="002516E4">
            <w:pPr>
              <w:spacing w:after="40" w:line="240" w:lineRule="auto"/>
            </w:pPr>
          </w:p>
        </w:tc>
        <w:tc>
          <w:tcPr>
            <w:tcW w:w="867" w:type="dxa"/>
          </w:tcPr>
          <w:p w14:paraId="4F953A3C" w14:textId="77777777" w:rsidR="002516E4" w:rsidRDefault="002516E4">
            <w:pPr>
              <w:spacing w:after="40" w:line="240" w:lineRule="auto"/>
            </w:pPr>
          </w:p>
        </w:tc>
        <w:tc>
          <w:tcPr>
            <w:tcW w:w="867" w:type="dxa"/>
          </w:tcPr>
          <w:p w14:paraId="2AE7E90A" w14:textId="77777777" w:rsidR="002516E4" w:rsidRDefault="002516E4">
            <w:pPr>
              <w:spacing w:after="40" w:line="240" w:lineRule="auto"/>
            </w:pPr>
          </w:p>
        </w:tc>
        <w:tc>
          <w:tcPr>
            <w:tcW w:w="867" w:type="dxa"/>
          </w:tcPr>
          <w:p w14:paraId="1DE3E4EC" w14:textId="77777777" w:rsidR="002516E4" w:rsidRDefault="002516E4">
            <w:pPr>
              <w:spacing w:after="40" w:line="240" w:lineRule="auto"/>
            </w:pPr>
          </w:p>
        </w:tc>
        <w:tc>
          <w:tcPr>
            <w:tcW w:w="867" w:type="dxa"/>
          </w:tcPr>
          <w:p w14:paraId="4AD205BB" w14:textId="77777777" w:rsidR="002516E4" w:rsidRDefault="002516E4">
            <w:pPr>
              <w:spacing w:after="40" w:line="240" w:lineRule="auto"/>
            </w:pPr>
          </w:p>
        </w:tc>
        <w:tc>
          <w:tcPr>
            <w:tcW w:w="867" w:type="dxa"/>
          </w:tcPr>
          <w:p w14:paraId="7632A229" w14:textId="77777777" w:rsidR="002516E4" w:rsidRDefault="002516E4">
            <w:pPr>
              <w:spacing w:after="40" w:line="240" w:lineRule="auto"/>
            </w:pPr>
          </w:p>
        </w:tc>
        <w:tc>
          <w:tcPr>
            <w:tcW w:w="867" w:type="dxa"/>
          </w:tcPr>
          <w:p w14:paraId="0F83E6D3" w14:textId="77777777" w:rsidR="002516E4" w:rsidRDefault="002516E4">
            <w:pPr>
              <w:spacing w:after="40" w:line="240" w:lineRule="auto"/>
            </w:pPr>
          </w:p>
        </w:tc>
        <w:tc>
          <w:tcPr>
            <w:tcW w:w="867" w:type="dxa"/>
          </w:tcPr>
          <w:p w14:paraId="523ADDBB" w14:textId="77777777" w:rsidR="002516E4" w:rsidRDefault="002516E4">
            <w:pPr>
              <w:spacing w:after="40" w:line="240" w:lineRule="auto"/>
            </w:pPr>
          </w:p>
        </w:tc>
        <w:tc>
          <w:tcPr>
            <w:tcW w:w="1281" w:type="dxa"/>
          </w:tcPr>
          <w:p w14:paraId="375927CD" w14:textId="77777777" w:rsidR="002516E4" w:rsidRDefault="002516E4">
            <w:pPr>
              <w:spacing w:after="40" w:line="240" w:lineRule="auto"/>
            </w:pPr>
          </w:p>
        </w:tc>
      </w:tr>
      <w:tr w:rsidR="002516E4" w14:paraId="6BB13CB5" w14:textId="77777777">
        <w:trPr>
          <w:cantSplit/>
        </w:trPr>
        <w:tc>
          <w:tcPr>
            <w:tcW w:w="482" w:type="dxa"/>
          </w:tcPr>
          <w:p w14:paraId="4E165DC1" w14:textId="77777777" w:rsidR="002516E4" w:rsidRDefault="00A3491C">
            <w:pPr>
              <w:spacing w:after="40" w:line="240" w:lineRule="auto"/>
            </w:pPr>
            <w:r>
              <w:rPr>
                <w:sz w:val="17"/>
              </w:rPr>
              <w:t>18</w:t>
            </w:r>
          </w:p>
        </w:tc>
        <w:tc>
          <w:tcPr>
            <w:tcW w:w="2268" w:type="dxa"/>
          </w:tcPr>
          <w:p w14:paraId="4B17A4D5" w14:textId="77777777" w:rsidR="002516E4" w:rsidRDefault="002516E4">
            <w:pPr>
              <w:spacing w:after="40" w:line="240" w:lineRule="auto"/>
            </w:pPr>
          </w:p>
        </w:tc>
        <w:tc>
          <w:tcPr>
            <w:tcW w:w="867" w:type="dxa"/>
          </w:tcPr>
          <w:p w14:paraId="651B528C" w14:textId="77777777" w:rsidR="002516E4" w:rsidRDefault="002516E4">
            <w:pPr>
              <w:spacing w:after="40" w:line="240" w:lineRule="auto"/>
            </w:pPr>
          </w:p>
        </w:tc>
        <w:tc>
          <w:tcPr>
            <w:tcW w:w="867" w:type="dxa"/>
          </w:tcPr>
          <w:p w14:paraId="643AB686" w14:textId="77777777" w:rsidR="002516E4" w:rsidRDefault="002516E4">
            <w:pPr>
              <w:spacing w:after="40" w:line="240" w:lineRule="auto"/>
            </w:pPr>
          </w:p>
        </w:tc>
        <w:tc>
          <w:tcPr>
            <w:tcW w:w="867" w:type="dxa"/>
          </w:tcPr>
          <w:p w14:paraId="3B792193" w14:textId="77777777" w:rsidR="002516E4" w:rsidRDefault="002516E4">
            <w:pPr>
              <w:spacing w:after="40" w:line="240" w:lineRule="auto"/>
            </w:pPr>
          </w:p>
        </w:tc>
        <w:tc>
          <w:tcPr>
            <w:tcW w:w="867" w:type="dxa"/>
          </w:tcPr>
          <w:p w14:paraId="3109D7A6" w14:textId="77777777" w:rsidR="002516E4" w:rsidRDefault="002516E4">
            <w:pPr>
              <w:spacing w:after="40" w:line="240" w:lineRule="auto"/>
            </w:pPr>
          </w:p>
        </w:tc>
        <w:tc>
          <w:tcPr>
            <w:tcW w:w="867" w:type="dxa"/>
          </w:tcPr>
          <w:p w14:paraId="61A2CD93" w14:textId="77777777" w:rsidR="002516E4" w:rsidRDefault="002516E4">
            <w:pPr>
              <w:spacing w:after="40" w:line="240" w:lineRule="auto"/>
            </w:pPr>
          </w:p>
        </w:tc>
        <w:tc>
          <w:tcPr>
            <w:tcW w:w="867" w:type="dxa"/>
          </w:tcPr>
          <w:p w14:paraId="3DB56B2D" w14:textId="77777777" w:rsidR="002516E4" w:rsidRDefault="002516E4">
            <w:pPr>
              <w:spacing w:after="40" w:line="240" w:lineRule="auto"/>
            </w:pPr>
          </w:p>
        </w:tc>
        <w:tc>
          <w:tcPr>
            <w:tcW w:w="867" w:type="dxa"/>
          </w:tcPr>
          <w:p w14:paraId="73DD70F7" w14:textId="77777777" w:rsidR="002516E4" w:rsidRDefault="002516E4">
            <w:pPr>
              <w:spacing w:after="40" w:line="240" w:lineRule="auto"/>
            </w:pPr>
          </w:p>
        </w:tc>
        <w:tc>
          <w:tcPr>
            <w:tcW w:w="1281" w:type="dxa"/>
          </w:tcPr>
          <w:p w14:paraId="1143A8D9" w14:textId="77777777" w:rsidR="002516E4" w:rsidRDefault="002516E4">
            <w:pPr>
              <w:spacing w:after="40" w:line="240" w:lineRule="auto"/>
            </w:pPr>
          </w:p>
        </w:tc>
      </w:tr>
      <w:tr w:rsidR="002516E4" w14:paraId="12D85082" w14:textId="77777777">
        <w:trPr>
          <w:cantSplit/>
        </w:trPr>
        <w:tc>
          <w:tcPr>
            <w:tcW w:w="482" w:type="dxa"/>
          </w:tcPr>
          <w:p w14:paraId="0972EE95" w14:textId="77777777" w:rsidR="002516E4" w:rsidRDefault="00A3491C">
            <w:pPr>
              <w:spacing w:after="40" w:line="240" w:lineRule="auto"/>
            </w:pPr>
            <w:r>
              <w:rPr>
                <w:sz w:val="17"/>
              </w:rPr>
              <w:t>19</w:t>
            </w:r>
          </w:p>
        </w:tc>
        <w:tc>
          <w:tcPr>
            <w:tcW w:w="2268" w:type="dxa"/>
          </w:tcPr>
          <w:p w14:paraId="1937834D" w14:textId="77777777" w:rsidR="002516E4" w:rsidRDefault="002516E4">
            <w:pPr>
              <w:spacing w:after="40" w:line="240" w:lineRule="auto"/>
            </w:pPr>
          </w:p>
        </w:tc>
        <w:tc>
          <w:tcPr>
            <w:tcW w:w="867" w:type="dxa"/>
          </w:tcPr>
          <w:p w14:paraId="01B4EB28" w14:textId="77777777" w:rsidR="002516E4" w:rsidRDefault="002516E4">
            <w:pPr>
              <w:spacing w:after="40" w:line="240" w:lineRule="auto"/>
            </w:pPr>
          </w:p>
        </w:tc>
        <w:tc>
          <w:tcPr>
            <w:tcW w:w="867" w:type="dxa"/>
          </w:tcPr>
          <w:p w14:paraId="14AE0A44" w14:textId="77777777" w:rsidR="002516E4" w:rsidRDefault="002516E4">
            <w:pPr>
              <w:spacing w:after="40" w:line="240" w:lineRule="auto"/>
            </w:pPr>
          </w:p>
        </w:tc>
        <w:tc>
          <w:tcPr>
            <w:tcW w:w="867" w:type="dxa"/>
          </w:tcPr>
          <w:p w14:paraId="73CC970A" w14:textId="77777777" w:rsidR="002516E4" w:rsidRDefault="002516E4">
            <w:pPr>
              <w:spacing w:after="40" w:line="240" w:lineRule="auto"/>
            </w:pPr>
          </w:p>
        </w:tc>
        <w:tc>
          <w:tcPr>
            <w:tcW w:w="867" w:type="dxa"/>
          </w:tcPr>
          <w:p w14:paraId="0ACB3E4B" w14:textId="77777777" w:rsidR="002516E4" w:rsidRDefault="002516E4">
            <w:pPr>
              <w:spacing w:after="40" w:line="240" w:lineRule="auto"/>
            </w:pPr>
          </w:p>
        </w:tc>
        <w:tc>
          <w:tcPr>
            <w:tcW w:w="867" w:type="dxa"/>
          </w:tcPr>
          <w:p w14:paraId="322166D7" w14:textId="77777777" w:rsidR="002516E4" w:rsidRDefault="002516E4">
            <w:pPr>
              <w:spacing w:after="40" w:line="240" w:lineRule="auto"/>
            </w:pPr>
          </w:p>
        </w:tc>
        <w:tc>
          <w:tcPr>
            <w:tcW w:w="867" w:type="dxa"/>
          </w:tcPr>
          <w:p w14:paraId="4673044C" w14:textId="77777777" w:rsidR="002516E4" w:rsidRDefault="002516E4">
            <w:pPr>
              <w:spacing w:after="40" w:line="240" w:lineRule="auto"/>
            </w:pPr>
          </w:p>
        </w:tc>
        <w:tc>
          <w:tcPr>
            <w:tcW w:w="867" w:type="dxa"/>
          </w:tcPr>
          <w:p w14:paraId="4578A84F" w14:textId="77777777" w:rsidR="002516E4" w:rsidRDefault="002516E4">
            <w:pPr>
              <w:spacing w:after="40" w:line="240" w:lineRule="auto"/>
            </w:pPr>
          </w:p>
        </w:tc>
        <w:tc>
          <w:tcPr>
            <w:tcW w:w="1281" w:type="dxa"/>
          </w:tcPr>
          <w:p w14:paraId="40DDAA3A" w14:textId="77777777" w:rsidR="002516E4" w:rsidRDefault="002516E4">
            <w:pPr>
              <w:spacing w:after="40" w:line="240" w:lineRule="auto"/>
            </w:pPr>
          </w:p>
        </w:tc>
      </w:tr>
      <w:tr w:rsidR="002516E4" w14:paraId="69785525" w14:textId="77777777">
        <w:trPr>
          <w:cantSplit/>
        </w:trPr>
        <w:tc>
          <w:tcPr>
            <w:tcW w:w="482" w:type="dxa"/>
          </w:tcPr>
          <w:p w14:paraId="0F95521D" w14:textId="77777777" w:rsidR="002516E4" w:rsidRDefault="00A3491C">
            <w:pPr>
              <w:spacing w:after="40" w:line="240" w:lineRule="auto"/>
            </w:pPr>
            <w:r>
              <w:rPr>
                <w:sz w:val="17"/>
              </w:rPr>
              <w:t>20</w:t>
            </w:r>
          </w:p>
        </w:tc>
        <w:tc>
          <w:tcPr>
            <w:tcW w:w="2268" w:type="dxa"/>
          </w:tcPr>
          <w:p w14:paraId="6E7BCF91" w14:textId="77777777" w:rsidR="002516E4" w:rsidRDefault="002516E4">
            <w:pPr>
              <w:spacing w:after="40" w:line="240" w:lineRule="auto"/>
            </w:pPr>
          </w:p>
        </w:tc>
        <w:tc>
          <w:tcPr>
            <w:tcW w:w="867" w:type="dxa"/>
          </w:tcPr>
          <w:p w14:paraId="1ED6CDE3" w14:textId="77777777" w:rsidR="002516E4" w:rsidRDefault="002516E4">
            <w:pPr>
              <w:spacing w:after="40" w:line="240" w:lineRule="auto"/>
            </w:pPr>
          </w:p>
        </w:tc>
        <w:tc>
          <w:tcPr>
            <w:tcW w:w="867" w:type="dxa"/>
          </w:tcPr>
          <w:p w14:paraId="31A539A2" w14:textId="77777777" w:rsidR="002516E4" w:rsidRDefault="002516E4">
            <w:pPr>
              <w:spacing w:after="40" w:line="240" w:lineRule="auto"/>
            </w:pPr>
          </w:p>
        </w:tc>
        <w:tc>
          <w:tcPr>
            <w:tcW w:w="867" w:type="dxa"/>
          </w:tcPr>
          <w:p w14:paraId="2AA0D039" w14:textId="77777777" w:rsidR="002516E4" w:rsidRDefault="002516E4">
            <w:pPr>
              <w:spacing w:after="40" w:line="240" w:lineRule="auto"/>
            </w:pPr>
          </w:p>
        </w:tc>
        <w:tc>
          <w:tcPr>
            <w:tcW w:w="867" w:type="dxa"/>
          </w:tcPr>
          <w:p w14:paraId="7660E269" w14:textId="77777777" w:rsidR="002516E4" w:rsidRDefault="002516E4">
            <w:pPr>
              <w:spacing w:after="40" w:line="240" w:lineRule="auto"/>
            </w:pPr>
          </w:p>
        </w:tc>
        <w:tc>
          <w:tcPr>
            <w:tcW w:w="867" w:type="dxa"/>
          </w:tcPr>
          <w:p w14:paraId="7DDACFD3" w14:textId="77777777" w:rsidR="002516E4" w:rsidRDefault="002516E4">
            <w:pPr>
              <w:spacing w:after="40" w:line="240" w:lineRule="auto"/>
            </w:pPr>
          </w:p>
        </w:tc>
        <w:tc>
          <w:tcPr>
            <w:tcW w:w="867" w:type="dxa"/>
          </w:tcPr>
          <w:p w14:paraId="4E63D141" w14:textId="77777777" w:rsidR="002516E4" w:rsidRDefault="002516E4">
            <w:pPr>
              <w:spacing w:after="40" w:line="240" w:lineRule="auto"/>
            </w:pPr>
          </w:p>
        </w:tc>
        <w:tc>
          <w:tcPr>
            <w:tcW w:w="867" w:type="dxa"/>
          </w:tcPr>
          <w:p w14:paraId="665F9157" w14:textId="77777777" w:rsidR="002516E4" w:rsidRDefault="002516E4">
            <w:pPr>
              <w:spacing w:after="40" w:line="240" w:lineRule="auto"/>
            </w:pPr>
          </w:p>
        </w:tc>
        <w:tc>
          <w:tcPr>
            <w:tcW w:w="1281" w:type="dxa"/>
          </w:tcPr>
          <w:p w14:paraId="7B579191" w14:textId="77777777" w:rsidR="002516E4" w:rsidRDefault="002516E4">
            <w:pPr>
              <w:spacing w:after="40" w:line="240" w:lineRule="auto"/>
            </w:pPr>
          </w:p>
        </w:tc>
      </w:tr>
      <w:tr w:rsidR="002516E4" w14:paraId="7E5EE98E" w14:textId="77777777">
        <w:trPr>
          <w:cantSplit/>
        </w:trPr>
        <w:tc>
          <w:tcPr>
            <w:tcW w:w="482" w:type="dxa"/>
          </w:tcPr>
          <w:p w14:paraId="486754D1" w14:textId="77777777" w:rsidR="002516E4" w:rsidRDefault="00A3491C">
            <w:pPr>
              <w:spacing w:after="40" w:line="240" w:lineRule="auto"/>
            </w:pPr>
            <w:r>
              <w:rPr>
                <w:sz w:val="17"/>
              </w:rPr>
              <w:t>21</w:t>
            </w:r>
          </w:p>
        </w:tc>
        <w:tc>
          <w:tcPr>
            <w:tcW w:w="2268" w:type="dxa"/>
          </w:tcPr>
          <w:p w14:paraId="3F2DB0BD" w14:textId="77777777" w:rsidR="002516E4" w:rsidRDefault="002516E4">
            <w:pPr>
              <w:spacing w:after="40" w:line="240" w:lineRule="auto"/>
            </w:pPr>
          </w:p>
        </w:tc>
        <w:tc>
          <w:tcPr>
            <w:tcW w:w="867" w:type="dxa"/>
          </w:tcPr>
          <w:p w14:paraId="56E22231" w14:textId="77777777" w:rsidR="002516E4" w:rsidRDefault="002516E4">
            <w:pPr>
              <w:spacing w:after="40" w:line="240" w:lineRule="auto"/>
            </w:pPr>
          </w:p>
        </w:tc>
        <w:tc>
          <w:tcPr>
            <w:tcW w:w="867" w:type="dxa"/>
          </w:tcPr>
          <w:p w14:paraId="3C46A258" w14:textId="77777777" w:rsidR="002516E4" w:rsidRDefault="002516E4">
            <w:pPr>
              <w:spacing w:after="40" w:line="240" w:lineRule="auto"/>
            </w:pPr>
          </w:p>
        </w:tc>
        <w:tc>
          <w:tcPr>
            <w:tcW w:w="867" w:type="dxa"/>
          </w:tcPr>
          <w:p w14:paraId="7CCEDD10" w14:textId="77777777" w:rsidR="002516E4" w:rsidRDefault="002516E4">
            <w:pPr>
              <w:spacing w:after="40" w:line="240" w:lineRule="auto"/>
            </w:pPr>
          </w:p>
        </w:tc>
        <w:tc>
          <w:tcPr>
            <w:tcW w:w="867" w:type="dxa"/>
          </w:tcPr>
          <w:p w14:paraId="27039983" w14:textId="77777777" w:rsidR="002516E4" w:rsidRDefault="002516E4">
            <w:pPr>
              <w:spacing w:after="40" w:line="240" w:lineRule="auto"/>
            </w:pPr>
          </w:p>
        </w:tc>
        <w:tc>
          <w:tcPr>
            <w:tcW w:w="867" w:type="dxa"/>
          </w:tcPr>
          <w:p w14:paraId="5025033E" w14:textId="77777777" w:rsidR="002516E4" w:rsidRDefault="002516E4">
            <w:pPr>
              <w:spacing w:after="40" w:line="240" w:lineRule="auto"/>
            </w:pPr>
          </w:p>
        </w:tc>
        <w:tc>
          <w:tcPr>
            <w:tcW w:w="867" w:type="dxa"/>
          </w:tcPr>
          <w:p w14:paraId="36FA3465" w14:textId="77777777" w:rsidR="002516E4" w:rsidRDefault="002516E4">
            <w:pPr>
              <w:spacing w:after="40" w:line="240" w:lineRule="auto"/>
            </w:pPr>
          </w:p>
        </w:tc>
        <w:tc>
          <w:tcPr>
            <w:tcW w:w="867" w:type="dxa"/>
          </w:tcPr>
          <w:p w14:paraId="37B8DC7C" w14:textId="77777777" w:rsidR="002516E4" w:rsidRDefault="002516E4">
            <w:pPr>
              <w:spacing w:after="40" w:line="240" w:lineRule="auto"/>
            </w:pPr>
          </w:p>
        </w:tc>
        <w:tc>
          <w:tcPr>
            <w:tcW w:w="1281" w:type="dxa"/>
          </w:tcPr>
          <w:p w14:paraId="49EF5A10" w14:textId="77777777" w:rsidR="002516E4" w:rsidRDefault="002516E4">
            <w:pPr>
              <w:spacing w:after="40" w:line="240" w:lineRule="auto"/>
            </w:pPr>
          </w:p>
        </w:tc>
      </w:tr>
      <w:tr w:rsidR="002516E4" w14:paraId="78AE49EE" w14:textId="77777777">
        <w:trPr>
          <w:cantSplit/>
        </w:trPr>
        <w:tc>
          <w:tcPr>
            <w:tcW w:w="482" w:type="dxa"/>
          </w:tcPr>
          <w:p w14:paraId="1A32F34F" w14:textId="77777777" w:rsidR="002516E4" w:rsidRDefault="00A3491C">
            <w:pPr>
              <w:spacing w:after="40" w:line="240" w:lineRule="auto"/>
            </w:pPr>
            <w:r>
              <w:rPr>
                <w:sz w:val="17"/>
              </w:rPr>
              <w:t>22</w:t>
            </w:r>
          </w:p>
        </w:tc>
        <w:tc>
          <w:tcPr>
            <w:tcW w:w="2268" w:type="dxa"/>
          </w:tcPr>
          <w:p w14:paraId="2FACE7F4" w14:textId="77777777" w:rsidR="002516E4" w:rsidRDefault="002516E4">
            <w:pPr>
              <w:spacing w:after="40" w:line="240" w:lineRule="auto"/>
            </w:pPr>
          </w:p>
        </w:tc>
        <w:tc>
          <w:tcPr>
            <w:tcW w:w="867" w:type="dxa"/>
          </w:tcPr>
          <w:p w14:paraId="174B55B5" w14:textId="77777777" w:rsidR="002516E4" w:rsidRDefault="002516E4">
            <w:pPr>
              <w:spacing w:after="40" w:line="240" w:lineRule="auto"/>
            </w:pPr>
          </w:p>
        </w:tc>
        <w:tc>
          <w:tcPr>
            <w:tcW w:w="867" w:type="dxa"/>
          </w:tcPr>
          <w:p w14:paraId="4023C0F8" w14:textId="77777777" w:rsidR="002516E4" w:rsidRDefault="002516E4">
            <w:pPr>
              <w:spacing w:after="40" w:line="240" w:lineRule="auto"/>
            </w:pPr>
          </w:p>
        </w:tc>
        <w:tc>
          <w:tcPr>
            <w:tcW w:w="867" w:type="dxa"/>
          </w:tcPr>
          <w:p w14:paraId="36AEB71F" w14:textId="77777777" w:rsidR="002516E4" w:rsidRDefault="002516E4">
            <w:pPr>
              <w:spacing w:after="40" w:line="240" w:lineRule="auto"/>
            </w:pPr>
          </w:p>
        </w:tc>
        <w:tc>
          <w:tcPr>
            <w:tcW w:w="867" w:type="dxa"/>
          </w:tcPr>
          <w:p w14:paraId="67B3EF9C" w14:textId="77777777" w:rsidR="002516E4" w:rsidRDefault="002516E4">
            <w:pPr>
              <w:spacing w:after="40" w:line="240" w:lineRule="auto"/>
            </w:pPr>
          </w:p>
        </w:tc>
        <w:tc>
          <w:tcPr>
            <w:tcW w:w="867" w:type="dxa"/>
          </w:tcPr>
          <w:p w14:paraId="7CFC1B38" w14:textId="77777777" w:rsidR="002516E4" w:rsidRDefault="002516E4">
            <w:pPr>
              <w:spacing w:after="40" w:line="240" w:lineRule="auto"/>
            </w:pPr>
          </w:p>
        </w:tc>
        <w:tc>
          <w:tcPr>
            <w:tcW w:w="867" w:type="dxa"/>
          </w:tcPr>
          <w:p w14:paraId="6EAD3498" w14:textId="77777777" w:rsidR="002516E4" w:rsidRDefault="002516E4">
            <w:pPr>
              <w:spacing w:after="40" w:line="240" w:lineRule="auto"/>
            </w:pPr>
          </w:p>
        </w:tc>
        <w:tc>
          <w:tcPr>
            <w:tcW w:w="867" w:type="dxa"/>
          </w:tcPr>
          <w:p w14:paraId="05C791CD" w14:textId="77777777" w:rsidR="002516E4" w:rsidRDefault="002516E4">
            <w:pPr>
              <w:spacing w:after="40" w:line="240" w:lineRule="auto"/>
            </w:pPr>
          </w:p>
        </w:tc>
        <w:tc>
          <w:tcPr>
            <w:tcW w:w="1281" w:type="dxa"/>
          </w:tcPr>
          <w:p w14:paraId="54310C36" w14:textId="77777777" w:rsidR="002516E4" w:rsidRDefault="002516E4">
            <w:pPr>
              <w:spacing w:after="40" w:line="240" w:lineRule="auto"/>
            </w:pPr>
          </w:p>
        </w:tc>
      </w:tr>
      <w:tr w:rsidR="002516E4" w14:paraId="162A7B67" w14:textId="77777777">
        <w:trPr>
          <w:cantSplit/>
        </w:trPr>
        <w:tc>
          <w:tcPr>
            <w:tcW w:w="482" w:type="dxa"/>
          </w:tcPr>
          <w:p w14:paraId="51573941" w14:textId="77777777" w:rsidR="002516E4" w:rsidRDefault="00A3491C">
            <w:pPr>
              <w:spacing w:after="40" w:line="240" w:lineRule="auto"/>
            </w:pPr>
            <w:r>
              <w:rPr>
                <w:sz w:val="17"/>
              </w:rPr>
              <w:t>23</w:t>
            </w:r>
          </w:p>
        </w:tc>
        <w:tc>
          <w:tcPr>
            <w:tcW w:w="2268" w:type="dxa"/>
          </w:tcPr>
          <w:p w14:paraId="1A3C4DF4" w14:textId="77777777" w:rsidR="002516E4" w:rsidRDefault="002516E4">
            <w:pPr>
              <w:spacing w:after="40" w:line="240" w:lineRule="auto"/>
            </w:pPr>
          </w:p>
        </w:tc>
        <w:tc>
          <w:tcPr>
            <w:tcW w:w="867" w:type="dxa"/>
          </w:tcPr>
          <w:p w14:paraId="16874D3B" w14:textId="77777777" w:rsidR="002516E4" w:rsidRDefault="002516E4">
            <w:pPr>
              <w:spacing w:after="40" w:line="240" w:lineRule="auto"/>
            </w:pPr>
          </w:p>
        </w:tc>
        <w:tc>
          <w:tcPr>
            <w:tcW w:w="867" w:type="dxa"/>
          </w:tcPr>
          <w:p w14:paraId="5FAA7DC3" w14:textId="77777777" w:rsidR="002516E4" w:rsidRDefault="002516E4">
            <w:pPr>
              <w:spacing w:after="40" w:line="240" w:lineRule="auto"/>
            </w:pPr>
          </w:p>
        </w:tc>
        <w:tc>
          <w:tcPr>
            <w:tcW w:w="867" w:type="dxa"/>
          </w:tcPr>
          <w:p w14:paraId="2AA79DEC" w14:textId="77777777" w:rsidR="002516E4" w:rsidRDefault="002516E4">
            <w:pPr>
              <w:spacing w:after="40" w:line="240" w:lineRule="auto"/>
            </w:pPr>
          </w:p>
        </w:tc>
        <w:tc>
          <w:tcPr>
            <w:tcW w:w="867" w:type="dxa"/>
          </w:tcPr>
          <w:p w14:paraId="7B6238C7" w14:textId="77777777" w:rsidR="002516E4" w:rsidRDefault="002516E4">
            <w:pPr>
              <w:spacing w:after="40" w:line="240" w:lineRule="auto"/>
            </w:pPr>
          </w:p>
        </w:tc>
        <w:tc>
          <w:tcPr>
            <w:tcW w:w="867" w:type="dxa"/>
          </w:tcPr>
          <w:p w14:paraId="02292687" w14:textId="77777777" w:rsidR="002516E4" w:rsidRDefault="002516E4">
            <w:pPr>
              <w:spacing w:after="40" w:line="240" w:lineRule="auto"/>
            </w:pPr>
          </w:p>
        </w:tc>
        <w:tc>
          <w:tcPr>
            <w:tcW w:w="867" w:type="dxa"/>
          </w:tcPr>
          <w:p w14:paraId="7FB7C2CF" w14:textId="77777777" w:rsidR="002516E4" w:rsidRDefault="002516E4">
            <w:pPr>
              <w:spacing w:after="40" w:line="240" w:lineRule="auto"/>
            </w:pPr>
          </w:p>
        </w:tc>
        <w:tc>
          <w:tcPr>
            <w:tcW w:w="867" w:type="dxa"/>
          </w:tcPr>
          <w:p w14:paraId="47B98121" w14:textId="77777777" w:rsidR="002516E4" w:rsidRDefault="002516E4">
            <w:pPr>
              <w:spacing w:after="40" w:line="240" w:lineRule="auto"/>
            </w:pPr>
          </w:p>
        </w:tc>
        <w:tc>
          <w:tcPr>
            <w:tcW w:w="1281" w:type="dxa"/>
          </w:tcPr>
          <w:p w14:paraId="329B9832" w14:textId="77777777" w:rsidR="002516E4" w:rsidRDefault="002516E4">
            <w:pPr>
              <w:spacing w:after="40" w:line="240" w:lineRule="auto"/>
            </w:pPr>
          </w:p>
        </w:tc>
      </w:tr>
      <w:tr w:rsidR="002516E4" w14:paraId="28BA57D8" w14:textId="77777777">
        <w:trPr>
          <w:cantSplit/>
        </w:trPr>
        <w:tc>
          <w:tcPr>
            <w:tcW w:w="482" w:type="dxa"/>
          </w:tcPr>
          <w:p w14:paraId="76CCCB99" w14:textId="77777777" w:rsidR="002516E4" w:rsidRDefault="00A3491C">
            <w:pPr>
              <w:spacing w:after="40" w:line="240" w:lineRule="auto"/>
            </w:pPr>
            <w:r>
              <w:rPr>
                <w:sz w:val="17"/>
              </w:rPr>
              <w:t>24</w:t>
            </w:r>
          </w:p>
        </w:tc>
        <w:tc>
          <w:tcPr>
            <w:tcW w:w="2268" w:type="dxa"/>
          </w:tcPr>
          <w:p w14:paraId="29AB9ABA" w14:textId="77777777" w:rsidR="002516E4" w:rsidRDefault="002516E4">
            <w:pPr>
              <w:spacing w:after="40" w:line="240" w:lineRule="auto"/>
            </w:pPr>
          </w:p>
        </w:tc>
        <w:tc>
          <w:tcPr>
            <w:tcW w:w="867" w:type="dxa"/>
          </w:tcPr>
          <w:p w14:paraId="375BAC02" w14:textId="77777777" w:rsidR="002516E4" w:rsidRDefault="002516E4">
            <w:pPr>
              <w:spacing w:after="40" w:line="240" w:lineRule="auto"/>
            </w:pPr>
          </w:p>
        </w:tc>
        <w:tc>
          <w:tcPr>
            <w:tcW w:w="867" w:type="dxa"/>
          </w:tcPr>
          <w:p w14:paraId="52E2ABC8" w14:textId="77777777" w:rsidR="002516E4" w:rsidRDefault="002516E4">
            <w:pPr>
              <w:spacing w:after="40" w:line="240" w:lineRule="auto"/>
            </w:pPr>
          </w:p>
        </w:tc>
        <w:tc>
          <w:tcPr>
            <w:tcW w:w="867" w:type="dxa"/>
          </w:tcPr>
          <w:p w14:paraId="5CE4F670" w14:textId="77777777" w:rsidR="002516E4" w:rsidRDefault="002516E4">
            <w:pPr>
              <w:spacing w:after="40" w:line="240" w:lineRule="auto"/>
            </w:pPr>
          </w:p>
        </w:tc>
        <w:tc>
          <w:tcPr>
            <w:tcW w:w="867" w:type="dxa"/>
          </w:tcPr>
          <w:p w14:paraId="56CF1E46" w14:textId="77777777" w:rsidR="002516E4" w:rsidRDefault="002516E4">
            <w:pPr>
              <w:spacing w:after="40" w:line="240" w:lineRule="auto"/>
            </w:pPr>
          </w:p>
        </w:tc>
        <w:tc>
          <w:tcPr>
            <w:tcW w:w="867" w:type="dxa"/>
          </w:tcPr>
          <w:p w14:paraId="62C9395F" w14:textId="77777777" w:rsidR="002516E4" w:rsidRDefault="002516E4">
            <w:pPr>
              <w:spacing w:after="40" w:line="240" w:lineRule="auto"/>
            </w:pPr>
          </w:p>
        </w:tc>
        <w:tc>
          <w:tcPr>
            <w:tcW w:w="867" w:type="dxa"/>
          </w:tcPr>
          <w:p w14:paraId="5CAAD876" w14:textId="77777777" w:rsidR="002516E4" w:rsidRDefault="002516E4">
            <w:pPr>
              <w:spacing w:after="40" w:line="240" w:lineRule="auto"/>
            </w:pPr>
          </w:p>
        </w:tc>
        <w:tc>
          <w:tcPr>
            <w:tcW w:w="867" w:type="dxa"/>
          </w:tcPr>
          <w:p w14:paraId="213F16BD" w14:textId="77777777" w:rsidR="002516E4" w:rsidRDefault="002516E4">
            <w:pPr>
              <w:spacing w:after="40" w:line="240" w:lineRule="auto"/>
            </w:pPr>
          </w:p>
        </w:tc>
        <w:tc>
          <w:tcPr>
            <w:tcW w:w="1281" w:type="dxa"/>
          </w:tcPr>
          <w:p w14:paraId="0C580B68" w14:textId="77777777" w:rsidR="002516E4" w:rsidRDefault="002516E4">
            <w:pPr>
              <w:spacing w:after="40" w:line="240" w:lineRule="auto"/>
            </w:pPr>
          </w:p>
        </w:tc>
      </w:tr>
      <w:tr w:rsidR="002516E4" w14:paraId="0A3EDD0A" w14:textId="77777777">
        <w:trPr>
          <w:cantSplit/>
        </w:trPr>
        <w:tc>
          <w:tcPr>
            <w:tcW w:w="482" w:type="dxa"/>
          </w:tcPr>
          <w:p w14:paraId="0FC8C2C0" w14:textId="77777777" w:rsidR="002516E4" w:rsidRDefault="00A3491C">
            <w:pPr>
              <w:spacing w:after="40" w:line="240" w:lineRule="auto"/>
            </w:pPr>
            <w:r>
              <w:rPr>
                <w:sz w:val="17"/>
              </w:rPr>
              <w:t>25</w:t>
            </w:r>
          </w:p>
        </w:tc>
        <w:tc>
          <w:tcPr>
            <w:tcW w:w="2268" w:type="dxa"/>
          </w:tcPr>
          <w:p w14:paraId="23E40BF4" w14:textId="77777777" w:rsidR="002516E4" w:rsidRDefault="002516E4">
            <w:pPr>
              <w:spacing w:after="40" w:line="240" w:lineRule="auto"/>
            </w:pPr>
          </w:p>
        </w:tc>
        <w:tc>
          <w:tcPr>
            <w:tcW w:w="867" w:type="dxa"/>
          </w:tcPr>
          <w:p w14:paraId="7EAB5F10" w14:textId="77777777" w:rsidR="002516E4" w:rsidRDefault="002516E4">
            <w:pPr>
              <w:spacing w:after="40" w:line="240" w:lineRule="auto"/>
            </w:pPr>
          </w:p>
        </w:tc>
        <w:tc>
          <w:tcPr>
            <w:tcW w:w="867" w:type="dxa"/>
          </w:tcPr>
          <w:p w14:paraId="0F6AD756" w14:textId="77777777" w:rsidR="002516E4" w:rsidRDefault="002516E4">
            <w:pPr>
              <w:spacing w:after="40" w:line="240" w:lineRule="auto"/>
            </w:pPr>
          </w:p>
        </w:tc>
        <w:tc>
          <w:tcPr>
            <w:tcW w:w="867" w:type="dxa"/>
          </w:tcPr>
          <w:p w14:paraId="10D3AEB9" w14:textId="77777777" w:rsidR="002516E4" w:rsidRDefault="002516E4">
            <w:pPr>
              <w:spacing w:after="40" w:line="240" w:lineRule="auto"/>
            </w:pPr>
          </w:p>
        </w:tc>
        <w:tc>
          <w:tcPr>
            <w:tcW w:w="867" w:type="dxa"/>
          </w:tcPr>
          <w:p w14:paraId="23E2B6B1" w14:textId="77777777" w:rsidR="002516E4" w:rsidRDefault="002516E4">
            <w:pPr>
              <w:spacing w:after="40" w:line="240" w:lineRule="auto"/>
            </w:pPr>
          </w:p>
        </w:tc>
        <w:tc>
          <w:tcPr>
            <w:tcW w:w="867" w:type="dxa"/>
          </w:tcPr>
          <w:p w14:paraId="4B8762B7" w14:textId="77777777" w:rsidR="002516E4" w:rsidRDefault="002516E4">
            <w:pPr>
              <w:spacing w:after="40" w:line="240" w:lineRule="auto"/>
            </w:pPr>
          </w:p>
        </w:tc>
        <w:tc>
          <w:tcPr>
            <w:tcW w:w="867" w:type="dxa"/>
          </w:tcPr>
          <w:p w14:paraId="23E2EC16" w14:textId="77777777" w:rsidR="002516E4" w:rsidRDefault="002516E4">
            <w:pPr>
              <w:spacing w:after="40" w:line="240" w:lineRule="auto"/>
            </w:pPr>
          </w:p>
        </w:tc>
        <w:tc>
          <w:tcPr>
            <w:tcW w:w="867" w:type="dxa"/>
          </w:tcPr>
          <w:p w14:paraId="5387C728" w14:textId="77777777" w:rsidR="002516E4" w:rsidRDefault="002516E4">
            <w:pPr>
              <w:spacing w:after="40" w:line="240" w:lineRule="auto"/>
            </w:pPr>
          </w:p>
        </w:tc>
        <w:tc>
          <w:tcPr>
            <w:tcW w:w="1281" w:type="dxa"/>
          </w:tcPr>
          <w:p w14:paraId="1AF02818" w14:textId="77777777" w:rsidR="002516E4" w:rsidRDefault="002516E4">
            <w:pPr>
              <w:spacing w:after="40" w:line="240" w:lineRule="auto"/>
            </w:pPr>
          </w:p>
        </w:tc>
      </w:tr>
      <w:tr w:rsidR="002516E4" w14:paraId="7BF11003" w14:textId="77777777">
        <w:trPr>
          <w:cantSplit/>
        </w:trPr>
        <w:tc>
          <w:tcPr>
            <w:tcW w:w="482" w:type="dxa"/>
          </w:tcPr>
          <w:p w14:paraId="28B28494" w14:textId="77777777" w:rsidR="002516E4" w:rsidRDefault="00A3491C">
            <w:pPr>
              <w:spacing w:after="40" w:line="240" w:lineRule="auto"/>
            </w:pPr>
            <w:r>
              <w:rPr>
                <w:sz w:val="17"/>
              </w:rPr>
              <w:t>26</w:t>
            </w:r>
          </w:p>
        </w:tc>
        <w:tc>
          <w:tcPr>
            <w:tcW w:w="2268" w:type="dxa"/>
          </w:tcPr>
          <w:p w14:paraId="6394E13A" w14:textId="77777777" w:rsidR="002516E4" w:rsidRDefault="002516E4">
            <w:pPr>
              <w:spacing w:after="40" w:line="240" w:lineRule="auto"/>
            </w:pPr>
          </w:p>
        </w:tc>
        <w:tc>
          <w:tcPr>
            <w:tcW w:w="867" w:type="dxa"/>
          </w:tcPr>
          <w:p w14:paraId="61916880" w14:textId="77777777" w:rsidR="002516E4" w:rsidRDefault="002516E4">
            <w:pPr>
              <w:spacing w:after="40" w:line="240" w:lineRule="auto"/>
            </w:pPr>
          </w:p>
        </w:tc>
        <w:tc>
          <w:tcPr>
            <w:tcW w:w="867" w:type="dxa"/>
          </w:tcPr>
          <w:p w14:paraId="2262EF10" w14:textId="77777777" w:rsidR="002516E4" w:rsidRDefault="002516E4">
            <w:pPr>
              <w:spacing w:after="40" w:line="240" w:lineRule="auto"/>
            </w:pPr>
          </w:p>
        </w:tc>
        <w:tc>
          <w:tcPr>
            <w:tcW w:w="867" w:type="dxa"/>
          </w:tcPr>
          <w:p w14:paraId="4879F641" w14:textId="77777777" w:rsidR="002516E4" w:rsidRDefault="002516E4">
            <w:pPr>
              <w:spacing w:after="40" w:line="240" w:lineRule="auto"/>
            </w:pPr>
          </w:p>
        </w:tc>
        <w:tc>
          <w:tcPr>
            <w:tcW w:w="867" w:type="dxa"/>
          </w:tcPr>
          <w:p w14:paraId="09E8F35C" w14:textId="77777777" w:rsidR="002516E4" w:rsidRDefault="002516E4">
            <w:pPr>
              <w:spacing w:after="40" w:line="240" w:lineRule="auto"/>
            </w:pPr>
          </w:p>
        </w:tc>
        <w:tc>
          <w:tcPr>
            <w:tcW w:w="867" w:type="dxa"/>
          </w:tcPr>
          <w:p w14:paraId="48CCB86F" w14:textId="77777777" w:rsidR="002516E4" w:rsidRDefault="002516E4">
            <w:pPr>
              <w:spacing w:after="40" w:line="240" w:lineRule="auto"/>
            </w:pPr>
          </w:p>
        </w:tc>
        <w:tc>
          <w:tcPr>
            <w:tcW w:w="867" w:type="dxa"/>
          </w:tcPr>
          <w:p w14:paraId="70CC5403" w14:textId="77777777" w:rsidR="002516E4" w:rsidRDefault="002516E4">
            <w:pPr>
              <w:spacing w:after="40" w:line="240" w:lineRule="auto"/>
            </w:pPr>
          </w:p>
        </w:tc>
        <w:tc>
          <w:tcPr>
            <w:tcW w:w="867" w:type="dxa"/>
          </w:tcPr>
          <w:p w14:paraId="69BFE130" w14:textId="77777777" w:rsidR="002516E4" w:rsidRDefault="002516E4">
            <w:pPr>
              <w:spacing w:after="40" w:line="240" w:lineRule="auto"/>
            </w:pPr>
          </w:p>
        </w:tc>
        <w:tc>
          <w:tcPr>
            <w:tcW w:w="1281" w:type="dxa"/>
          </w:tcPr>
          <w:p w14:paraId="012ED013" w14:textId="77777777" w:rsidR="002516E4" w:rsidRDefault="002516E4">
            <w:pPr>
              <w:spacing w:after="40" w:line="240" w:lineRule="auto"/>
            </w:pPr>
          </w:p>
        </w:tc>
      </w:tr>
      <w:tr w:rsidR="002516E4" w14:paraId="7475F4DC" w14:textId="77777777">
        <w:trPr>
          <w:cantSplit/>
        </w:trPr>
        <w:tc>
          <w:tcPr>
            <w:tcW w:w="482" w:type="dxa"/>
          </w:tcPr>
          <w:p w14:paraId="6A003C3F" w14:textId="77777777" w:rsidR="002516E4" w:rsidRDefault="00A3491C">
            <w:pPr>
              <w:spacing w:after="40" w:line="240" w:lineRule="auto"/>
            </w:pPr>
            <w:r>
              <w:rPr>
                <w:sz w:val="17"/>
              </w:rPr>
              <w:t>27</w:t>
            </w:r>
          </w:p>
        </w:tc>
        <w:tc>
          <w:tcPr>
            <w:tcW w:w="2268" w:type="dxa"/>
          </w:tcPr>
          <w:p w14:paraId="26143DB1" w14:textId="77777777" w:rsidR="002516E4" w:rsidRDefault="002516E4">
            <w:pPr>
              <w:spacing w:after="40" w:line="240" w:lineRule="auto"/>
            </w:pPr>
          </w:p>
        </w:tc>
        <w:tc>
          <w:tcPr>
            <w:tcW w:w="867" w:type="dxa"/>
          </w:tcPr>
          <w:p w14:paraId="718F6BFD" w14:textId="77777777" w:rsidR="002516E4" w:rsidRDefault="002516E4">
            <w:pPr>
              <w:spacing w:after="40" w:line="240" w:lineRule="auto"/>
            </w:pPr>
          </w:p>
        </w:tc>
        <w:tc>
          <w:tcPr>
            <w:tcW w:w="867" w:type="dxa"/>
          </w:tcPr>
          <w:p w14:paraId="262ECE0F" w14:textId="77777777" w:rsidR="002516E4" w:rsidRDefault="002516E4">
            <w:pPr>
              <w:spacing w:after="40" w:line="240" w:lineRule="auto"/>
            </w:pPr>
          </w:p>
        </w:tc>
        <w:tc>
          <w:tcPr>
            <w:tcW w:w="867" w:type="dxa"/>
          </w:tcPr>
          <w:p w14:paraId="6CA3E6BE" w14:textId="77777777" w:rsidR="002516E4" w:rsidRDefault="002516E4">
            <w:pPr>
              <w:spacing w:after="40" w:line="240" w:lineRule="auto"/>
            </w:pPr>
          </w:p>
        </w:tc>
        <w:tc>
          <w:tcPr>
            <w:tcW w:w="867" w:type="dxa"/>
          </w:tcPr>
          <w:p w14:paraId="66D80A4C" w14:textId="77777777" w:rsidR="002516E4" w:rsidRDefault="002516E4">
            <w:pPr>
              <w:spacing w:after="40" w:line="240" w:lineRule="auto"/>
            </w:pPr>
          </w:p>
        </w:tc>
        <w:tc>
          <w:tcPr>
            <w:tcW w:w="867" w:type="dxa"/>
          </w:tcPr>
          <w:p w14:paraId="090FE872" w14:textId="77777777" w:rsidR="002516E4" w:rsidRDefault="002516E4">
            <w:pPr>
              <w:spacing w:after="40" w:line="240" w:lineRule="auto"/>
            </w:pPr>
          </w:p>
        </w:tc>
        <w:tc>
          <w:tcPr>
            <w:tcW w:w="867" w:type="dxa"/>
          </w:tcPr>
          <w:p w14:paraId="425500EE" w14:textId="77777777" w:rsidR="002516E4" w:rsidRDefault="002516E4">
            <w:pPr>
              <w:spacing w:after="40" w:line="240" w:lineRule="auto"/>
            </w:pPr>
          </w:p>
        </w:tc>
        <w:tc>
          <w:tcPr>
            <w:tcW w:w="867" w:type="dxa"/>
          </w:tcPr>
          <w:p w14:paraId="5211880C" w14:textId="77777777" w:rsidR="002516E4" w:rsidRDefault="002516E4">
            <w:pPr>
              <w:spacing w:after="40" w:line="240" w:lineRule="auto"/>
            </w:pPr>
          </w:p>
        </w:tc>
        <w:tc>
          <w:tcPr>
            <w:tcW w:w="1281" w:type="dxa"/>
          </w:tcPr>
          <w:p w14:paraId="059D092F" w14:textId="77777777" w:rsidR="002516E4" w:rsidRDefault="002516E4">
            <w:pPr>
              <w:spacing w:after="40" w:line="240" w:lineRule="auto"/>
            </w:pPr>
          </w:p>
        </w:tc>
      </w:tr>
      <w:tr w:rsidR="002516E4" w14:paraId="265B8A93" w14:textId="77777777">
        <w:trPr>
          <w:cantSplit/>
        </w:trPr>
        <w:tc>
          <w:tcPr>
            <w:tcW w:w="482" w:type="dxa"/>
          </w:tcPr>
          <w:p w14:paraId="6C3FA33D" w14:textId="77777777" w:rsidR="002516E4" w:rsidRDefault="00A3491C">
            <w:pPr>
              <w:spacing w:after="40" w:line="240" w:lineRule="auto"/>
            </w:pPr>
            <w:r>
              <w:rPr>
                <w:sz w:val="17"/>
              </w:rPr>
              <w:t>28</w:t>
            </w:r>
          </w:p>
        </w:tc>
        <w:tc>
          <w:tcPr>
            <w:tcW w:w="2268" w:type="dxa"/>
          </w:tcPr>
          <w:p w14:paraId="60665D29" w14:textId="77777777" w:rsidR="002516E4" w:rsidRDefault="002516E4">
            <w:pPr>
              <w:spacing w:after="40" w:line="240" w:lineRule="auto"/>
            </w:pPr>
          </w:p>
        </w:tc>
        <w:tc>
          <w:tcPr>
            <w:tcW w:w="867" w:type="dxa"/>
          </w:tcPr>
          <w:p w14:paraId="5210CD6D" w14:textId="77777777" w:rsidR="002516E4" w:rsidRDefault="002516E4">
            <w:pPr>
              <w:spacing w:after="40" w:line="240" w:lineRule="auto"/>
            </w:pPr>
          </w:p>
        </w:tc>
        <w:tc>
          <w:tcPr>
            <w:tcW w:w="867" w:type="dxa"/>
          </w:tcPr>
          <w:p w14:paraId="69A5BF23" w14:textId="77777777" w:rsidR="002516E4" w:rsidRDefault="002516E4">
            <w:pPr>
              <w:spacing w:after="40" w:line="240" w:lineRule="auto"/>
            </w:pPr>
          </w:p>
        </w:tc>
        <w:tc>
          <w:tcPr>
            <w:tcW w:w="867" w:type="dxa"/>
          </w:tcPr>
          <w:p w14:paraId="16A29B2D" w14:textId="77777777" w:rsidR="002516E4" w:rsidRDefault="002516E4">
            <w:pPr>
              <w:spacing w:after="40" w:line="240" w:lineRule="auto"/>
            </w:pPr>
          </w:p>
        </w:tc>
        <w:tc>
          <w:tcPr>
            <w:tcW w:w="867" w:type="dxa"/>
          </w:tcPr>
          <w:p w14:paraId="7727D1AE" w14:textId="77777777" w:rsidR="002516E4" w:rsidRDefault="002516E4">
            <w:pPr>
              <w:spacing w:after="40" w:line="240" w:lineRule="auto"/>
            </w:pPr>
          </w:p>
        </w:tc>
        <w:tc>
          <w:tcPr>
            <w:tcW w:w="867" w:type="dxa"/>
          </w:tcPr>
          <w:p w14:paraId="4DA3F33A" w14:textId="77777777" w:rsidR="002516E4" w:rsidRDefault="002516E4">
            <w:pPr>
              <w:spacing w:after="40" w:line="240" w:lineRule="auto"/>
            </w:pPr>
          </w:p>
        </w:tc>
        <w:tc>
          <w:tcPr>
            <w:tcW w:w="867" w:type="dxa"/>
          </w:tcPr>
          <w:p w14:paraId="25B6CB05" w14:textId="77777777" w:rsidR="002516E4" w:rsidRDefault="002516E4">
            <w:pPr>
              <w:spacing w:after="40" w:line="240" w:lineRule="auto"/>
            </w:pPr>
          </w:p>
        </w:tc>
        <w:tc>
          <w:tcPr>
            <w:tcW w:w="867" w:type="dxa"/>
          </w:tcPr>
          <w:p w14:paraId="70973536" w14:textId="77777777" w:rsidR="002516E4" w:rsidRDefault="002516E4">
            <w:pPr>
              <w:spacing w:after="40" w:line="240" w:lineRule="auto"/>
            </w:pPr>
          </w:p>
        </w:tc>
        <w:tc>
          <w:tcPr>
            <w:tcW w:w="1281" w:type="dxa"/>
          </w:tcPr>
          <w:p w14:paraId="73E153DF" w14:textId="77777777" w:rsidR="002516E4" w:rsidRDefault="002516E4">
            <w:pPr>
              <w:spacing w:after="40" w:line="240" w:lineRule="auto"/>
            </w:pPr>
          </w:p>
        </w:tc>
      </w:tr>
      <w:tr w:rsidR="002516E4" w14:paraId="58970CF2" w14:textId="77777777">
        <w:trPr>
          <w:cantSplit/>
        </w:trPr>
        <w:tc>
          <w:tcPr>
            <w:tcW w:w="482" w:type="dxa"/>
          </w:tcPr>
          <w:p w14:paraId="20DFE6EC" w14:textId="77777777" w:rsidR="002516E4" w:rsidRDefault="00A3491C">
            <w:pPr>
              <w:spacing w:after="40" w:line="240" w:lineRule="auto"/>
            </w:pPr>
            <w:r>
              <w:rPr>
                <w:sz w:val="17"/>
              </w:rPr>
              <w:t>29</w:t>
            </w:r>
          </w:p>
        </w:tc>
        <w:tc>
          <w:tcPr>
            <w:tcW w:w="2268" w:type="dxa"/>
          </w:tcPr>
          <w:p w14:paraId="48AAA415" w14:textId="77777777" w:rsidR="002516E4" w:rsidRDefault="002516E4">
            <w:pPr>
              <w:spacing w:after="40" w:line="240" w:lineRule="auto"/>
            </w:pPr>
          </w:p>
        </w:tc>
        <w:tc>
          <w:tcPr>
            <w:tcW w:w="867" w:type="dxa"/>
          </w:tcPr>
          <w:p w14:paraId="556583E2" w14:textId="77777777" w:rsidR="002516E4" w:rsidRDefault="002516E4">
            <w:pPr>
              <w:spacing w:after="40" w:line="240" w:lineRule="auto"/>
            </w:pPr>
          </w:p>
        </w:tc>
        <w:tc>
          <w:tcPr>
            <w:tcW w:w="867" w:type="dxa"/>
          </w:tcPr>
          <w:p w14:paraId="32814F2B" w14:textId="77777777" w:rsidR="002516E4" w:rsidRDefault="002516E4">
            <w:pPr>
              <w:spacing w:after="40" w:line="240" w:lineRule="auto"/>
            </w:pPr>
          </w:p>
        </w:tc>
        <w:tc>
          <w:tcPr>
            <w:tcW w:w="867" w:type="dxa"/>
          </w:tcPr>
          <w:p w14:paraId="25C6E4D6" w14:textId="77777777" w:rsidR="002516E4" w:rsidRDefault="002516E4">
            <w:pPr>
              <w:spacing w:after="40" w:line="240" w:lineRule="auto"/>
            </w:pPr>
          </w:p>
        </w:tc>
        <w:tc>
          <w:tcPr>
            <w:tcW w:w="867" w:type="dxa"/>
          </w:tcPr>
          <w:p w14:paraId="5A45B2C4" w14:textId="77777777" w:rsidR="002516E4" w:rsidRDefault="002516E4">
            <w:pPr>
              <w:spacing w:after="40" w:line="240" w:lineRule="auto"/>
            </w:pPr>
          </w:p>
        </w:tc>
        <w:tc>
          <w:tcPr>
            <w:tcW w:w="867" w:type="dxa"/>
          </w:tcPr>
          <w:p w14:paraId="3EE7FEEA" w14:textId="77777777" w:rsidR="002516E4" w:rsidRDefault="002516E4">
            <w:pPr>
              <w:spacing w:after="40" w:line="240" w:lineRule="auto"/>
            </w:pPr>
          </w:p>
        </w:tc>
        <w:tc>
          <w:tcPr>
            <w:tcW w:w="867" w:type="dxa"/>
          </w:tcPr>
          <w:p w14:paraId="652B3E8F" w14:textId="77777777" w:rsidR="002516E4" w:rsidRDefault="002516E4">
            <w:pPr>
              <w:spacing w:after="40" w:line="240" w:lineRule="auto"/>
            </w:pPr>
          </w:p>
        </w:tc>
        <w:tc>
          <w:tcPr>
            <w:tcW w:w="867" w:type="dxa"/>
          </w:tcPr>
          <w:p w14:paraId="470BCED6" w14:textId="77777777" w:rsidR="002516E4" w:rsidRDefault="002516E4">
            <w:pPr>
              <w:spacing w:after="40" w:line="240" w:lineRule="auto"/>
            </w:pPr>
          </w:p>
        </w:tc>
        <w:tc>
          <w:tcPr>
            <w:tcW w:w="1281" w:type="dxa"/>
          </w:tcPr>
          <w:p w14:paraId="2B0ACE3F" w14:textId="77777777" w:rsidR="002516E4" w:rsidRDefault="002516E4">
            <w:pPr>
              <w:spacing w:after="40" w:line="240" w:lineRule="auto"/>
            </w:pPr>
          </w:p>
        </w:tc>
      </w:tr>
      <w:tr w:rsidR="002516E4" w14:paraId="26A28080" w14:textId="77777777">
        <w:trPr>
          <w:cantSplit/>
        </w:trPr>
        <w:tc>
          <w:tcPr>
            <w:tcW w:w="482" w:type="dxa"/>
          </w:tcPr>
          <w:p w14:paraId="35D87363" w14:textId="77777777" w:rsidR="002516E4" w:rsidRDefault="00A3491C">
            <w:pPr>
              <w:spacing w:after="40" w:line="240" w:lineRule="auto"/>
            </w:pPr>
            <w:r>
              <w:rPr>
                <w:sz w:val="17"/>
              </w:rPr>
              <w:t>30</w:t>
            </w:r>
          </w:p>
        </w:tc>
        <w:tc>
          <w:tcPr>
            <w:tcW w:w="2268" w:type="dxa"/>
          </w:tcPr>
          <w:p w14:paraId="4BCF5DC7" w14:textId="77777777" w:rsidR="002516E4" w:rsidRDefault="002516E4">
            <w:pPr>
              <w:spacing w:after="40" w:line="240" w:lineRule="auto"/>
            </w:pPr>
          </w:p>
        </w:tc>
        <w:tc>
          <w:tcPr>
            <w:tcW w:w="867" w:type="dxa"/>
          </w:tcPr>
          <w:p w14:paraId="6D4D79B3" w14:textId="77777777" w:rsidR="002516E4" w:rsidRDefault="002516E4">
            <w:pPr>
              <w:spacing w:after="40" w:line="240" w:lineRule="auto"/>
            </w:pPr>
          </w:p>
        </w:tc>
        <w:tc>
          <w:tcPr>
            <w:tcW w:w="867" w:type="dxa"/>
          </w:tcPr>
          <w:p w14:paraId="5042C322" w14:textId="77777777" w:rsidR="002516E4" w:rsidRDefault="002516E4">
            <w:pPr>
              <w:spacing w:after="40" w:line="240" w:lineRule="auto"/>
            </w:pPr>
          </w:p>
        </w:tc>
        <w:tc>
          <w:tcPr>
            <w:tcW w:w="867" w:type="dxa"/>
          </w:tcPr>
          <w:p w14:paraId="2C44D9FA" w14:textId="77777777" w:rsidR="002516E4" w:rsidRDefault="002516E4">
            <w:pPr>
              <w:spacing w:after="40" w:line="240" w:lineRule="auto"/>
            </w:pPr>
          </w:p>
        </w:tc>
        <w:tc>
          <w:tcPr>
            <w:tcW w:w="867" w:type="dxa"/>
          </w:tcPr>
          <w:p w14:paraId="686B1180" w14:textId="77777777" w:rsidR="002516E4" w:rsidRDefault="002516E4">
            <w:pPr>
              <w:spacing w:after="40" w:line="240" w:lineRule="auto"/>
            </w:pPr>
          </w:p>
        </w:tc>
        <w:tc>
          <w:tcPr>
            <w:tcW w:w="867" w:type="dxa"/>
          </w:tcPr>
          <w:p w14:paraId="6E8B58DA" w14:textId="77777777" w:rsidR="002516E4" w:rsidRDefault="002516E4">
            <w:pPr>
              <w:spacing w:after="40" w:line="240" w:lineRule="auto"/>
            </w:pPr>
          </w:p>
        </w:tc>
        <w:tc>
          <w:tcPr>
            <w:tcW w:w="867" w:type="dxa"/>
          </w:tcPr>
          <w:p w14:paraId="72DC9EF9" w14:textId="77777777" w:rsidR="002516E4" w:rsidRDefault="002516E4">
            <w:pPr>
              <w:spacing w:after="40" w:line="240" w:lineRule="auto"/>
            </w:pPr>
          </w:p>
        </w:tc>
        <w:tc>
          <w:tcPr>
            <w:tcW w:w="867" w:type="dxa"/>
          </w:tcPr>
          <w:p w14:paraId="14CBB95C" w14:textId="77777777" w:rsidR="002516E4" w:rsidRDefault="002516E4">
            <w:pPr>
              <w:spacing w:after="40" w:line="240" w:lineRule="auto"/>
            </w:pPr>
          </w:p>
        </w:tc>
        <w:tc>
          <w:tcPr>
            <w:tcW w:w="1281" w:type="dxa"/>
          </w:tcPr>
          <w:p w14:paraId="6692BE7C" w14:textId="77777777" w:rsidR="002516E4" w:rsidRDefault="002516E4">
            <w:pPr>
              <w:spacing w:after="40" w:line="240" w:lineRule="auto"/>
            </w:pPr>
          </w:p>
        </w:tc>
      </w:tr>
    </w:tbl>
    <w:p w14:paraId="43288617" w14:textId="77777777" w:rsidR="002516E4" w:rsidRDefault="00A3491C">
      <w:pPr>
        <w:keepNext/>
        <w:spacing w:before="160"/>
      </w:pPr>
      <w:r>
        <w:rPr>
          <w:b/>
          <w:sz w:val="23"/>
        </w:rPr>
        <w:t>What a low score means</w:t>
      </w:r>
    </w:p>
    <w:p w14:paraId="04AD0729" w14:textId="77777777" w:rsidR="002516E4" w:rsidRDefault="00A3491C">
      <w:pPr>
        <w:spacing w:after="60" w:line="240" w:lineRule="auto"/>
      </w:pPr>
      <w:r>
        <w:rPr>
          <w:b/>
          <w:sz w:val="20"/>
        </w:rPr>
        <w:t xml:space="preserve">The trigger. </w:t>
      </w:r>
      <w:r>
        <w:rPr>
          <w:sz w:val="20"/>
        </w:rPr>
        <w:t>Below eight out of fifteen in two weeks running goes on your list. One bad week is a bad week. Two is a gap.</w:t>
      </w:r>
    </w:p>
    <w:p w14:paraId="7CF86B76" w14:textId="77777777" w:rsidR="002516E4" w:rsidRDefault="00A3491C">
      <w:pPr>
        <w:spacing w:after="60" w:line="240" w:lineRule="auto"/>
      </w:pPr>
      <w:r>
        <w:rPr>
          <w:b/>
          <w:sz w:val="20"/>
        </w:rPr>
        <w:t xml:space="preserve">What it usually is. </w:t>
      </w:r>
      <w:r>
        <w:rPr>
          <w:sz w:val="20"/>
        </w:rPr>
        <w:t>In most cases a student scoring badly on the BACK questions but well on questions one to three has understood the lesson and not retained it. That is a revision habit problem rather than a comprehension problem, and it is fixed with a five-minute conversation and a fortnightly self-quiz, not with a booster class.</w:t>
      </w:r>
    </w:p>
    <w:p w14:paraId="613F7737" w14:textId="77777777" w:rsidR="002516E4" w:rsidRDefault="00A3491C">
      <w:pPr>
        <w:spacing w:after="60" w:line="240" w:lineRule="auto"/>
      </w:pPr>
      <w:r>
        <w:rPr>
          <w:b/>
          <w:sz w:val="20"/>
        </w:rPr>
        <w:t xml:space="preserve">A whole class scoring badly on the same question. </w:t>
      </w:r>
      <w:r>
        <w:rPr>
          <w:sz w:val="20"/>
        </w:rPr>
        <w:t>Reteach it in sixty seconds the same lesson, then put the same question back in as a BACK question two weeks later. If it scores well then, it has landed. If it does not, it needs a lesson, not a starter.</w:t>
      </w:r>
    </w:p>
    <w:p w14:paraId="5ACD61CE" w14:textId="77777777" w:rsidR="002516E4" w:rsidRDefault="00A3491C">
      <w:pPr>
        <w:keepNext/>
        <w:pageBreakBefore/>
        <w:spacing w:after="60"/>
      </w:pPr>
      <w:r>
        <w:rPr>
          <w:b/>
          <w:sz w:val="30"/>
        </w:rPr>
        <w:lastRenderedPageBreak/>
        <w:t>For the front of their books</w:t>
      </w:r>
    </w:p>
    <w:p w14:paraId="142DFA19" w14:textId="77777777" w:rsidR="002516E4" w:rsidRDefault="00A3491C">
      <w:pPr>
        <w:keepNext/>
      </w:pPr>
      <w:r>
        <w:rPr>
          <w:i/>
          <w:color w:val="555555"/>
          <w:sz w:val="20"/>
        </w:rPr>
        <w:t>Print this, cut it, and stick it inside the front cover of their books. It is the same routine written for them rather than for you, and it saves you explaining the second colour every week until October.</w:t>
      </w:r>
    </w:p>
    <w:tbl>
      <w:tblPr>
        <w:tblStyle w:val="TableGrid"/>
        <w:tblW w:w="0" w:type="auto"/>
        <w:tblLayout w:type="fixed"/>
        <w:tblLook w:val="04A0" w:firstRow="1" w:lastRow="0" w:firstColumn="1" w:lastColumn="0" w:noHBand="0" w:noVBand="1"/>
      </w:tblPr>
      <w:tblGrid>
        <w:gridCol w:w="10103"/>
      </w:tblGrid>
      <w:tr w:rsidR="002516E4" w14:paraId="11845A89" w14:textId="77777777">
        <w:trPr>
          <w:cantSplit/>
        </w:trPr>
        <w:tc>
          <w:tcPr>
            <w:tcW w:w="10103" w:type="dxa"/>
          </w:tcPr>
          <w:p w14:paraId="42E057E4" w14:textId="77777777" w:rsidR="002516E4" w:rsidRDefault="00A3491C">
            <w:pPr>
              <w:keepNext/>
              <w:spacing w:after="40" w:line="240" w:lineRule="auto"/>
            </w:pPr>
            <w:r>
              <w:rPr>
                <w:b/>
                <w:sz w:val="18"/>
              </w:rPr>
              <w:t>THE FOUR-MINUTE RULES</w:t>
            </w:r>
          </w:p>
          <w:p w14:paraId="33989242" w14:textId="77777777" w:rsidR="002516E4" w:rsidRDefault="00A3491C">
            <w:pPr>
              <w:keepNext/>
              <w:spacing w:after="20" w:line="240" w:lineRule="auto"/>
            </w:pPr>
            <w:r>
              <w:rPr>
                <w:b/>
                <w:sz w:val="19"/>
              </w:rPr>
              <w:t xml:space="preserve">1. </w:t>
            </w:r>
            <w:r>
              <w:rPr>
                <w:sz w:val="19"/>
              </w:rPr>
              <w:t>Five questions. Four minutes. Books open, notes away.</w:t>
            </w:r>
          </w:p>
          <w:p w14:paraId="7F2FABF0" w14:textId="77777777" w:rsidR="002516E4" w:rsidRDefault="00A3491C">
            <w:pPr>
              <w:keepNext/>
              <w:spacing w:after="20" w:line="240" w:lineRule="auto"/>
            </w:pPr>
            <w:r>
              <w:rPr>
                <w:b/>
                <w:sz w:val="19"/>
              </w:rPr>
              <w:t xml:space="preserve">2. </w:t>
            </w:r>
            <w:r>
              <w:rPr>
                <w:sz w:val="19"/>
              </w:rPr>
              <w:t>Number your answers one to five. If you cannot do one, leave a gap and move on to the next.</w:t>
            </w:r>
          </w:p>
          <w:p w14:paraId="62E41EB4" w14:textId="77777777" w:rsidR="002516E4" w:rsidRDefault="00A3491C">
            <w:pPr>
              <w:keepNext/>
              <w:spacing w:after="20" w:line="240" w:lineRule="auto"/>
            </w:pPr>
            <w:r>
              <w:rPr>
                <w:b/>
                <w:sz w:val="19"/>
              </w:rPr>
              <w:t xml:space="preserve">3. </w:t>
            </w:r>
            <w:r>
              <w:rPr>
                <w:sz w:val="19"/>
              </w:rPr>
              <w:t>When the timer goes, pens down and second colour out.</w:t>
            </w:r>
          </w:p>
          <w:p w14:paraId="647ADDCB" w14:textId="77777777" w:rsidR="002516E4" w:rsidRDefault="00A3491C">
            <w:pPr>
              <w:keepNext/>
              <w:spacing w:after="20" w:line="240" w:lineRule="auto"/>
            </w:pPr>
            <w:r>
              <w:rPr>
                <w:b/>
                <w:sz w:val="19"/>
              </w:rPr>
              <w:t xml:space="preserve">4. </w:t>
            </w:r>
            <w:r>
              <w:rPr>
                <w:sz w:val="19"/>
              </w:rPr>
              <w:t>Mark your own, honestly. A five you did not earn tells you nothing and costs you later.</w:t>
            </w:r>
          </w:p>
          <w:p w14:paraId="589B9EFE" w14:textId="77777777" w:rsidR="002516E4" w:rsidRDefault="00A3491C">
            <w:pPr>
              <w:keepNext/>
              <w:spacing w:after="20" w:line="240" w:lineRule="auto"/>
            </w:pPr>
            <w:r>
              <w:rPr>
                <w:b/>
                <w:sz w:val="19"/>
              </w:rPr>
              <w:t xml:space="preserve">5. </w:t>
            </w:r>
            <w:r>
              <w:rPr>
                <w:sz w:val="19"/>
              </w:rPr>
              <w:t>Circle the number of any question you got wrong.</w:t>
            </w:r>
          </w:p>
          <w:p w14:paraId="652F65D7" w14:textId="77777777" w:rsidR="002516E4" w:rsidRDefault="00A3491C">
            <w:pPr>
              <w:keepNext/>
              <w:spacing w:after="20" w:line="240" w:lineRule="auto"/>
            </w:pPr>
            <w:r>
              <w:rPr>
                <w:b/>
                <w:sz w:val="19"/>
              </w:rPr>
              <w:t xml:space="preserve">6. </w:t>
            </w:r>
            <w:r>
              <w:rPr>
                <w:sz w:val="19"/>
              </w:rPr>
              <w:t>Questions marked BACK TO WEEK are from earlier in the term. They repeat on purpose.</w:t>
            </w:r>
          </w:p>
          <w:p w14:paraId="6662D4B3" w14:textId="77777777" w:rsidR="002516E4" w:rsidRDefault="00A3491C">
            <w:pPr>
              <w:keepNext/>
              <w:spacing w:after="20" w:line="240" w:lineRule="auto"/>
            </w:pPr>
            <w:r>
              <w:rPr>
                <w:b/>
                <w:sz w:val="19"/>
              </w:rPr>
              <w:t xml:space="preserve">7. </w:t>
            </w:r>
            <w:r>
              <w:rPr>
                <w:sz w:val="19"/>
              </w:rPr>
              <w:t>If you got a BACK question wrong, that is the thing to revise tonight. It is a five-minute job now and a lost mark in the summer if you leave it.</w:t>
            </w:r>
          </w:p>
          <w:p w14:paraId="7886D0EF" w14:textId="77777777" w:rsidR="002516E4" w:rsidRDefault="00A3491C">
            <w:pPr>
              <w:keepNext/>
              <w:spacing w:after="20" w:line="240" w:lineRule="auto"/>
            </w:pPr>
            <w:r>
              <w:rPr>
                <w:b/>
                <w:sz w:val="19"/>
              </w:rPr>
              <w:t xml:space="preserve">8. </w:t>
            </w:r>
            <w:r>
              <w:rPr>
                <w:sz w:val="19"/>
              </w:rPr>
              <w:t>Write your score out of five in the margin. That number is the whole record.</w:t>
            </w:r>
          </w:p>
          <w:p w14:paraId="670A4EF7" w14:textId="77777777" w:rsidR="002516E4" w:rsidRDefault="00A3491C">
            <w:pPr>
              <w:spacing w:before="40" w:after="24" w:line="240" w:lineRule="auto"/>
            </w:pPr>
            <w:r>
              <w:rPr>
                <w:i/>
                <w:sz w:val="19"/>
              </w:rPr>
              <w:t>Why we do this: most of a lesson fades fast unless something makes you pull it back out. That is what these four minutes are. The questions you find hard are not a sign you are behind. They are the point of the exercise.</w:t>
            </w:r>
          </w:p>
        </w:tc>
      </w:tr>
    </w:tbl>
    <w:p w14:paraId="1D91F677" w14:textId="77777777" w:rsidR="002516E4" w:rsidRDefault="00A3491C">
      <w:pPr>
        <w:keepNext/>
        <w:spacing w:before="120" w:after="60"/>
      </w:pPr>
      <w:r>
        <w:rPr>
          <w:b/>
          <w:sz w:val="26"/>
        </w:rPr>
        <w:t>Before Monday</w:t>
      </w:r>
    </w:p>
    <w:tbl>
      <w:tblPr>
        <w:tblStyle w:val="TableGrid"/>
        <w:tblW w:w="0" w:type="auto"/>
        <w:tblLayout w:type="fixed"/>
        <w:tblLook w:val="04A0" w:firstRow="1" w:lastRow="0" w:firstColumn="1" w:lastColumn="0" w:noHBand="0" w:noVBand="1"/>
      </w:tblPr>
      <w:tblGrid>
        <w:gridCol w:w="4762"/>
        <w:gridCol w:w="5340"/>
      </w:tblGrid>
      <w:tr w:rsidR="002516E4" w14:paraId="7FF79EC4" w14:textId="77777777">
        <w:trPr>
          <w:cantSplit/>
        </w:trPr>
        <w:tc>
          <w:tcPr>
            <w:tcW w:w="4762" w:type="dxa"/>
            <w:shd w:val="clear" w:color="auto" w:fill="EFEFEF"/>
          </w:tcPr>
          <w:p w14:paraId="03A8EBA8" w14:textId="77777777" w:rsidR="002516E4" w:rsidRDefault="00A3491C">
            <w:pPr>
              <w:spacing w:after="40" w:line="240" w:lineRule="auto"/>
            </w:pPr>
            <w:r>
              <w:rPr>
                <w:b/>
                <w:sz w:val="20"/>
              </w:rPr>
              <w:t>Do this</w:t>
            </w:r>
          </w:p>
        </w:tc>
        <w:tc>
          <w:tcPr>
            <w:tcW w:w="5340" w:type="dxa"/>
            <w:shd w:val="clear" w:color="auto" w:fill="EFEFEF"/>
          </w:tcPr>
          <w:p w14:paraId="026536E5" w14:textId="77777777" w:rsidR="002516E4" w:rsidRDefault="00A3491C">
            <w:pPr>
              <w:spacing w:after="40" w:line="240" w:lineRule="auto"/>
            </w:pPr>
            <w:r>
              <w:rPr>
                <w:b/>
                <w:sz w:val="20"/>
              </w:rPr>
              <w:t>Why</w:t>
            </w:r>
          </w:p>
        </w:tc>
      </w:tr>
      <w:tr w:rsidR="002516E4" w14:paraId="3BFF0E90" w14:textId="77777777">
        <w:trPr>
          <w:cantSplit/>
        </w:trPr>
        <w:tc>
          <w:tcPr>
            <w:tcW w:w="4762" w:type="dxa"/>
          </w:tcPr>
          <w:p w14:paraId="5992D285" w14:textId="77777777" w:rsidR="002516E4" w:rsidRDefault="00A3491C">
            <w:pPr>
              <w:spacing w:after="40" w:line="240" w:lineRule="auto"/>
            </w:pPr>
            <w:r>
              <w:rPr>
                <w:sz w:val="20"/>
              </w:rPr>
              <w:t>Check the seven-week map against your own scheme of work and move the weeks to match.</w:t>
            </w:r>
          </w:p>
        </w:tc>
        <w:tc>
          <w:tcPr>
            <w:tcW w:w="5340" w:type="dxa"/>
          </w:tcPr>
          <w:p w14:paraId="70A318E5" w14:textId="77777777" w:rsidR="002516E4" w:rsidRDefault="00A3491C">
            <w:pPr>
              <w:spacing w:after="40" w:line="240" w:lineRule="auto"/>
            </w:pPr>
            <w:r>
              <w:rPr>
                <w:sz w:val="20"/>
              </w:rPr>
              <w:t>The recall questions name a week, and they only work if that week actually happened.</w:t>
            </w:r>
          </w:p>
        </w:tc>
      </w:tr>
      <w:tr w:rsidR="002516E4" w14:paraId="1F4FF091" w14:textId="77777777">
        <w:trPr>
          <w:cantSplit/>
        </w:trPr>
        <w:tc>
          <w:tcPr>
            <w:tcW w:w="4762" w:type="dxa"/>
          </w:tcPr>
          <w:p w14:paraId="42DE9071" w14:textId="77777777" w:rsidR="002516E4" w:rsidRDefault="00A3491C">
            <w:pPr>
              <w:spacing w:after="40" w:line="240" w:lineRule="auto"/>
            </w:pPr>
            <w:r>
              <w:rPr>
                <w:sz w:val="20"/>
              </w:rPr>
              <w:t>Decide now whether you are running three a week or two.</w:t>
            </w:r>
          </w:p>
        </w:tc>
        <w:tc>
          <w:tcPr>
            <w:tcW w:w="5340" w:type="dxa"/>
          </w:tcPr>
          <w:p w14:paraId="6F5808A1" w14:textId="77777777" w:rsidR="002516E4" w:rsidRDefault="00A3491C">
            <w:pPr>
              <w:spacing w:after="40" w:line="240" w:lineRule="auto"/>
            </w:pPr>
            <w:r>
              <w:rPr>
                <w:sz w:val="20"/>
              </w:rPr>
              <w:t>Deciding on the Tuesday of week three is how a half term of starters turns into four starters.</w:t>
            </w:r>
          </w:p>
        </w:tc>
      </w:tr>
      <w:tr w:rsidR="002516E4" w14:paraId="37B437A8" w14:textId="77777777">
        <w:trPr>
          <w:cantSplit/>
        </w:trPr>
        <w:tc>
          <w:tcPr>
            <w:tcW w:w="4762" w:type="dxa"/>
          </w:tcPr>
          <w:p w14:paraId="58CCA9B0" w14:textId="77777777" w:rsidR="002516E4" w:rsidRDefault="00A3491C">
            <w:pPr>
              <w:spacing w:after="40" w:line="240" w:lineRule="auto"/>
            </w:pPr>
            <w:r>
              <w:rPr>
                <w:sz w:val="20"/>
              </w:rPr>
              <w:t>Print the tracking sheet before week one, not after week three.</w:t>
            </w:r>
          </w:p>
        </w:tc>
        <w:tc>
          <w:tcPr>
            <w:tcW w:w="5340" w:type="dxa"/>
          </w:tcPr>
          <w:p w14:paraId="3E96BBED" w14:textId="77777777" w:rsidR="002516E4" w:rsidRDefault="00A3491C">
            <w:pPr>
              <w:spacing w:after="40" w:line="240" w:lineRule="auto"/>
            </w:pPr>
            <w:r>
              <w:rPr>
                <w:sz w:val="20"/>
              </w:rPr>
              <w:t>Scores you did not write down are scores you do not have.</w:t>
            </w:r>
          </w:p>
        </w:tc>
      </w:tr>
      <w:tr w:rsidR="002516E4" w14:paraId="49F542B4" w14:textId="77777777">
        <w:trPr>
          <w:cantSplit/>
        </w:trPr>
        <w:tc>
          <w:tcPr>
            <w:tcW w:w="4762" w:type="dxa"/>
          </w:tcPr>
          <w:p w14:paraId="17C80997" w14:textId="77777777" w:rsidR="002516E4" w:rsidRDefault="00A3491C">
            <w:pPr>
              <w:spacing w:after="40" w:line="240" w:lineRule="auto"/>
            </w:pPr>
            <w:r>
              <w:rPr>
                <w:sz w:val="20"/>
              </w:rPr>
              <w:t>Read the answer block for your first two sets before the lesson.</w:t>
            </w:r>
          </w:p>
        </w:tc>
        <w:tc>
          <w:tcPr>
            <w:tcW w:w="5340" w:type="dxa"/>
          </w:tcPr>
          <w:p w14:paraId="7024AC5C" w14:textId="77777777" w:rsidR="002516E4" w:rsidRDefault="00A3491C">
            <w:pPr>
              <w:spacing w:after="40" w:line="240" w:lineRule="auto"/>
            </w:pPr>
            <w:r>
              <w:rPr>
                <w:sz w:val="20"/>
              </w:rPr>
              <w:t>You will be reading them aloud at speed, and a hesitation over an answer is what makes a class stop trusting the routine.</w:t>
            </w:r>
          </w:p>
        </w:tc>
      </w:tr>
    </w:tbl>
    <w:p w14:paraId="610CC1D7" w14:textId="77777777" w:rsidR="002516E4" w:rsidRDefault="00A3491C">
      <w:pPr>
        <w:keepNext/>
        <w:spacing w:before="120" w:after="60"/>
      </w:pPr>
      <w:r>
        <w:rPr>
          <w:b/>
          <w:sz w:val="26"/>
        </w:rPr>
        <w:t>The twenty answers to have automatic by half term</w:t>
      </w:r>
    </w:p>
    <w:tbl>
      <w:tblPr>
        <w:tblStyle w:val="TableGrid"/>
        <w:tblW w:w="0" w:type="auto"/>
        <w:tblLayout w:type="fixed"/>
        <w:tblLook w:val="04A0" w:firstRow="1" w:lastRow="0" w:firstColumn="1" w:lastColumn="0" w:noHBand="0" w:noVBand="1"/>
      </w:tblPr>
      <w:tblGrid>
        <w:gridCol w:w="5051"/>
        <w:gridCol w:w="5051"/>
      </w:tblGrid>
      <w:tr w:rsidR="002516E4" w14:paraId="3214B6EF" w14:textId="77777777">
        <w:trPr>
          <w:cantSplit/>
        </w:trPr>
        <w:tc>
          <w:tcPr>
            <w:tcW w:w="5051" w:type="dxa"/>
            <w:shd w:val="clear" w:color="auto" w:fill="EFEFEF"/>
          </w:tcPr>
          <w:p w14:paraId="417535C3" w14:textId="77777777" w:rsidR="002516E4" w:rsidRDefault="00A3491C">
            <w:pPr>
              <w:spacing w:after="40" w:line="240" w:lineRule="auto"/>
            </w:pPr>
            <w:r>
              <w:rPr>
                <w:b/>
                <w:sz w:val="20"/>
              </w:rPr>
              <w:t>Business</w:t>
            </w:r>
          </w:p>
        </w:tc>
        <w:tc>
          <w:tcPr>
            <w:tcW w:w="5051" w:type="dxa"/>
            <w:shd w:val="clear" w:color="auto" w:fill="EFEFEF"/>
          </w:tcPr>
          <w:p w14:paraId="489C5FD1" w14:textId="77777777" w:rsidR="002516E4" w:rsidRDefault="00A3491C">
            <w:pPr>
              <w:spacing w:after="40" w:line="240" w:lineRule="auto"/>
            </w:pPr>
            <w:r>
              <w:rPr>
                <w:b/>
                <w:sz w:val="20"/>
              </w:rPr>
              <w:t>Economics</w:t>
            </w:r>
          </w:p>
        </w:tc>
      </w:tr>
      <w:tr w:rsidR="002516E4" w14:paraId="1C27EB88" w14:textId="77777777">
        <w:trPr>
          <w:cantSplit/>
        </w:trPr>
        <w:tc>
          <w:tcPr>
            <w:tcW w:w="5051" w:type="dxa"/>
          </w:tcPr>
          <w:p w14:paraId="5FBAB8C7" w14:textId="77777777" w:rsidR="002516E4" w:rsidRDefault="00A3491C">
            <w:pPr>
              <w:spacing w:after="40" w:line="240" w:lineRule="auto"/>
            </w:pPr>
            <w:r>
              <w:rPr>
                <w:sz w:val="20"/>
              </w:rPr>
              <w:t>The four factors of production, and which one the entrepreneur supplies</w:t>
            </w:r>
          </w:p>
        </w:tc>
        <w:tc>
          <w:tcPr>
            <w:tcW w:w="5051" w:type="dxa"/>
          </w:tcPr>
          <w:p w14:paraId="194F8ED9" w14:textId="77777777" w:rsidR="002516E4" w:rsidRDefault="00A3491C">
            <w:pPr>
              <w:spacing w:after="40" w:line="240" w:lineRule="auto"/>
            </w:pPr>
            <w:r>
              <w:rPr>
                <w:sz w:val="20"/>
              </w:rPr>
              <w:t>The economic problem, in one sentence</w:t>
            </w:r>
          </w:p>
        </w:tc>
      </w:tr>
      <w:tr w:rsidR="002516E4" w14:paraId="41812A39" w14:textId="77777777">
        <w:trPr>
          <w:cantSplit/>
        </w:trPr>
        <w:tc>
          <w:tcPr>
            <w:tcW w:w="5051" w:type="dxa"/>
          </w:tcPr>
          <w:p w14:paraId="42838BEF" w14:textId="77777777" w:rsidR="002516E4" w:rsidRDefault="00A3491C">
            <w:pPr>
              <w:spacing w:after="40" w:line="240" w:lineRule="auto"/>
            </w:pPr>
            <w:r>
              <w:rPr>
                <w:sz w:val="20"/>
              </w:rPr>
              <w:t>Added value, and how to work it out from two figures</w:t>
            </w:r>
          </w:p>
        </w:tc>
        <w:tc>
          <w:tcPr>
            <w:tcW w:w="5051" w:type="dxa"/>
          </w:tcPr>
          <w:p w14:paraId="4B9C2D42" w14:textId="77777777" w:rsidR="002516E4" w:rsidRDefault="00A3491C">
            <w:pPr>
              <w:spacing w:after="40" w:line="240" w:lineRule="auto"/>
            </w:pPr>
            <w:r>
              <w:rPr>
                <w:sz w:val="20"/>
              </w:rPr>
              <w:t>The three questions every economy has to answer</w:t>
            </w:r>
          </w:p>
        </w:tc>
      </w:tr>
      <w:tr w:rsidR="002516E4" w14:paraId="67FE1A32" w14:textId="77777777">
        <w:trPr>
          <w:cantSplit/>
        </w:trPr>
        <w:tc>
          <w:tcPr>
            <w:tcW w:w="5051" w:type="dxa"/>
          </w:tcPr>
          <w:p w14:paraId="133DA01B" w14:textId="77777777" w:rsidR="002516E4" w:rsidRDefault="00A3491C">
            <w:pPr>
              <w:spacing w:after="40" w:line="240" w:lineRule="auto"/>
            </w:pPr>
            <w:r>
              <w:rPr>
                <w:sz w:val="20"/>
              </w:rPr>
              <w:t>Unlimited liability, and what it can cost the owner</w:t>
            </w:r>
          </w:p>
        </w:tc>
        <w:tc>
          <w:tcPr>
            <w:tcW w:w="5051" w:type="dxa"/>
          </w:tcPr>
          <w:p w14:paraId="3E33E5A7" w14:textId="77777777" w:rsidR="002516E4" w:rsidRDefault="00A3491C">
            <w:pPr>
              <w:spacing w:after="40" w:line="240" w:lineRule="auto"/>
            </w:pPr>
            <w:r>
              <w:rPr>
                <w:sz w:val="20"/>
              </w:rPr>
              <w:t>Opportunity cost, defined and then used in an example</w:t>
            </w:r>
          </w:p>
        </w:tc>
      </w:tr>
      <w:tr w:rsidR="002516E4" w14:paraId="608B7AA9" w14:textId="77777777">
        <w:trPr>
          <w:cantSplit/>
        </w:trPr>
        <w:tc>
          <w:tcPr>
            <w:tcW w:w="5051" w:type="dxa"/>
          </w:tcPr>
          <w:p w14:paraId="1A3FEAE6" w14:textId="77777777" w:rsidR="002516E4" w:rsidRDefault="00A3491C">
            <w:pPr>
              <w:spacing w:after="40" w:line="240" w:lineRule="auto"/>
            </w:pPr>
            <w:r>
              <w:rPr>
                <w:sz w:val="20"/>
              </w:rPr>
              <w:t>Limited liability, and why an investor cares about it</w:t>
            </w:r>
          </w:p>
        </w:tc>
        <w:tc>
          <w:tcPr>
            <w:tcW w:w="5051" w:type="dxa"/>
          </w:tcPr>
          <w:p w14:paraId="21234143" w14:textId="77777777" w:rsidR="002516E4" w:rsidRDefault="00A3491C">
            <w:pPr>
              <w:spacing w:after="40" w:line="240" w:lineRule="auto"/>
            </w:pPr>
            <w:r>
              <w:rPr>
                <w:sz w:val="20"/>
              </w:rPr>
              <w:t>Specialisation and the division of labour, with one benefit and one cost</w:t>
            </w:r>
          </w:p>
        </w:tc>
      </w:tr>
      <w:tr w:rsidR="002516E4" w14:paraId="37CD6FDC" w14:textId="77777777">
        <w:trPr>
          <w:cantSplit/>
        </w:trPr>
        <w:tc>
          <w:tcPr>
            <w:tcW w:w="5051" w:type="dxa"/>
          </w:tcPr>
          <w:p w14:paraId="61ED7EA2" w14:textId="77777777" w:rsidR="002516E4" w:rsidRDefault="00A3491C">
            <w:pPr>
              <w:spacing w:after="40" w:line="240" w:lineRule="auto"/>
            </w:pPr>
            <w:r>
              <w:rPr>
                <w:sz w:val="20"/>
              </w:rPr>
              <w:t>The difference between an aim and an objective</w:t>
            </w:r>
          </w:p>
        </w:tc>
        <w:tc>
          <w:tcPr>
            <w:tcW w:w="5051" w:type="dxa"/>
          </w:tcPr>
          <w:p w14:paraId="6F1FF380" w14:textId="77777777" w:rsidR="002516E4" w:rsidRDefault="00A3491C">
            <w:pPr>
              <w:spacing w:after="40" w:line="240" w:lineRule="auto"/>
            </w:pPr>
            <w:r>
              <w:rPr>
                <w:sz w:val="20"/>
              </w:rPr>
              <w:t>The four functions of money</w:t>
            </w:r>
          </w:p>
        </w:tc>
      </w:tr>
      <w:tr w:rsidR="002516E4" w14:paraId="51872231" w14:textId="77777777">
        <w:trPr>
          <w:cantSplit/>
        </w:trPr>
        <w:tc>
          <w:tcPr>
            <w:tcW w:w="5051" w:type="dxa"/>
          </w:tcPr>
          <w:p w14:paraId="5F491639" w14:textId="77777777" w:rsidR="002516E4" w:rsidRDefault="00A3491C">
            <w:pPr>
              <w:spacing w:after="40" w:line="240" w:lineRule="auto"/>
            </w:pPr>
            <w:r>
              <w:rPr>
                <w:sz w:val="20"/>
              </w:rPr>
              <w:t>Four stakeholder groups and what each of them wants</w:t>
            </w:r>
          </w:p>
        </w:tc>
        <w:tc>
          <w:tcPr>
            <w:tcW w:w="5051" w:type="dxa"/>
          </w:tcPr>
          <w:p w14:paraId="11E6779B" w14:textId="77777777" w:rsidR="002516E4" w:rsidRDefault="00A3491C">
            <w:pPr>
              <w:spacing w:after="40" w:line="240" w:lineRule="auto"/>
            </w:pPr>
            <w:r>
              <w:rPr>
                <w:sz w:val="20"/>
              </w:rPr>
              <w:t>Why the demand curve slopes down</w:t>
            </w:r>
          </w:p>
        </w:tc>
      </w:tr>
      <w:tr w:rsidR="002516E4" w14:paraId="6D1D7DAE" w14:textId="77777777">
        <w:trPr>
          <w:cantSplit/>
        </w:trPr>
        <w:tc>
          <w:tcPr>
            <w:tcW w:w="5051" w:type="dxa"/>
          </w:tcPr>
          <w:p w14:paraId="48378412" w14:textId="77777777" w:rsidR="002516E4" w:rsidRDefault="00A3491C">
            <w:pPr>
              <w:spacing w:after="40" w:line="240" w:lineRule="auto"/>
            </w:pPr>
            <w:r>
              <w:rPr>
                <w:sz w:val="20"/>
              </w:rPr>
              <w:t>Market share as a percentage, worked out without a prompt</w:t>
            </w:r>
          </w:p>
        </w:tc>
        <w:tc>
          <w:tcPr>
            <w:tcW w:w="5051" w:type="dxa"/>
          </w:tcPr>
          <w:p w14:paraId="14D29151" w14:textId="77777777" w:rsidR="002516E4" w:rsidRDefault="00A3491C">
            <w:pPr>
              <w:spacing w:after="40" w:line="240" w:lineRule="auto"/>
            </w:pPr>
            <w:r>
              <w:rPr>
                <w:sz w:val="20"/>
              </w:rPr>
              <w:t>Movement along the curve against a shift of the curve</w:t>
            </w:r>
          </w:p>
        </w:tc>
      </w:tr>
      <w:tr w:rsidR="002516E4" w14:paraId="00772628" w14:textId="77777777">
        <w:trPr>
          <w:cantSplit/>
        </w:trPr>
        <w:tc>
          <w:tcPr>
            <w:tcW w:w="5051" w:type="dxa"/>
          </w:tcPr>
          <w:p w14:paraId="1F6B7154" w14:textId="77777777" w:rsidR="002516E4" w:rsidRDefault="00A3491C">
            <w:pPr>
              <w:spacing w:after="40" w:line="240" w:lineRule="auto"/>
            </w:pPr>
            <w:r>
              <w:rPr>
                <w:sz w:val="20"/>
              </w:rPr>
              <w:t>The difference between primary and secondary research</w:t>
            </w:r>
          </w:p>
        </w:tc>
        <w:tc>
          <w:tcPr>
            <w:tcW w:w="5051" w:type="dxa"/>
          </w:tcPr>
          <w:p w14:paraId="77E75364" w14:textId="77777777" w:rsidR="002516E4" w:rsidRDefault="00A3491C">
            <w:pPr>
              <w:spacing w:after="40" w:line="240" w:lineRule="auto"/>
            </w:pPr>
            <w:r>
              <w:rPr>
                <w:sz w:val="20"/>
              </w:rPr>
              <w:t>Four things that shift demand and four that shift supply</w:t>
            </w:r>
          </w:p>
        </w:tc>
      </w:tr>
      <w:tr w:rsidR="002516E4" w14:paraId="655703AC" w14:textId="77777777">
        <w:trPr>
          <w:cantSplit/>
        </w:trPr>
        <w:tc>
          <w:tcPr>
            <w:tcW w:w="5051" w:type="dxa"/>
          </w:tcPr>
          <w:p w14:paraId="75FF85B3" w14:textId="77777777" w:rsidR="002516E4" w:rsidRDefault="00A3491C">
            <w:pPr>
              <w:spacing w:after="40" w:line="240" w:lineRule="auto"/>
            </w:pPr>
            <w:r>
              <w:rPr>
                <w:sz w:val="20"/>
              </w:rPr>
              <w:t>The difference between a mass market and a niche market</w:t>
            </w:r>
          </w:p>
        </w:tc>
        <w:tc>
          <w:tcPr>
            <w:tcW w:w="5051" w:type="dxa"/>
          </w:tcPr>
          <w:p w14:paraId="66B91492" w14:textId="77777777" w:rsidR="002516E4" w:rsidRDefault="00A3491C">
            <w:pPr>
              <w:spacing w:after="40" w:line="240" w:lineRule="auto"/>
            </w:pPr>
            <w:r>
              <w:rPr>
                <w:sz w:val="20"/>
              </w:rPr>
              <w:t>Equilibrium, surplus and shortage, and what each does to price</w:t>
            </w:r>
          </w:p>
        </w:tc>
      </w:tr>
      <w:tr w:rsidR="002516E4" w14:paraId="3A870AF9" w14:textId="77777777">
        <w:trPr>
          <w:cantSplit/>
        </w:trPr>
        <w:tc>
          <w:tcPr>
            <w:tcW w:w="5051" w:type="dxa"/>
          </w:tcPr>
          <w:p w14:paraId="5634C722" w14:textId="77777777" w:rsidR="002516E4" w:rsidRDefault="00A3491C">
            <w:pPr>
              <w:spacing w:after="40" w:line="240" w:lineRule="auto"/>
            </w:pPr>
            <w:r>
              <w:rPr>
                <w:sz w:val="20"/>
              </w:rPr>
              <w:t>Three reasons a new business does not survive its first year</w:t>
            </w:r>
          </w:p>
        </w:tc>
        <w:tc>
          <w:tcPr>
            <w:tcW w:w="5051" w:type="dxa"/>
          </w:tcPr>
          <w:p w14:paraId="41C84189" w14:textId="77777777" w:rsidR="002516E4" w:rsidRDefault="00A3491C">
            <w:pPr>
              <w:spacing w:after="40" w:line="240" w:lineRule="auto"/>
            </w:pPr>
            <w:r>
              <w:rPr>
                <w:sz w:val="20"/>
              </w:rPr>
              <w:t>The PED formula, and what elastic and inelastic mean</w:t>
            </w:r>
          </w:p>
        </w:tc>
      </w:tr>
    </w:tbl>
    <w:p w14:paraId="69BCC301" w14:textId="77777777" w:rsidR="002516E4" w:rsidRDefault="00A3491C">
      <w:pPr>
        <w:spacing w:before="80" w:after="60"/>
      </w:pPr>
      <w:r>
        <w:t>If a student can give these twenty answers cold in October, the content of the first half term has stuck. If they cannot, you know exactly which starter to run again.</w:t>
      </w:r>
    </w:p>
    <w:p w14:paraId="0991E152" w14:textId="77777777" w:rsidR="002516E4" w:rsidRDefault="00A3491C">
      <w:pPr>
        <w:spacing w:before="100" w:after="100"/>
      </w:pPr>
      <w:r>
        <w:rPr>
          <w:b/>
        </w:rPr>
        <w:t>Every answer here is the author's own wording, written to be reproduced by a student under time. It is not an exam board mark scheme.</w:t>
      </w:r>
    </w:p>
    <w:p w14:paraId="3C7DC61B" w14:textId="77777777" w:rsidR="002516E4" w:rsidRDefault="00A3491C">
      <w:pPr>
        <w:spacing w:after="60"/>
      </w:pPr>
      <w:r>
        <w:t>New free packs land in the free teacher group before they go anywhere else.</w:t>
      </w:r>
    </w:p>
    <w:p w14:paraId="4025BFF1" w14:textId="77777777" w:rsidR="002516E4" w:rsidRDefault="00A3491C">
      <w:pPr>
        <w:spacing w:after="120"/>
      </w:pPr>
      <w:r>
        <w:rPr>
          <w:b/>
        </w:rPr>
        <w:t>https://www.facebook.com/groups/1244817211171667</w:t>
      </w:r>
    </w:p>
    <w:p w14:paraId="03415AFE" w14:textId="77777777" w:rsidR="002516E4" w:rsidRDefault="00A3491C">
      <w:pPr>
        <w:spacing w:after="40"/>
        <w:rPr>
          <w:sz w:val="19"/>
        </w:rPr>
      </w:pPr>
      <w:r>
        <w:rPr>
          <w:color w:val="555555"/>
          <w:sz w:val="19"/>
        </w:rPr>
        <w:t>Author: Sakari Laajoki, TBS Education Ltd Oy (company number 3614159-3)</w:t>
      </w:r>
    </w:p>
    <w:p w14:paraId="7D4C7EF6" w14:textId="77777777" w:rsidR="002516E4" w:rsidRDefault="00A3491C">
      <w:pPr>
        <w:spacing w:after="0"/>
        <w:rPr>
          <w:sz w:val="19"/>
        </w:rPr>
      </w:pPr>
      <w:r>
        <w:rPr>
          <w:color w:val="555555"/>
          <w:sz w:val="19"/>
        </w:rPr>
        <w:t>© 2026 Sakari Laajoki</w:t>
      </w:r>
    </w:p>
    <w:sectPr w:rsidR="002516E4" w:rsidSect="00034616">
      <w:headerReference w:type="default" r:id="rId8"/>
      <w:footerReference w:type="default" r:id="rId9"/>
      <w:headerReference w:type="first" r:id="rId10"/>
      <w:footerReference w:type="first" r:id="rId11"/>
      <w:pgSz w:w="11906" w:h="16838"/>
      <w:pgMar w:top="1440" w:right="900" w:bottom="1000" w:left="900" w:header="680" w:footer="5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905C6" w14:textId="77777777" w:rsidR="00A3491C" w:rsidRDefault="00A3491C">
      <w:pPr>
        <w:spacing w:after="0" w:line="240" w:lineRule="auto"/>
      </w:pPr>
      <w:r>
        <w:separator/>
      </w:r>
    </w:p>
  </w:endnote>
  <w:endnote w:type="continuationSeparator" w:id="0">
    <w:p w14:paraId="2EAB36EC" w14:textId="77777777" w:rsidR="00A3491C" w:rsidRDefault="00A3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E98A" w14:textId="77777777" w:rsidR="002516E4" w:rsidRDefault="00A3491C">
    <w:pPr>
      <w:pStyle w:val="Footer"/>
      <w:pBdr>
        <w:top w:val="single" w:sz="5" w:space="4" w:color="CCCCCC"/>
      </w:pBdr>
    </w:pPr>
    <w:r>
      <w:rPr>
        <w:color w:val="6B6B6B"/>
        <w:sz w:val="14"/>
      </w:rPr>
      <w:t>Seven weeks, 42 starters, 210 questions, all answers included  |  Sakari Laajoki, TBS Education Ltd Oy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B8C2" w14:textId="77777777" w:rsidR="002516E4" w:rsidRDefault="00251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42AEA" w14:textId="77777777" w:rsidR="00A3491C" w:rsidRDefault="00A3491C">
      <w:pPr>
        <w:spacing w:after="0" w:line="240" w:lineRule="auto"/>
      </w:pPr>
      <w:r>
        <w:separator/>
      </w:r>
    </w:p>
  </w:footnote>
  <w:footnote w:type="continuationSeparator" w:id="0">
    <w:p w14:paraId="1685A44C" w14:textId="77777777" w:rsidR="00A3491C" w:rsidRDefault="00A34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DB33" w14:textId="77777777" w:rsidR="002516E4" w:rsidRDefault="002516E4">
    <w:pPr>
      <w:pStyle w:val="Header"/>
    </w:pPr>
  </w:p>
  <w:tbl>
    <w:tblPr>
      <w:tblW w:w="0" w:type="auto"/>
      <w:tblLayout w:type="fixed"/>
      <w:tblLook w:val="04A0" w:firstRow="1" w:lastRow="0" w:firstColumn="1" w:lastColumn="0" w:noHBand="0" w:noVBand="1"/>
    </w:tblPr>
    <w:tblGrid>
      <w:gridCol w:w="10103"/>
    </w:tblGrid>
    <w:tr w:rsidR="002516E4" w14:paraId="48DB2DC1" w14:textId="77777777">
      <w:tc>
        <w:tcPr>
          <w:tcW w:w="10103" w:type="dxa"/>
          <w:shd w:val="clear" w:color="auto" w:fill="111111"/>
        </w:tcPr>
        <w:p w14:paraId="17D105E0" w14:textId="77777777" w:rsidR="002516E4" w:rsidRDefault="00A3491C">
          <w:pPr>
            <w:spacing w:before="30" w:after="30" w:line="240" w:lineRule="auto"/>
          </w:pPr>
          <w:r>
            <w:rPr>
              <w:b/>
              <w:color w:val="FFFFFF"/>
              <w:sz w:val="17"/>
            </w:rPr>
            <w:t>BUSINESS AND ECONOMICS  |  YOUR FIRST HALF TERM OF STARTERS</w:t>
          </w:r>
        </w:p>
      </w:tc>
    </w:tr>
  </w:tbl>
  <w:p w14:paraId="1B77149D" w14:textId="77777777" w:rsidR="002516E4" w:rsidRDefault="00A3491C">
    <w:pPr>
      <w:spacing w:before="20" w:after="0" w:line="240" w:lineRule="auto"/>
      <w:jc w:val="right"/>
    </w:pPr>
    <w:r>
      <w:rPr>
        <w:color w:val="6B6B6B"/>
        <w:sz w:val="15"/>
      </w:rPr>
      <w:t xml:space="preserve">Page </w:t>
    </w:r>
    <w:r>
      <w:rPr>
        <w:color w:val="6B6B6B"/>
        <w:sz w:val="15"/>
      </w:rPr>
      <w:fldChar w:fldCharType="begin"/>
    </w:r>
    <w:r>
      <w:rPr>
        <w:color w:val="6B6B6B"/>
        <w:sz w:val="15"/>
      </w:rPr>
      <w:instrText xml:space="preserve"> PAGE </w:instrText>
    </w:r>
    <w:r>
      <w:rPr>
        <w:color w:val="6B6B6B"/>
        <w:sz w:val="15"/>
      </w:rPr>
      <w:fldChar w:fldCharType="separate"/>
    </w:r>
    <w:r>
      <w:rPr>
        <w:color w:val="6B6B6B"/>
        <w:sz w:val="15"/>
      </w:rPr>
      <w:t>2</w:t>
    </w:r>
    <w:r>
      <w:rPr>
        <w:color w:val="6B6B6B"/>
        <w:sz w:val="15"/>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A6FB" w14:textId="77777777" w:rsidR="002516E4" w:rsidRDefault="00251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18651896">
    <w:abstractNumId w:val="8"/>
  </w:num>
  <w:num w:numId="2" w16cid:durableId="490217926">
    <w:abstractNumId w:val="6"/>
  </w:num>
  <w:num w:numId="3" w16cid:durableId="1563103309">
    <w:abstractNumId w:val="5"/>
  </w:num>
  <w:num w:numId="4" w16cid:durableId="265120331">
    <w:abstractNumId w:val="4"/>
  </w:num>
  <w:num w:numId="5" w16cid:durableId="1101950446">
    <w:abstractNumId w:val="7"/>
  </w:num>
  <w:num w:numId="6" w16cid:durableId="491918338">
    <w:abstractNumId w:val="3"/>
  </w:num>
  <w:num w:numId="7" w16cid:durableId="1581521148">
    <w:abstractNumId w:val="2"/>
  </w:num>
  <w:num w:numId="8" w16cid:durableId="314914150">
    <w:abstractNumId w:val="1"/>
  </w:num>
  <w:num w:numId="9" w16cid:durableId="397047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16E4"/>
    <w:rsid w:val="0029639D"/>
    <w:rsid w:val="00326F90"/>
    <w:rsid w:val="00A173A3"/>
    <w:rsid w:val="00A3491C"/>
    <w:rsid w:val="00AA1D8D"/>
    <w:rsid w:val="00B47730"/>
    <w:rsid w:val="00BD242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157DF0"/>
  <w14:defaultImageDpi w14:val="300"/>
  <w15:docId w15:val="{E4C90217-51F3-4E64-94FD-814C975B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5" w:lineRule="auto"/>
    </w:pPr>
    <w:rPr>
      <w:rFonts w:ascii="Calibri" w:hAnsi="Calibri"/>
      <w:color w:val="111111"/>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12048</Words>
  <Characters>54263</Characters>
  <Application>Microsoft Office Word</Application>
  <DocSecurity>0</DocSecurity>
  <Lines>1364</Lines>
  <Paragraphs>855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65911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mikael laajoki</cp:lastModifiedBy>
  <cp:revision>2</cp:revision>
  <dcterms:created xsi:type="dcterms:W3CDTF">2013-12-23T23:15:00Z</dcterms:created>
  <dcterms:modified xsi:type="dcterms:W3CDTF">2026-08-13T18:14:00Z</dcterms:modified>
  <cp:category/>
</cp:coreProperties>
</file>