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Four ways to pay for a laptop</w:t>
      </w:r>
    </w:p>
    <w:p>
      <w:r>
        <w:t>Student tasks | Original TBS lesson for Pearson BTEC Level 3 National Extended Certificate in Business, Unit 3 Personal and Business Finance (learning aim A4, with B3 and B4)</w:t>
      </w:r>
    </w:p>
    <w:p>
      <w:r>
        <w:t>Maya is 19 and an apprentice. She needs a £900 laptop for her college course this month, but she has only £200 in savings. Compare four ways to borrow the money, work out what each one really costs and whether she can afford it, then advise her.</w:t>
      </w:r>
    </w:p>
    <w:p>
      <w:r>
        <w:t>Before you start you should know: the cost of credit = total amount repaid - amount borrowed. It can also be shown as a percentage of the amount borrowed. A monthly surplus = monthly income - monthly spending. You need a calculator. This is original classroom practice, not an exam paper. Maya, the lenders and every figure are fictional.</w:t>
      </w:r>
    </w:p>
    <w:p>
      <w:pPr>
        <w:pStyle w:val="Heading1"/>
      </w:pPr>
      <w:r>
        <w:t>Maya's money each month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06"/>
        <w:gridCol w:w="3046"/>
      </w:tblGrid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Take-home pay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£1,350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Spending (rent to her parents, travel, phone, food, going out)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£1,180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Savings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£200</w:t>
            </w:r>
          </w:p>
        </w:tc>
      </w:tr>
    </w:tbl>
    <w:p>
      <w:pPr>
        <w:spacing w:after="20"/>
      </w:pPr>
    </w:p>
    <w:p>
      <w:pPr>
        <w:pStyle w:val="Heading1"/>
      </w:pPr>
      <w:r>
        <w:t>The four offers for £900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55"/>
        <w:gridCol w:w="6497"/>
      </w:tblGrid>
      <w:tr>
        <w:tc>
          <w:tcPr>
            <w:tcW w:type="dxa" w:w="36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What she must pay</w:t>
            </w:r>
          </w:p>
        </w:tc>
      </w:tr>
      <w:tr>
        <w:tc>
          <w:tcPr>
            <w:tcW w:type="dxa" w:w="36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A: personal loan from her bank</w:t>
            </w:r>
          </w:p>
        </w:tc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12 monthly payments of £79.50</w:t>
            </w:r>
          </w:p>
        </w:tc>
      </w:tr>
      <w:tr>
        <w:tc>
          <w:tcPr>
            <w:tcW w:type="dxa" w:w="36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B: hire purchase from the shop</w:t>
            </w:r>
          </w:p>
        </w:tc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£90 deposit now, then 12 monthly payments of £75.00</w:t>
            </w:r>
          </w:p>
        </w:tc>
      </w:tr>
      <w:tr>
        <w:tc>
          <w:tcPr>
            <w:tcW w:type="dxa" w:w="36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C: credit card</w:t>
            </w:r>
          </w:p>
        </w:tc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0% interest for the first 6 months, then 2% interest a month on the balance owed. She chooses how much to repay each month (at least £50).</w:t>
            </w:r>
          </w:p>
        </w:tc>
      </w:tr>
      <w:tr>
        <w:tc>
          <w:tcPr>
            <w:tcW w:type="dxa" w:w="365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D: payday loan</w:t>
            </w:r>
          </w:p>
        </w:tc>
        <w:tc>
          <w:tcPr>
            <w:tcW w:type="dxa" w:w="649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Repay £1,116 in one payment after one month</w:t>
            </w:r>
          </w:p>
        </w:tc>
      </w:tr>
    </w:tbl>
    <w:p>
      <w:pPr>
        <w:spacing w:after="20"/>
      </w:pPr>
    </w:p>
    <w:p>
      <w:r>
        <w:t>Give money to the nearest penny and percentages to one decimal place.</w:t>
      </w:r>
    </w:p>
    <w:p>
      <w:pPr>
        <w:pStyle w:val="Heading1"/>
      </w:pPr>
      <w:r>
        <w:t>Starter: which type of borrowing?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06"/>
        <w:gridCol w:w="3046"/>
      </w:tblGrid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Feature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Option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(i) You do not own the item until the last payment is made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(ii) A short loan repaid in full on your next payday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(iii) You can choose how much to repay each month, above a minimum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Task 1: what does it cost and can she afford it?</w:t>
      </w:r>
    </w:p>
    <w:p>
      <w:r>
        <w:t>Maya earns £1,350 a month after tax, spends £1,180 a month and has £200 in savings. Offers for £900: A 12 x £79.50; B £90 deposit + 12 x £75.00; D repay £1,116 after one month.</w:t>
      </w:r>
    </w:p>
    <w:p>
      <w:r>
        <w:t>a. Calculate Maya's monthly surplus.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Complete the table for options A, B and 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47"/>
        <w:gridCol w:w="2335"/>
        <w:gridCol w:w="2335"/>
        <w:gridCol w:w="2335"/>
      </w:tblGrid>
      <w:tr>
        <w:tc>
          <w:tcPr>
            <w:tcW w:type="dxa" w:w="31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A: personal loan</w:t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B: hire purchase</w:t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D: payday loan</w:t>
            </w:r>
          </w:p>
        </w:tc>
      </w:tr>
      <w:tr>
        <w:tc>
          <w:tcPr>
            <w:tcW w:type="dxa" w:w="31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Total repaid (£)</w:t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1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Cost of credit (£)</w:t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1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Cost of credit as % of £900</w:t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3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Which of options A, B and D could Maya afford from her monthly surplus? Explain using figures.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2: the credit card</w:t>
      </w:r>
    </w:p>
    <w:p>
      <w:r>
        <w:t>a. If Maya repays £150 a month, how many months does it take to clear £900? How much interest does she pay?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2: the credit card (continued)</w:t>
      </w:r>
    </w:p>
    <w:p>
      <w:r>
        <w:t>b. If Maya repays only £50 a month, she still owes £600 after 6 months. From Month 7 interest is added at 2% a month on the balance at the start of the month (round to the nearest penny), then she pays £50. Complete the table.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18"/>
        <w:gridCol w:w="2233"/>
        <w:gridCol w:w="2233"/>
        <w:gridCol w:w="2030"/>
        <w:gridCol w:w="2436"/>
      </w:tblGrid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Month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Balance at start (£)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Interest at 2% (£)</w:t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Payment (£)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Balance at end (£)</w:t>
            </w:r>
          </w:p>
        </w:tc>
      </w:tr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600.00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12.00</w:t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50.00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562.00</w:t>
            </w:r>
          </w:p>
        </w:tc>
      </w:tr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562.00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50.00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50.00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50.00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11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50.00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2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12</w:t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2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03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50.00</w:t>
            </w:r>
          </w:p>
        </w:tc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After 12 months of paying £50, how much does Maya still owe, and how much interest has she paid? What does this show about paying only a small amount each month?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3: is it right for Maya? (pairs)</w:t>
      </w:r>
    </w:p>
    <w:p>
      <w:r>
        <w:t>With a partner, give one advantage and one risk of each option for Maya. Remember: A costs £79.50 a month for 12 months; B needs £90 now and £75 a month; C is 0% for 6 months, then 2% a month; D needs £1,116 next month. Her monthly surplus is £170.</w:t>
      </w:r>
    </w:p>
    <w:p>
      <w:r>
        <w:t>A: personal loan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B: hire purchase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C: credit card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D: payday loan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4: getting help</w:t>
      </w:r>
    </w:p>
    <w:p>
      <w:r>
        <w:t>a. Name one place Maya could get free, independent guidance before she borrows, and say how it could help her.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If a lender treated Maya unfairly, which organisation could she complain to?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5: advise Maya</w:t>
      </w:r>
    </w:p>
    <w:p>
      <w:r>
        <w:t>Write about 100 words advising Maya which option to choose. Use at least three figures from your answers and explain one risk she should watch.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Exit ticket</w:t>
      </w:r>
    </w:p>
    <w:p>
      <w:r>
        <w:t>a. A loan of £500 is repaid in 10 monthly payments of £55. Calculate the cost of credit in £ and as a percentage of the amount borrowed.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Give one reason why a payday loan can lead to a cycle of debt.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648" w:right="864" w:bottom="83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TBS-BOR-20261011-v1.0 | THE BUSINESS SCHOOL | page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="Arial" w:hAnsi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cs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 ways to pay for a laptop</dc:title>
  <dc:subject/>
  <dc:creator>TBS Education Ltd Oy</dc:creator>
  <cp:keywords/>
  <dc:description/>
  <cp:lastModifiedBy>TBS Education Ltd Oy</cp:lastModifiedBy>
  <cp:revision>1</cp:revision>
  <dcterms:created xsi:type="dcterms:W3CDTF">2026-10-11T13:43:13Z</dcterms:created>
  <dcterms:modified xsi:type="dcterms:W3CDTF">2026-10-11T13:43:13Z</dcterms:modified>
  <cp:category/>
</cp:coreProperties>
</file>