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trees: the new musical or the safe tour?</w:t>
      </w:r>
    </w:p>
    <w:p>
      <w:r>
        <w:t>Student tasks | Original TBS lesson for AQA A-level Business 7132 (exam cohorts of 2027, not the new 7138) | Section 3.2.2 Understanding management decision making</w:t>
      </w:r>
    </w:p>
    <w:p>
      <w:r>
        <w:t>Harbour Theatre is a small charity-run theatre. Its mission is to bring new writing to the town, and its trustees want it to avoid losses. The director must choose ONE production for the spring season: a brand new musical, a revival tour of a popular play, or neither.</w:t>
      </w:r>
    </w:p>
    <w:p>
      <w:r>
        <w:t>Before you start you should know: expected value (EV) = the sum of each outcome x its probability. Net gain = expected value - cost. You need a calculator. This is original classroom practice, not an exam paper. Harbour Theatre and every figure are fictional; £k means thousand pounds.</w:t>
      </w:r>
    </w:p>
    <w:p>
      <w:pPr>
        <w:pStyle w:val="Heading1"/>
      </w:pPr>
      <w:r>
        <w:t>The options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6"/>
        <w:gridCol w:w="1421"/>
        <w:gridCol w:w="6294"/>
      </w:tblGrid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Cost</w:t>
            </w:r>
          </w:p>
        </w:tc>
        <w:tc>
          <w:tcPr>
            <w:tcW w:type="dxa" w:w="62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Possible outcomes (ticket and bar revenue)</w:t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A: new musical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£120k</w:t>
            </w:r>
          </w:p>
        </w:tc>
        <w:tc>
          <w:tcPr>
            <w:tcW w:type="dxa" w:w="62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Hit (probability 0.6): £300k. Flop (probability 0.4): £90k</w:t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B: revival tour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£60k</w:t>
            </w:r>
          </w:p>
        </w:tc>
        <w:tc>
          <w:tcPr>
            <w:tcW w:type="dxa" w:w="62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Good run (probability 0.8): £150k. Poor run (probability 0.2): £100k</w:t>
            </w:r>
          </w:p>
        </w:tc>
      </w:tr>
      <w:tr>
        <w:tc>
          <w:tcPr>
            <w:tcW w:type="dxa" w:w="24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C: do nothing</w:t>
            </w:r>
          </w:p>
        </w:tc>
        <w:tc>
          <w:tcPr>
            <w:tcW w:type="dxa" w:w="14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£0</w:t>
            </w:r>
          </w:p>
        </w:tc>
        <w:tc>
          <w:tcPr>
            <w:tcW w:type="dxa" w:w="62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£0</w:t>
            </w:r>
          </w:p>
        </w:tc>
      </w:tr>
    </w:tbl>
    <w:p>
      <w:pPr>
        <w:spacing w:after="20"/>
      </w:pPr>
    </w:p>
    <w:p>
      <w:r>
        <w:t>The theatre has £100k in reserves.</w:t>
      </w:r>
    </w:p>
    <w:p>
      <w:pPr>
        <w:pStyle w:val="Heading1"/>
      </w:pPr>
      <w:r>
        <w:t>Starter: which word?</w:t>
      </w:r>
    </w:p>
    <w:p>
      <w:r>
        <w:t>Match each description to risk, reward or opportunity cost.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00"/>
        <w:gridCol w:w="3452"/>
      </w:tblGrid>
      <w:tr>
        <w:tc>
          <w:tcPr>
            <w:tcW w:type="dxa" w:w="6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34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Word</w:t>
            </w:r>
          </w:p>
        </w:tc>
      </w:tr>
      <w:tr>
        <w:tc>
          <w:tcPr>
            <w:tcW w:type="dxa" w:w="6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(i) The possible return from a decision</w:t>
            </w:r>
          </w:p>
        </w:tc>
        <w:tc>
          <w:tcPr>
            <w:tcW w:type="dxa" w:w="34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(ii) The chance that a decision turns out worse than expected</w:t>
            </w:r>
          </w:p>
        </w:tc>
        <w:tc>
          <w:tcPr>
            <w:tcW w:type="dxa" w:w="34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(iii) The next best alternative given up</w:t>
            </w:r>
          </w:p>
        </w:tc>
        <w:tc>
          <w:tcPr>
            <w:tcW w:type="dxa" w:w="34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Task 1: complete the tree</w:t>
      </w:r>
    </w:p>
    <w:p>
      <w:r>
        <w:t>Fill in the four empty boxes on the tree: the expected revenue and the net gain for options A and B.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6464300" cy="38139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e-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3813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Which option has the highest net gain?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2: what could go wrong?</w:t>
      </w:r>
    </w:p>
    <w:p>
      <w:r>
        <w:t>a. Complete the table. Actual result = revenue - cost.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76"/>
        <w:gridCol w:w="2538"/>
        <w:gridCol w:w="2538"/>
      </w:tblGrid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Best actual result (£k)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Worst actual result (£k)</w:t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A: new musical (cost £120k; revenue £300k or £90k)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B: revival tour (cost £60k; revenue £150k or £100k)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b. Which option could make a loss? Why might the trustees care about this more than about expected values?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3: what if the critics are less keen?</w:t>
      </w:r>
    </w:p>
    <w:p>
      <w:r>
        <w:t>Early previews suggest the probability of a hit for the musical is only 0.4 (so a flop is 0.6). Option B does not change: its net gain is still £80k (check it against your Task 1 answer). Option A still costs £120k, with revenue of £300k for a hit and £90k for a flop.</w:t>
      </w:r>
    </w:p>
    <w:p>
      <w:r>
        <w:t>a. Calculate the new expected revenue and net gain for option A. Which option should the theatre choose now?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Stretch: what probability of a hit would make options A and B give the same net gain? Give your answer to two decimal places.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4: beyond the numbers (groups of three)</w:t>
      </w:r>
    </w:p>
    <w:p>
      <w:r>
        <w:t>Each person takes one influence on the decision. Say which option it supports and why. Share your answers with the group.</w:t>
      </w:r>
    </w:p>
    <w:p>
      <w:r>
        <w:t>Mission: to bring new writing to the town.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Objective: the trustees want to avoid losses.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Resources: the theatre has £100k in reserves.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5: decide</w:t>
      </w:r>
    </w:p>
    <w:p>
      <w:r>
        <w:t>Write about 100 words recommending option A, B or C to the director. Use at least three figures from your answers, one influence from Task 4 and one limitation of decision trees.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Exit ticket</w:t>
      </w:r>
    </w:p>
    <w:p>
      <w:r>
        <w:t>a. A project has a 0.7 probability of making £50k and a 0.3 probability of losing £10k. Calculate its expected value.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Give one limitation of using a decision tree to make a decision.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TBS-DT-20261011-v1.0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="Arial" w:hAnsi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cs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trees: the new musical or the safe tour?</dc:title>
  <dc:subject/>
  <dc:creator>TBS Education Ltd Oy</dc:creator>
  <cp:keywords/>
  <dc:description/>
  <cp:lastModifiedBy>TBS Education Ltd Oy</cp:lastModifiedBy>
  <cp:revision>1</cp:revision>
  <dcterms:created xsi:type="dcterms:W3CDTF">2026-10-11T13:50:36Z</dcterms:created>
  <dcterms:modified xsi:type="dcterms:W3CDTF">2026-10-11T13:50:36Z</dcterms:modified>
  <cp:category/>
</cp:coreProperties>
</file>